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CUENTAS ANUALES</w:t>
      </w:r>
    </w:p>
    <w:p>
      <w:r>
        <w:t>DEL EJERCICIO DE</w:t>
      </w:r>
    </w:p>
    <w:p>
      <w:r>
        <w:t>2024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INDICE</w:t>
      </w:r>
    </w:p>
    <w:p>
      <w:r>
        <w:t>El presente tomo de las cuentas anuales correspondientes al ejercicio de 2024 del Instituto de</w:t>
      </w:r>
    </w:p>
    <w:p>
      <w:r>
        <w:t>Atención Social y Socio Sanitario del Cabildo de Gran Canaria, contiene la documentación</w:t>
      </w:r>
    </w:p>
    <w:p>
      <w:r>
        <w:t>correspondiente a:</w:t>
      </w:r>
    </w:p>
    <w:p>
      <w:r>
        <w:t>B. Balance..........................................................................................................................…........1-5</w:t>
      </w:r>
    </w:p>
    <w:p>
      <w:r>
        <w:t>C. Cuenta de resultado económico-patrimonial……………………………………................6-9</w:t>
      </w:r>
    </w:p>
    <w:p>
      <w:r>
        <w:t>D. Estado de patrimonio ……………………..............................................................…........10-13</w:t>
      </w:r>
    </w:p>
    <w:p>
      <w:r>
        <w:t>3.1 Estado total de cambios en el patrimonio neto</w:t>
      </w:r>
    </w:p>
    <w:p>
      <w:r>
        <w:t>3.2 Estado de ingresos y gastos reconocidos</w:t>
      </w:r>
    </w:p>
    <w:p>
      <w:r>
        <w:t>3.3 Estado de operaciones con la entidad propietaria</w:t>
      </w:r>
    </w:p>
    <w:p>
      <w:r>
        <w:t>E. Estado de flujos de efectivo...............................................................................…...............14-15</w:t>
      </w:r>
    </w:p>
    <w:p>
      <w:r>
        <w:t>F. Estado de liquidación del presupuesto................................................................................16-32</w:t>
      </w:r>
    </w:p>
    <w:p>
      <w:r>
        <w:t>I. Liquidación del presupuesto de gastos</w:t>
      </w:r>
    </w:p>
    <w:p>
      <w:r>
        <w:t>1.1 Por aplicaciones presupuestaria</w:t>
      </w:r>
    </w:p>
    <w:p>
      <w:r>
        <w:t>1.2. Por bolsas de vinculación jurídica</w:t>
      </w:r>
    </w:p>
    <w:p>
      <w:r>
        <w:t>II. Liquidación del presupuesto de ingresos</w:t>
      </w:r>
    </w:p>
    <w:p>
      <w:r>
        <w:t>III. Resultado presupuestario</w:t>
      </w:r>
    </w:p>
    <w:p>
      <w:r>
        <w:t>G. Memoria..............................................................................................................................33-187</w:t>
      </w:r>
    </w:p>
    <w:p>
      <w:r>
        <w:t>1. Organización y actividad</w:t>
      </w:r>
    </w:p>
    <w:p>
      <w:r>
        <w:t>2. Gestión indirecta de servicios públicos y otras formas de colaboración</w:t>
      </w:r>
    </w:p>
    <w:p>
      <w:r>
        <w:t>3. Bases de presentación de las cuenta</w:t>
      </w:r>
    </w:p>
    <w:p>
      <w:r>
        <w:t>4. Normas de reconocimiento y valoración</w:t>
      </w:r>
    </w:p>
    <w:p>
      <w:r>
        <w:t>5. Inmovilizado material</w:t>
      </w:r>
    </w:p>
    <w:p>
      <w:r>
        <w:t>6. Patrimonio público del suelo</w:t>
      </w:r>
    </w:p>
    <w:p>
      <w:r>
        <w:t>7. Inversiones inmobiliarias</w:t>
      </w:r>
    </w:p>
    <w:p>
      <w:r>
        <w:t>8. Inmovilizado intangible</w:t>
      </w:r>
    </w:p>
    <w:p>
      <w:r>
        <w:t>9. Arrendamientos financieros y otras operaciones de naturaleza similar</w:t>
      </w:r>
    </w:p>
    <w:p>
      <w:r>
        <w:t>10. Activos financieros</w:t>
      </w:r>
    </w:p>
    <w:p>
      <w:r>
        <w:t>11. Pasivos financieros</w:t>
      </w:r>
    </w:p>
    <w:p>
      <w:r>
        <w:t>13. Activos construidos o adquiridos para otras entidades y otras existencias</w:t>
      </w:r>
    </w:p>
    <w:p>
      <w:r>
        <w:t>14. Moneda extranjera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15. Transferencias, subvenciones y otros ingresos y gastos</w:t>
      </w:r>
    </w:p>
    <w:p>
      <w:r>
        <w:t>16. Provisiones y contingencias</w:t>
      </w:r>
    </w:p>
    <w:p>
      <w:r>
        <w:t>17. Información sobre el medio ambiente</w:t>
      </w:r>
    </w:p>
    <w:p>
      <w:r>
        <w:t>18. Activos en estado de venta</w:t>
      </w:r>
    </w:p>
    <w:p>
      <w:r>
        <w:t>19. Presentación por actividades de la cuenta del resultado económico patrimonial</w:t>
      </w:r>
    </w:p>
    <w:p>
      <w:r>
        <w:t>20. Operaciones por administración de recursos por cuenta de Otros Entes públicos</w:t>
      </w:r>
    </w:p>
    <w:p>
      <w:r>
        <w:t>21. Operaciones no presupuestarias de tesorería</w:t>
      </w:r>
    </w:p>
    <w:p>
      <w:r>
        <w:t>22. Contratación administrativa. Procedimientos de adjudicación</w:t>
      </w:r>
    </w:p>
    <w:p>
      <w:r>
        <w:t>23. Valores recibidos en depósito</w:t>
      </w:r>
    </w:p>
    <w:p>
      <w:r>
        <w:t>24. Información presupuestaria</w:t>
      </w:r>
    </w:p>
    <w:p>
      <w:r>
        <w:t>1) Ejercicio corriente</w:t>
      </w:r>
    </w:p>
    <w:p>
      <w:r>
        <w:t>2) Ejercicios cerrados</w:t>
      </w:r>
    </w:p>
    <w:p>
      <w:r>
        <w:t>3) Ejercicios posteriores</w:t>
      </w:r>
    </w:p>
    <w:p>
      <w:r>
        <w:t>4) Ejecución de proyectos de gastos</w:t>
      </w:r>
    </w:p>
    <w:p>
      <w:r>
        <w:t>5) Gastos con financiación afectada</w:t>
      </w:r>
    </w:p>
    <w:p>
      <w:r>
        <w:t>6) Remanente de tesorería</w:t>
      </w:r>
    </w:p>
    <w:p>
      <w:r>
        <w:t>25. Indicadores financieros, patrimoniales y presupuestarios</w:t>
      </w:r>
    </w:p>
    <w:p>
      <w:r>
        <w:t>26. Información sobre el coste de las actividades</w:t>
      </w:r>
    </w:p>
    <w:p>
      <w:r>
        <w:t>27. Indicadores de gestión</w:t>
      </w:r>
    </w:p>
    <w:p>
      <w:r>
        <w:t>30. Estado de conciliación bancaria</w:t>
      </w:r>
    </w:p>
    <w:p>
      <w:r>
        <w:t>31. Balance de Comprobación</w:t>
      </w:r>
    </w:p>
    <w:p>
      <w:r>
        <w:t>Las Palmas de Gran Canaria, en la fecha en que consta incorporada como firma digital.</w:t>
      </w:r>
    </w:p>
    <w:p>
      <w:r>
        <w:t>La Presidenta.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B. BALANCE</w:t>
      </w:r>
    </w:p>
    <w:p>
      <w:r>
        <w:t>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Balance</w:t>
      </w:r>
    </w:p>
    <w:p>
      <w:r>
        <w:t>Periodo: 2024</w:t>
      </w:r>
    </w:p>
    <w:p>
      <w:r>
        <w:t>N.º CUENTA ACTIVO 2024 2023 N.º CUENTA PATRIMONIO NETO Y PASIVO 2024 2023</w:t>
      </w:r>
    </w:p>
    <w:p>
      <w:r>
        <w:t>A) Activo no corriente 71.723.244,39 49.978.658,53 A) Patrimonio neto 174.486.555,70 138.116.781,89</w:t>
      </w:r>
    </w:p>
    <w:p>
      <w:r>
        <w:t>I. Inmovilizado intangible 602.345,54 727.470,28 100, 101 I. Patrimonio 28.934.686,77 28.934.686,77</w:t>
      </w:r>
    </w:p>
    <w:p>
      <w:r>
        <w:t>200, 201, (2800), 1. Inversión en investigación y desarrollo 0,00 0,00 II. Patrimonio generado 145.551.868,93 109.182.095,12</w:t>
      </w:r>
    </w:p>
    <w:p>
      <w:r>
        <w:t>(2801)</w:t>
      </w:r>
    </w:p>
    <w:p>
      <w:r>
        <w:t>120 1. Resultados de ejercicios anteriores 109.182.095,12 92.118.191,62</w:t>
      </w:r>
    </w:p>
    <w:p>
      <w:r>
        <w:t>203, (2803), (2903) 2. Propiedad industrial e intelectual 555.349,32 670.963,36</w:t>
      </w:r>
    </w:p>
    <w:p>
      <w:r>
        <w:t>129 2. Resultado del ejercicio 36.369.773,81 17.063.903,50</w:t>
      </w:r>
    </w:p>
    <w:p>
      <w:r>
        <w:t>206, (2806), (2906) 3. Aplicaciones informáticas 46.996,22 56.506,92</w:t>
      </w:r>
    </w:p>
    <w:p>
      <w:r>
        <w:t>III. Ajustes por cambios de valor 0,00 0,00</w:t>
      </w:r>
    </w:p>
    <w:p>
      <w:r>
        <w:t>207, (2807), (2907) 4. Inversiones sobre activos utilizados en régimen de arrendamiento 0,00 0,00</w:t>
      </w:r>
    </w:p>
    <w:p>
      <w:r>
        <w:t>136 1. Inmovilizado no financiero 0,00 0,00</w:t>
      </w:r>
    </w:p>
    <w:p>
      <w:r>
        <w:t>o cedidos</w:t>
      </w:r>
    </w:p>
    <w:p>
      <w:r>
        <w:t>133 2. Activos financieros disponibles para la venta 0,00 0,00</w:t>
      </w:r>
    </w:p>
    <w:p>
      <w:r>
        <w:t>208, 209, (2809), 5. Otro inmovilizado intangible 0,00 0,00</w:t>
      </w:r>
    </w:p>
    <w:p>
      <w:r>
        <w:t>(2909) 134 3. Operaciones de cobertura 0,00 0,00</w:t>
      </w:r>
    </w:p>
    <w:p>
      <w:r>
        <w:t>II. Inmovilizado material 71.120.348,85 49.250.638,25 130, 131, 132 IV. Subvenciones recibidas pendientes de imputación a 0,00 0,00</w:t>
      </w:r>
    </w:p>
    <w:p>
      <w:r>
        <w:t>resultados</w:t>
      </w:r>
    </w:p>
    <w:p>
      <w:r>
        <w:t>210, (2810), (2910), 1. Terrenos 0,00 0,00</w:t>
      </w:r>
    </w:p>
    <w:p>
      <w:r>
        <w:t>(2990) B) Pasivo no corriente 7.332.501,88 8.133.223,16</w:t>
      </w:r>
    </w:p>
    <w:p>
      <w:r>
        <w:t>211, (2811), (2911), 2. Construcciones 19.991.045,42 22.405.795,63 14 I. Provisiones a largo plazo 0,00 0,00</w:t>
      </w:r>
    </w:p>
    <w:p>
      <w:r>
        <w:t>(2991) II. Deudas a largo plazo 7.332.501,88 8.133.223,16</w:t>
      </w:r>
    </w:p>
    <w:p>
      <w:r>
        <w:t>212, (2812), (2912), 3. Infraestructuras 0,00 0,00 15 1. Obligaciones y otros valores negociables 0,00 0,00</w:t>
      </w:r>
    </w:p>
    <w:p>
      <w:r>
        <w:t>(2992)</w:t>
      </w:r>
    </w:p>
    <w:p>
      <w:r>
        <w:t>170, 177 2. Deudas con entidades de crédito 0,00 0,00</w:t>
      </w:r>
    </w:p>
    <w:p>
      <w:r>
        <w:t>213, (2813), (2913), 4. Bienes del patrimonio histórico 0,00 0,00</w:t>
      </w:r>
    </w:p>
    <w:p>
      <w:r>
        <w:t>(2993) 176 3. Derivados financieros 0,00 0,00</w:t>
      </w:r>
    </w:p>
    <w:p>
      <w:r>
        <w:t>214, 215, 216, 217, 5. Otro inmovilizado material 1.399.774,70 1.083.371,18 173, 174, 178, 179, 4. Otras deudas 7.332.501,88 8.133.223,16</w:t>
      </w:r>
    </w:p>
    <w:p>
      <w:r>
        <w:t>218, 219, (2814), 180, 185</w:t>
      </w:r>
    </w:p>
    <w:p>
      <w:r>
        <w:t>(2815), (2816), (2817), 16 III. Deudas con entidades del grupo, multigrupo y asociadas 0,00 0,00</w:t>
      </w:r>
    </w:p>
    <w:p>
      <w:r>
        <w:t>(2818), (2819), (2914), a largo plazo</w:t>
      </w:r>
    </w:p>
    <w:p>
      <w:r>
        <w:t>(2915), (2916), (2917), 172 IV. Acreedores y otras cuentas a pagar a largo plazo 0,00 0,00</w:t>
      </w:r>
    </w:p>
    <w:p>
      <w:r>
        <w:t>(2918), (2919), (2999)</w:t>
      </w:r>
    </w:p>
    <w:p>
      <w:r>
        <w:t>186 V. Ajustes por periodificación a largo plazo 0,00 0,00</w:t>
      </w:r>
    </w:p>
    <w:p>
      <w:r>
        <w:t>2300, 2310, 232, 233, 6. Inmovilizado material en curso y anticipos 49.729.528,73 25.761.471,44</w:t>
      </w:r>
    </w:p>
    <w:p>
      <w:r>
        <w:t>234, 235, 237, 238, C) Pasivo corriente 27.001.162,11 22.582.505,12</w:t>
      </w:r>
    </w:p>
    <w:p>
      <w:r>
        <w:t>2390 58 I. Provisiones a corto plazo 0,00 0,00</w:t>
      </w:r>
    </w:p>
    <w:p>
      <w:r>
        <w:t>II. Deudas a corto plazo 9.216.431,63 7.127.450,97</w:t>
      </w:r>
    </w:p>
    <w:p>
      <w:r>
        <w:t>50 1. Obligaciones y otros valores negociables 0,00 0,00</w:t>
      </w:r>
    </w:p>
    <w:p>
      <w:r>
        <w:t>520, 521, 527 2. Deudas con entidades de crédito 0,00 0,00</w:t>
      </w:r>
    </w:p>
    <w:p>
      <w:r>
        <w:t>526 3. Derivados financieros 0,00 0,00</w:t>
      </w:r>
    </w:p>
    <w:p>
      <w:r>
        <w:t>4003, 4013, 41303, 4. Otras deudas 9.216.431,63 7.127.450,97</w:t>
      </w:r>
    </w:p>
    <w:p>
      <w:r>
        <w:t>41313, 4183, 523,</w:t>
      </w:r>
    </w:p>
    <w:p>
      <w:r>
        <w:t>524, 528, 529, 560,</w:t>
      </w:r>
    </w:p>
    <w:p>
      <w:r>
        <w:t>561</w:t>
      </w:r>
    </w:p>
    <w:p>
      <w:r>
        <w:t>Página 1de 4 17 de Junio del 2025</w:t>
      </w:r>
    </w:p>
    <w:p>
      <w:r>
        <w:t>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 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 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N.º CUENTA ACTIVO 2024 2023 N.º CUENTA PATRIMONIO NETO Y PASIVO 2024 2023</w:t>
      </w:r>
    </w:p>
    <w:p>
      <w:r>
        <w:t>III. Inversiones inmobiliarias 0,00 0,00 4002, 4012, 41302, III. Deudas con entidades del grupo, multigrupo y asociadas 0,00 0,00</w:t>
      </w:r>
    </w:p>
    <w:p>
      <w:r>
        <w:t>41312, 4182, 51 a corto plazo</w:t>
      </w:r>
    </w:p>
    <w:p>
      <w:r>
        <w:t>220, (2820), (2920) 1. Terrenos 0,00 0,00</w:t>
      </w:r>
    </w:p>
    <w:p>
      <w:r>
        <w:t>221, (2821), (2921) 2. Construcciones 0,00 0,00</w:t>
      </w:r>
    </w:p>
    <w:p>
      <w:r>
        <w:t>2301, 2311, 2391 3. Inversiones inmobiliarias en curso y anticipos 0,00 0,00</w:t>
      </w:r>
    </w:p>
    <w:p>
      <w:r>
        <w:t>IV. Patrimonio público del suelo 0,00 0,00</w:t>
      </w:r>
    </w:p>
    <w:p>
      <w:r>
        <w:t>240, (2840), (2930) 1. Terrenos 0,00 0,00</w:t>
      </w:r>
    </w:p>
    <w:p>
      <w:r>
        <w:t>241, (2841), (2931) 2. Construcciones 0,00 0,00</w:t>
      </w:r>
    </w:p>
    <w:p>
      <w:r>
        <w:t>243, 244, 248 3. En construcción y anticipos 0,00 0,00</w:t>
      </w:r>
    </w:p>
    <w:p>
      <w:r>
        <w:t>249, (2849), (2939) 4. Otro patrimonio público del suelo 0,00 0,00</w:t>
      </w:r>
    </w:p>
    <w:p>
      <w:r>
        <w:t>V. Inversiones financieras a largo plazo en entidades del grupo, 0,00 0,00</w:t>
      </w:r>
    </w:p>
    <w:p>
      <w:r>
        <w:t>multigrupo y asociadas</w:t>
      </w:r>
    </w:p>
    <w:p>
      <w:r>
        <w:t>IV. Acreedores y otras cuentas a pagar a corto plazo 17.784.730,48 15.455.054,15</w:t>
      </w:r>
    </w:p>
    <w:p>
      <w:r>
        <w:t>2500, 2510, (2940) 1. Inversiones financieras en patrimonio de entidades de derecho 0,00 0,00</w:t>
      </w:r>
    </w:p>
    <w:p>
      <w:r>
        <w:t>4000, 4010, 411, 1. Acreedores por operaciones de gestión 16.960.749,35 14.562.864,06</w:t>
      </w:r>
    </w:p>
    <w:p>
      <w:r>
        <w:t>público</w:t>
      </w:r>
    </w:p>
    <w:p>
      <w:r>
        <w:t>41300, 41310, 416,</w:t>
      </w:r>
    </w:p>
    <w:p>
      <w:r>
        <w:t>2501, 2511, (259), 2. Inversiones financieras en patrimonio de sociedades 0,00 0,00 4180, 522</w:t>
      </w:r>
    </w:p>
    <w:p>
      <w:r>
        <w:t>(2941)</w:t>
      </w:r>
    </w:p>
    <w:p>
      <w:r>
        <w:t>4001, 4011, 410, 2. Otras cuentas a pagar 151.568,24 190.795,13</w:t>
      </w:r>
    </w:p>
    <w:p>
      <w:r>
        <w:t>2502, 2512, (2942) 3. Inversiones financieras en patrimonio de otras entidades 0,00 0,00 41301, 41311, 414,</w:t>
      </w:r>
    </w:p>
    <w:p>
      <w:r>
        <w:t>252, 253, 255, (295), 4. Créditos y valores representativos de deuda 0,00 0,00 4181, 419, 550, 554,</w:t>
      </w:r>
    </w:p>
    <w:p>
      <w:r>
        <w:t>(2960) 559</w:t>
      </w:r>
    </w:p>
    <w:p>
      <w:r>
        <w:t>257, 258, (2961), 5. Otras inversiones financieras 0,00 0,00 47 3. Administraciones públicas 672.412,89 701.394,96</w:t>
      </w:r>
    </w:p>
    <w:p>
      <w:r>
        <w:t>(2962) 45 4. Acreedores por administración de recursos por cuenta de 0,00 0,00</w:t>
      </w:r>
    </w:p>
    <w:p>
      <w:r>
        <w:t>VI. Inversiones financieras a largo plazo 550,00 550,00 otros entes públicos</w:t>
      </w:r>
    </w:p>
    <w:p>
      <w:r>
        <w:t>260, (269) 1. Inversiones financieras en patrimonio 0,00 0,00 485, 568 V. Ajustes por periodificación a corto plazo 0,00 0,00</w:t>
      </w:r>
    </w:p>
    <w:p>
      <w:r>
        <w:t>261, 2620, 2629, 2. Créditos y valores representativos de deuda 0,00 0,00</w:t>
      </w:r>
    </w:p>
    <w:p>
      <w:r>
        <w:t>264, 266, 267, (297),</w:t>
      </w:r>
    </w:p>
    <w:p>
      <w:r>
        <w:t>(2980)</w:t>
      </w:r>
    </w:p>
    <w:p>
      <w:r>
        <w:t>Página 2de 4 17 de Junio del 2025</w:t>
      </w:r>
    </w:p>
    <w:p>
      <w:r>
        <w:t>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 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N.º CUENTA ACTIVO 2024 2023 N.º CUENTA PATRIMONIO NETO Y PASIVO 2024 2023</w:t>
      </w:r>
    </w:p>
    <w:p>
      <w:r>
        <w:t>263 3. Derivados financieros 0,00 0,00</w:t>
      </w:r>
    </w:p>
    <w:p>
      <w:r>
        <w:t>268, 27, (2981), 4. Otras inversiones financieras 550,00 550,00</w:t>
      </w:r>
    </w:p>
    <w:p>
      <w:r>
        <w:t>(2982)</w:t>
      </w:r>
    </w:p>
    <w:p>
      <w:r>
        <w:t>2621, (2983) VII. Deudores y otras cuentas a cobrar a largo plazo 0,00 0,00</w:t>
      </w:r>
    </w:p>
    <w:p>
      <w:r>
        <w:t>B) Activo corriente 137.096.975,30 118.853.851,64</w:t>
      </w:r>
    </w:p>
    <w:p>
      <w:r>
        <w:t>38, (398) I. Activos en estado de venta 0,00 0,00</w:t>
      </w:r>
    </w:p>
    <w:p>
      <w:r>
        <w:t>II. Existencias 0,00 0,00</w:t>
      </w:r>
    </w:p>
    <w:p>
      <w:r>
        <w:t>37 1. Activos construidos o adquiridos para otras entidades 0,00 0,00</w:t>
      </w:r>
    </w:p>
    <w:p>
      <w:r>
        <w:t>30, 35, (390), (395) 2. Mercaderías y productos terminados 0,00 0,00</w:t>
      </w:r>
    </w:p>
    <w:p>
      <w:r>
        <w:t>31, 32, 33, 34, 36, 3. Aprovisionamientos y otros 0,00 0,00</w:t>
      </w:r>
    </w:p>
    <w:p>
      <w:r>
        <w:t>(391), (392), (393),</w:t>
      </w:r>
    </w:p>
    <w:p>
      <w:r>
        <w:t>(394), (396)</w:t>
      </w:r>
    </w:p>
    <w:p>
      <w:r>
        <w:t>III. Deudores y otras cuentas a cobrar a corto plazo 127.322.452,67 114.065.309,79</w:t>
      </w:r>
    </w:p>
    <w:p>
      <w:r>
        <w:t>4300, 4310, 4430, 1. Deudores por operaciones de gestión 127.307.520,93 114.050.378,05</w:t>
      </w:r>
    </w:p>
    <w:p>
      <w:r>
        <w:t>446, (4900)</w:t>
      </w:r>
    </w:p>
    <w:p>
      <w:r>
        <w:t>4301, 4311, 4431, 2. Otras cuentas a cobrar 14.931,74 14.931,74</w:t>
      </w:r>
    </w:p>
    <w:p>
      <w:r>
        <w:t>440, 441, 442, 449,</w:t>
      </w:r>
    </w:p>
    <w:p>
      <w:r>
        <w:t>(4901), 550, 555, 558</w:t>
      </w:r>
    </w:p>
    <w:p>
      <w:r>
        <w:t>47 3. Administraciones públicas 0,00 0,00</w:t>
      </w:r>
    </w:p>
    <w:p>
      <w:r>
        <w:t>45 4. Deudores por administración de recursos por cuenta de otros entes 0,00 0,00</w:t>
      </w:r>
    </w:p>
    <w:p>
      <w:r>
        <w:t>públicos</w:t>
      </w:r>
    </w:p>
    <w:p>
      <w:r>
        <w:t>IV. Inversiones financieras a corto plazo en entidades del grupo, 0,00 0,00</w:t>
      </w:r>
    </w:p>
    <w:p>
      <w:r>
        <w:t>multigrupo y asociadas</w:t>
      </w:r>
    </w:p>
    <w:p>
      <w:r>
        <w:t>530, 531, (539), (594) 1. Inversiones financieras en patrimonio de entidades del grupo, 0,00 0,00</w:t>
      </w:r>
    </w:p>
    <w:p>
      <w:r>
        <w:t>multigrupo y asociadas</w:t>
      </w:r>
    </w:p>
    <w:p>
      <w:r>
        <w:t>4302, 4312, 4432, 2. Créditos y valores representativos de deuda 0,00 0,00</w:t>
      </w:r>
    </w:p>
    <w:p>
      <w:r>
        <w:t>(4902), 532, 533,</w:t>
      </w:r>
    </w:p>
    <w:p>
      <w:r>
        <w:t>535, (595), (5960)</w:t>
      </w:r>
    </w:p>
    <w:p>
      <w:r>
        <w:t>Página 3de 4 17 de Junio del 2025</w:t>
      </w:r>
    </w:p>
    <w:p>
      <w:r>
        <w:t>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N.º CUENTA ACTIVO 2024 2023 N.º CUENTA PATRIMONIO NETO Y PASIVO 2024 2023</w:t>
      </w:r>
    </w:p>
    <w:p>
      <w:r>
        <w:t>536, 537, 538, 3. Otras inversiones 0,00 0,00</w:t>
      </w:r>
    </w:p>
    <w:p>
      <w:r>
        <w:t>(5961), (5962)</w:t>
      </w:r>
    </w:p>
    <w:p>
      <w:r>
        <w:t>V. Inversiones financieras a corto plazo 133.969,01 111.213,81</w:t>
      </w:r>
    </w:p>
    <w:p>
      <w:r>
        <w:t>540, (549) 1. Inversiones financieras en patrimonio 0,00 0,00</w:t>
      </w:r>
    </w:p>
    <w:p>
      <w:r>
        <w:t>4303, 4313, 4433, 2. Créditos y valores representativos de deuda 132.819,01 110.063,81</w:t>
      </w:r>
    </w:p>
    <w:p>
      <w:r>
        <w:t>(4903), 541, 542,</w:t>
      </w:r>
    </w:p>
    <w:p>
      <w:r>
        <w:t>544, 546, 547, (597),</w:t>
      </w:r>
    </w:p>
    <w:p>
      <w:r>
        <w:t>(5980)</w:t>
      </w:r>
    </w:p>
    <w:p>
      <w:r>
        <w:t>543 3. Derivados financieros 0,00 0,00</w:t>
      </w:r>
    </w:p>
    <w:p>
      <w:r>
        <w:t>545, 548, 565, 566, 4. Otras inversiones financieras 1.150,00 1.150,00</w:t>
      </w:r>
    </w:p>
    <w:p>
      <w:r>
        <w:t>(5981), (5982)</w:t>
      </w:r>
    </w:p>
    <w:p>
      <w:r>
        <w:t>480, 567 VI. Ajustes por periodificación 0,00 0,00</w:t>
      </w:r>
    </w:p>
    <w:p>
      <w:r>
        <w:t>VII. Efectivo y otros activos líquidos equivalentes 9.640.553,62 4.677.328,04</w:t>
      </w:r>
    </w:p>
    <w:p>
      <w:r>
        <w:t>577 1. Otros activos líquidos equivalentes 0,00 0,00</w:t>
      </w:r>
    </w:p>
    <w:p>
      <w:r>
        <w:t>556, 570, 571, 573, 2. Tesorería 9.640.553,62 4.677.328,04</w:t>
      </w:r>
    </w:p>
    <w:p>
      <w:r>
        <w:t>574, 575</w:t>
      </w:r>
    </w:p>
    <w:p>
      <w:r>
        <w:t>TOTAL ACTIVO (A+B) 208.820.219,69 168.832.510,17 TOTAL PATRIMONIO NETO Y PASIVO (A+B+C) 208.820.219,69 168.832.510,17</w:t>
      </w:r>
    </w:p>
    <w:p>
      <w:r>
        <w:t>Página 4de 4 17 de Junio del 2025</w:t>
      </w:r>
    </w:p>
    <w:p>
      <w:r>
        <w:t>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C. CUENTA DE RESULTADO</w:t>
      </w:r>
    </w:p>
    <w:p>
      <w:r>
        <w:t>ECONÓMICO-PATRIMONIAL</w:t>
      </w:r>
    </w:p>
    <w:p>
      <w:r>
        <w:t>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CUENTA DEL RESULTADO ECONÓMICO PATRIMONIAL</w:t>
      </w:r>
    </w:p>
    <w:p>
      <w:r>
        <w:t>Periodo: 2024</w:t>
      </w:r>
    </w:p>
    <w:p>
      <w:r>
        <w:t>N.º CUENTA 2024 2023</w:t>
      </w:r>
    </w:p>
    <w:p>
      <w:r>
        <w:t>1. Ingresos tributarios y urbanísticos 0,00 0,00</w:t>
      </w:r>
    </w:p>
    <w:p>
      <w:r>
        <w:t>72, 73 a) Impuestos 0,00 0,00</w:t>
      </w:r>
    </w:p>
    <w:p>
      <w:r>
        <w:t>740, 742 b) Tasas 0,00 0,00</w:t>
      </w:r>
    </w:p>
    <w:p>
      <w:r>
        <w:t>744 c) Contribuciones especiales 0,00 0,00</w:t>
      </w:r>
    </w:p>
    <w:p>
      <w:r>
        <w:t>745, 746 d) Ingresos urbanísticos 0,00 0,00</w:t>
      </w:r>
    </w:p>
    <w:p>
      <w:r>
        <w:t>2. Transferencias y subvenciones recibidas 160.405.210,12 134.808.275,39</w:t>
      </w:r>
    </w:p>
    <w:p>
      <w:r>
        <w:t>a) Del ejercicio 160.405.210,12 134.808.275,39</w:t>
      </w:r>
    </w:p>
    <w:p>
      <w:r>
        <w:t>751 a.1) Subvenciones recibidas para financiar gastos del ejercicio 0,00 0,00</w:t>
      </w:r>
    </w:p>
    <w:p>
      <w:r>
        <w:t>750 a.2) Transferencias 160.405.210,12 134.808.275,39</w:t>
      </w:r>
    </w:p>
    <w:p>
      <w:r>
        <w:t>752 a.3) Subvenciones recibidas para cancelación de pasivos que no supongan 0,00 0,00</w:t>
      </w:r>
    </w:p>
    <w:p>
      <w:r>
        <w:t>financiación específica</w:t>
      </w:r>
    </w:p>
    <w:p>
      <w:r>
        <w:t>7530 b) Imputación de subvenciones para el inmovilizado no financiero 0,00 0,00</w:t>
      </w:r>
    </w:p>
    <w:p>
      <w:r>
        <w:t>754 c) Imputación de subvenciones para activos corrientes y otras 0,00 0,00</w:t>
      </w:r>
    </w:p>
    <w:p>
      <w:r>
        <w:t>3. Ventas y prestaciones de servicios 7.253.707,70 6.473.847,79</w:t>
      </w:r>
    </w:p>
    <w:p>
      <w:r>
        <w:t>700, 701, 702, 703, 704 a) Ventas 33.614,92 26.161,90</w:t>
      </w:r>
    </w:p>
    <w:p>
      <w:r>
        <w:t>741, 705 b) Prestación de servicios 7.220.092,78 6.447.685,89</w:t>
      </w:r>
    </w:p>
    <w:p>
      <w:r>
        <w:t>707 c) Imputación de ingresos por activos construidos o adquiridos para otras 0,00 0,00</w:t>
      </w:r>
    </w:p>
    <w:p>
      <w:r>
        <w:t>entidades</w:t>
      </w:r>
    </w:p>
    <w:p>
      <w:r>
        <w:t>71, 7940, (6940) 4. Variación de existencias de productos terminados y en curso de 0,00 0,00</w:t>
      </w:r>
    </w:p>
    <w:p>
      <w:r>
        <w:t>fabricación y deterioro de valor</w:t>
      </w:r>
    </w:p>
    <w:p>
      <w:r>
        <w:t>780, 781, 782, 783, 784 5. Trabajos realizados por la entidad para su inmovilizado 0,00 0,00</w:t>
      </w:r>
    </w:p>
    <w:p>
      <w:r>
        <w:t>776, 777 6. Otros ingresos de gestión ordinaria 112.566,91 60.198,91</w:t>
      </w:r>
    </w:p>
    <w:p>
      <w:r>
        <w:t>795 7. Excesos de provisiones 0,00 0,00</w:t>
      </w:r>
    </w:p>
    <w:p>
      <w:r>
        <w:t>A) TOTAL INGRESOS DE GESTIÓN ORDINARIA (1+2+3+4+5+6+7) 167.771.484,73 141.342.322,09</w:t>
      </w:r>
    </w:p>
    <w:p>
      <w:r>
        <w:t>8. Gastos de personal -28.057.023,02 -26.936.255,04</w:t>
      </w:r>
    </w:p>
    <w:p>
      <w:r>
        <w:t>(640), (641) a) Sueldos, salarios y asimilados -20.451.187,33 -19.602.847,42</w:t>
      </w:r>
    </w:p>
    <w:p>
      <w:r>
        <w:t>(642), (643), (644), (645) b) Cargas sociales -7.605.835,69 -7.333.407,62</w:t>
      </w:r>
    </w:p>
    <w:p>
      <w:r>
        <w:t>(65) 9. Transferencias y subvenciones concedidas -2.845.308,78 -2.730.316,96</w:t>
      </w:r>
    </w:p>
    <w:p>
      <w:r>
        <w:t>10. Aprovisionamientos 0,00 0,00</w:t>
      </w:r>
    </w:p>
    <w:p>
      <w:r>
        <w:t>(600), (601), (602), (605), a) Consumo de mercaderías y otros aprovisionamientos 0,00 0,00</w:t>
      </w:r>
    </w:p>
    <w:p>
      <w:r>
        <w:t>(607), 61</w:t>
      </w:r>
    </w:p>
    <w:p>
      <w:r>
        <w:t>(6941), (6942), (6943), 7941, b) Deterioro de valor de mercaderías, materias primas y otros 0,00 0,00</w:t>
      </w:r>
    </w:p>
    <w:p>
      <w:r>
        <w:t>7942, 7943 aprovisionamientos</w:t>
      </w:r>
    </w:p>
    <w:p>
      <w:r>
        <w:t>11. Otros gastos de gestión ordinaria -96.919.327,50 -91.355.638,27</w:t>
      </w:r>
    </w:p>
    <w:p>
      <w:r>
        <w:t>(62) a) Suministros y servicios exteriores -96.539.503,29 -91.115.169,71</w:t>
      </w:r>
    </w:p>
    <w:p>
      <w:r>
        <w:t>(63) b) Tributos -379.824,21 -240.468,56</w:t>
      </w:r>
    </w:p>
    <w:p>
      <w:r>
        <w:t>(676) c) Otros 0,00 0,00</w:t>
      </w:r>
    </w:p>
    <w:p>
      <w:r>
        <w:t>(68) 12. Amortización del inmovilizado -4.111.251,51 -3.993.943,22</w:t>
      </w:r>
    </w:p>
    <w:p>
      <w:r>
        <w:t>Página 1de 3 17 de Junio del 2025</w:t>
      </w:r>
    </w:p>
    <w:p>
      <w:r>
        <w:t>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N.º CUENTA 2024 2023</w:t>
      </w:r>
    </w:p>
    <w:p>
      <w:r>
        <w:t>B) TOTAL GASTOS DE GESTIÓN ORDINARIA (8+9+10+11+12) -131.932.910,81 -125.016.153,49</w:t>
      </w:r>
    </w:p>
    <w:p>
      <w:r>
        <w:t>I. Resultado (ahorro o desahorro) de la gestión ordinaria (A+B) 35.838.573,92 16.326.168,60</w:t>
      </w:r>
    </w:p>
    <w:p>
      <w:r>
        <w:t>13. Deterioro de valor y resultados por enajenación del inmovilizado 0,00 0,00</w:t>
      </w:r>
    </w:p>
    <w:p>
      <w:r>
        <w:t>no financiero y activos en esta</w:t>
      </w:r>
    </w:p>
    <w:p>
      <w:r>
        <w:t>(690), (691), (692), (693), a) Deterioro de valor 0,00 0,00</w:t>
      </w:r>
    </w:p>
    <w:p>
      <w:r>
        <w:t>(6948), 790, 791, 792, 793,</w:t>
      </w:r>
    </w:p>
    <w:p>
      <w:r>
        <w:t>7948, 799</w:t>
      </w:r>
    </w:p>
    <w:p>
      <w:r>
        <w:t>770, 771, 772, 773, 774, b) Bajas y enajenaciones 0,00 0,00</w:t>
      </w:r>
    </w:p>
    <w:p>
      <w:r>
        <w:t>(670), (671), (672), (673),</w:t>
      </w:r>
    </w:p>
    <w:p>
      <w:r>
        <w:t>(674)</w:t>
      </w:r>
    </w:p>
    <w:p>
      <w:r>
        <w:t>7531 c) Imputación de subvenciones para el inmovilizado no financiero 0,00 0,00</w:t>
      </w:r>
    </w:p>
    <w:p>
      <w:r>
        <w:t>14. Otras partidas no ordinarias 306.217,57 665.060,74</w:t>
      </w:r>
    </w:p>
    <w:p>
      <w:r>
        <w:t>775, 778 a) Ingresos 306.217,57 665.060,74</w:t>
      </w:r>
    </w:p>
    <w:p>
      <w:r>
        <w:t>(678) b) Gastos 0,00 0,00</w:t>
      </w:r>
    </w:p>
    <w:p>
      <w:r>
        <w:t>II. Resultado de las operaciones no financieras (I+13+14) 36.144.791,49 16.991.229,34</w:t>
      </w:r>
    </w:p>
    <w:p>
      <w:r>
        <w:t>15. Ingresos financieros 253.822,30 102.013,70</w:t>
      </w:r>
    </w:p>
    <w:p>
      <w:r>
        <w:t>a) De participaciones en instrumentos de patrimonio 0,00 0,00</w:t>
      </w:r>
    </w:p>
    <w:p>
      <w:r>
        <w:t>7630 a.1) En entidades del grupo, multigrupo y asociadas 0,00 0,00</w:t>
      </w:r>
    </w:p>
    <w:p>
      <w:r>
        <w:t>760 a.2) En otras entidades 0,00 0,00</w:t>
      </w:r>
    </w:p>
    <w:p>
      <w:r>
        <w:t>b) De valores representativos de deuda, de créditos y de otras inversiones 253.822,30 102.013,70</w:t>
      </w:r>
    </w:p>
    <w:p>
      <w:r>
        <w:t>financieras</w:t>
      </w:r>
    </w:p>
    <w:p>
      <w:r>
        <w:t>7631, 7632 b.1) En entidades del grupo, multigrupo y asociadas 0,00 0,00</w:t>
      </w:r>
    </w:p>
    <w:p>
      <w:r>
        <w:t>761, 762, 769, 76454, b.2) Otros 253.822,30 102.013,70</w:t>
      </w:r>
    </w:p>
    <w:p>
      <w:r>
        <w:t>(66454)</w:t>
      </w:r>
    </w:p>
    <w:p>
      <w:r>
        <w:t>16. Gastos financieros 0,00 0,00</w:t>
      </w:r>
    </w:p>
    <w:p>
      <w:r>
        <w:t>(663) a) Por deudas con entidades del grupo, multigrupo y asociadas 0,00 0,00</w:t>
      </w:r>
    </w:p>
    <w:p>
      <w:r>
        <w:t>(660), (661), (662), (669), b) Otros 0,00 0,00</w:t>
      </w:r>
    </w:p>
    <w:p>
      <w:r>
        <w:t>76451, (66451)</w:t>
      </w:r>
    </w:p>
    <w:p>
      <w:r>
        <w:t>785, 786, 787, 788, 789 17. Gastos financieros imputados al activo 0,00 0,00</w:t>
      </w:r>
    </w:p>
    <w:p>
      <w:r>
        <w:t>18. Variación del valor razonable en activos y pasivos financieros 0,00 0,00</w:t>
      </w:r>
    </w:p>
    <w:p>
      <w:r>
        <w:t>7646, (6646), 76459, (66459) a) Derivados financieros 0,00 0,00</w:t>
      </w:r>
    </w:p>
    <w:p>
      <w:r>
        <w:t>7640, 7642, 76452, 76453, b) Otros activos y pasivos a valor razonable con imputación en resultados 0,00 0,00</w:t>
      </w:r>
    </w:p>
    <w:p>
      <w:r>
        <w:t>(6640), (6642), ( 66452),</w:t>
      </w:r>
    </w:p>
    <w:p>
      <w:r>
        <w:t>(66453)</w:t>
      </w:r>
    </w:p>
    <w:p>
      <w:r>
        <w:t>7641, (6641) c) Imputación al resultado del ejercicio por activos financieros disponibles 0,00 0,00</w:t>
      </w:r>
    </w:p>
    <w:p>
      <w:r>
        <w:t>para la venta</w:t>
      </w:r>
    </w:p>
    <w:p>
      <w:r>
        <w:t>768, (668) 19. Diferencias de cambio 0,00 0,00</w:t>
      </w:r>
    </w:p>
    <w:p>
      <w:r>
        <w:t>20. Deterioro de valor, bajas y enajenaciones de activos y pasivos -28.839,98 -29.339,54</w:t>
      </w:r>
    </w:p>
    <w:p>
      <w:r>
        <w:t>financieros</w:t>
      </w:r>
    </w:p>
    <w:p>
      <w:r>
        <w:t>796, 7970, 766, (6960), a) De entidades del grupo, multigrupo y asociadas 0,00 0,00</w:t>
      </w:r>
    </w:p>
    <w:p>
      <w:r>
        <w:t>(6961), (6962), (6970), (666),</w:t>
      </w:r>
    </w:p>
    <w:p>
      <w:r>
        <w:t>7980, 7981, 7982, (6980),</w:t>
      </w:r>
    </w:p>
    <w:p>
      <w:r>
        <w:t>(6981), (6982), (6670)</w:t>
      </w:r>
    </w:p>
    <w:p>
      <w:r>
        <w:t>765, 7971, 7983, 7984, b) Otros -28.839,98 -29.339,54</w:t>
      </w:r>
    </w:p>
    <w:p>
      <w:r>
        <w:t>7985, (665), (6671), (6963),</w:t>
      </w:r>
    </w:p>
    <w:p>
      <w:r>
        <w:t>(6971), (6983), (6984), (6985)</w:t>
      </w:r>
    </w:p>
    <w:p>
      <w:r>
        <w:t>755, 756 21. Subvenciones para la financiación de operaciones financieras 0,00 0,00</w:t>
      </w:r>
    </w:p>
    <w:p>
      <w:r>
        <w:t>Página 2de 3 17 de Junio del 2025</w:t>
      </w:r>
    </w:p>
    <w:p>
      <w:r>
        <w:t>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N.º CUENTA 2024 2023</w:t>
      </w:r>
    </w:p>
    <w:p>
      <w:r>
        <w:t>III. Resultado de las operaciones financieras (15+16+17+18+19+20+21) 224.982,32 72.674,16</w:t>
      </w:r>
    </w:p>
    <w:p>
      <w:r>
        <w:t>IV. Resultado (ahorro o desahorro) neto del ejercicio (II + III) 36.369.773,81 17.063.903,50</w:t>
      </w:r>
    </w:p>
    <w:p>
      <w:r>
        <w:t>+ Ajustes en la cuenta del resultado del ejercicio anterior 0,00</w:t>
      </w:r>
    </w:p>
    <w:p>
      <w:r>
        <w:t>Resultado del ejercicio anterior ajustado (IV + Ajustes) 17.063.903,50</w:t>
      </w:r>
    </w:p>
    <w:p>
      <w:r>
        <w:t>Página 3de 3 17 de Junio del 2025</w:t>
      </w:r>
    </w:p>
    <w:p>
      <w:r>
        <w:t>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D. ESTADO DE PATRIMONIO</w:t>
      </w:r>
    </w:p>
    <w:p>
      <w:r>
        <w:t>10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1. ESTADO TOTAL DE CAMBIOS EN EL PATRIMONIO NETO</w:t>
      </w:r>
    </w:p>
    <w:p>
      <w:r>
        <w:t>Periodo: 2024</w:t>
      </w:r>
    </w:p>
    <w:p>
      <w:r>
        <w:t>NOTAS EN I. Patrimonio II. Patrimonio III. Ajustes por IV. Subvenciones TOTAL</w:t>
      </w:r>
    </w:p>
    <w:p>
      <w:r>
        <w:t>MEMORIA generado cambios de valor recibidas</w:t>
      </w:r>
    </w:p>
    <w:p>
      <w:r>
        <w:t>PATRIMONIO NETO AL FINAL DEL EJERCICIO 2023 28.934.686,77 109.182.095,12 0,00 0,00 138.116.781,89</w:t>
      </w:r>
    </w:p>
    <w:p>
      <w:r>
        <w:t>AJUSTES POR CAMBIOS DE CRITERIOS CONTABLES Y CORRECCIÓN DE ERRORES 0,00 0,00 0,00 0,00 0,00</w:t>
      </w:r>
    </w:p>
    <w:p>
      <w:r>
        <w:t>PATRIMONIO NETO INICIAL AJUSTADO DEL EJERCICIO 2024 ( A + B ) 28.934.686,77 109.182.095,12 0,00 0,00 138.116.781,89</w:t>
      </w:r>
    </w:p>
    <w:p>
      <w:r>
        <w:t>VARIACIONES DEL PATRIMONIO NETO EJERCICIO 2024 0,00 36.369.773,81 0,00 0,00 36.369.773,81</w:t>
      </w:r>
    </w:p>
    <w:p>
      <w:r>
        <w:t>1. Ingresos y gastos reconocidos en el ejercicio 0,00 36.369.773,81 0,00 0,00 36.369.773,81</w:t>
      </w:r>
    </w:p>
    <w:p>
      <w:r>
        <w:t>2. Operaciones patimoniales con la entidad o entidades propietarias 0,00 0,00 0,00 0,00 0,00</w:t>
      </w:r>
    </w:p>
    <w:p>
      <w:r>
        <w:t>3. Otras variaciones del patrimonio neto 0,00 0,00 0,00 0,00 0,00</w:t>
      </w:r>
    </w:p>
    <w:p>
      <w:r>
        <w:t>PATRIMONIO NETO AL FINAL DEL EJERCICIO 2024 ( C + D ) 28.934.686,77 145.551.868,93 0,00 0,00 174.486.555,70</w:t>
      </w:r>
    </w:p>
    <w:p>
      <w:r>
        <w:t>Página 1de 1 17 de Junio del 2025</w:t>
      </w:r>
    </w:p>
    <w:p>
      <w:r>
        <w:t>11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INGRESOS Y GASTOS RECONOCIDOS</w:t>
      </w:r>
    </w:p>
    <w:p>
      <w:r>
        <w:t>Periodo: 2024</w:t>
      </w:r>
    </w:p>
    <w:p>
      <w:r>
        <w:t>N.º CUENTA 2024 2023</w:t>
      </w:r>
    </w:p>
    <w:p>
      <w:r>
        <w:t>129 I. Resultado económico patrimonial 36.369.773,81 17.063.903,50</w:t>
      </w:r>
    </w:p>
    <w:p>
      <w:r>
        <w:t>II. Ingresos y gastos reconocidos directamente en el</w:t>
      </w:r>
    </w:p>
    <w:p>
      <w:r>
        <w:t>patrimonio neto:</w:t>
      </w:r>
    </w:p>
    <w:p>
      <w:r>
        <w:t>1. Inmovilizado no financiero</w:t>
      </w:r>
    </w:p>
    <w:p>
      <w:r>
        <w:t>920 1.1 Ingresos 0,00 0,00</w:t>
      </w:r>
    </w:p>
    <w:p>
      <w:r>
        <w:t>(820), (821), (822) 1.2 Gastos 0,00 0,00</w:t>
      </w:r>
    </w:p>
    <w:p>
      <w:r>
        <w:t>2. Activos y pasivos financieros</w:t>
      </w:r>
    </w:p>
    <w:p>
      <w:r>
        <w:t>900,991 2.1 Ingresos 0,00 0,00</w:t>
      </w:r>
    </w:p>
    <w:p>
      <w:r>
        <w:t>(800),(891) 2.2 Gastos 0,00 0,00</w:t>
      </w:r>
    </w:p>
    <w:p>
      <w:r>
        <w:t>3. Coberturas contables</w:t>
      </w:r>
    </w:p>
    <w:p>
      <w:r>
        <w:t>910 3.1 Ingresos 0,00 0,00</w:t>
      </w:r>
    </w:p>
    <w:p>
      <w:r>
        <w:t>(810) 3.2 Gastos 0,00 0,00</w:t>
      </w:r>
    </w:p>
    <w:p>
      <w:r>
        <w:t>94 4. Subvenciones recibidas 0,00 0,00</w:t>
      </w:r>
    </w:p>
    <w:p>
      <w:r>
        <w:t>Total ( 1 + 2 + 3 + 4 ) 0,00 0,00</w:t>
      </w:r>
    </w:p>
    <w:p>
      <w:r>
        <w:t>III. Transferencias a la cuenta del resultado económico</w:t>
      </w:r>
    </w:p>
    <w:p>
      <w:r>
        <w:t>patrimonial o al valor inicial de la partida cubierta:</w:t>
      </w:r>
    </w:p>
    <w:p>
      <w:r>
        <w:t>(823) 1. Inmovilizado no financiero 0,00 0,00</w:t>
      </w:r>
    </w:p>
    <w:p>
      <w:r>
        <w:t>(802), 902, 993 2. Activos y pasivos financieros 0,00 0,00</w:t>
      </w:r>
    </w:p>
    <w:p>
      <w:r>
        <w:t>3. Coberturas contables</w:t>
      </w:r>
    </w:p>
    <w:p>
      <w:r>
        <w:t>(8110), 9110 3.1 Importes transferidos a la cuenta del resultado 0,00 0,00</w:t>
      </w:r>
    </w:p>
    <w:p>
      <w:r>
        <w:t>economico patrimonial</w:t>
      </w:r>
    </w:p>
    <w:p>
      <w:r>
        <w:t>(8111), 9111 3.2 Importes transferidos al valor inicial de la 0,00 0,00</w:t>
      </w:r>
    </w:p>
    <w:p>
      <w:r>
        <w:t>partida cubierta</w:t>
      </w:r>
    </w:p>
    <w:p>
      <w:r>
        <w:t>(84) 4. Subvenciones recibidas 0,00 0,00</w:t>
      </w:r>
    </w:p>
    <w:p>
      <w:r>
        <w:t>Total ( 1 + 2 + 3 + 4 ) 0,00 0,00</w:t>
      </w:r>
    </w:p>
    <w:p>
      <w:r>
        <w:t>IV. TOTAL ingresos y gastos reconocidos (I+II+III) 36.369.773,81 17.063.903,50</w:t>
      </w:r>
    </w:p>
    <w:p>
      <w:r>
        <w:t>Página 1de 1 17 de Junio del 2025</w:t>
      </w:r>
    </w:p>
    <w:p>
      <w:r>
        <w:t>12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OPERACIONES CON LA ENTIDAD O ENTIDADES</w:t>
      </w:r>
    </w:p>
    <w:p>
      <w:r>
        <w:t>PROPIETARIAS</w:t>
      </w:r>
    </w:p>
    <w:p>
      <w:r>
        <w:t>Periodo: 2024</w:t>
      </w:r>
    </w:p>
    <w:p>
      <w:r>
        <w:t>A) OPERACIONES PATRIMONIALES CON LA ENTIDAD O ENTIDADES PROPIETARIAS</w:t>
      </w:r>
    </w:p>
    <w:p>
      <w:r>
        <w:t>2024 2023</w:t>
      </w:r>
    </w:p>
    <w:p>
      <w:r>
        <w:t>1. Aportación patrimonial dineraria 0,00 0,00</w:t>
      </w:r>
    </w:p>
    <w:p>
      <w:r>
        <w:t>2. Aportación de bienes y derechos 0,00 0,00</w:t>
      </w:r>
    </w:p>
    <w:p>
      <w:r>
        <w:t>3. Asunción y condonación de la entidad o 0,00 0,00</w:t>
      </w:r>
    </w:p>
    <w:p>
      <w:r>
        <w:t>entidades propietarias</w:t>
      </w:r>
    </w:p>
    <w:p>
      <w:r>
        <w:t>4. Otras aportaciones de la entidad o entidades 0,00 0,00</w:t>
      </w:r>
    </w:p>
    <w:p>
      <w:r>
        <w:t>propietarias</w:t>
      </w:r>
    </w:p>
    <w:p>
      <w:r>
        <w:t>5. (-) Devolución de bienes y derechos 0,00 0,00</w:t>
      </w:r>
    </w:p>
    <w:p>
      <w:r>
        <w:t>6. (-) Otras devoluciones a la entidad o entidades 0,00 0,00</w:t>
      </w:r>
    </w:p>
    <w:p>
      <w:r>
        <w:t>propietarias</w:t>
      </w:r>
    </w:p>
    <w:p>
      <w:r>
        <w:t>TOTAL 0,00 0,00</w:t>
      </w:r>
    </w:p>
    <w:p>
      <w:r>
        <w:t>B) OTRAS OPERACIONES CON LA ENTIDAD O ENTIDADES PROPIETARIAS</w:t>
      </w:r>
    </w:p>
    <w:p>
      <w:r>
        <w:t>2024 2023</w:t>
      </w:r>
    </w:p>
    <w:p>
      <w:r>
        <w:t>I. Ingresos y gastos reconocidos directamente en</w:t>
      </w:r>
    </w:p>
    <w:p>
      <w:r>
        <w:t>la cuenta del resultado económico patrimonial</w:t>
      </w:r>
    </w:p>
    <w:p>
      <w:r>
        <w:t>(1+2+3) 160.386.887,91 134.799.538,71</w:t>
      </w:r>
    </w:p>
    <w:p>
      <w:r>
        <w:t>1. Transferencias y subvenciones 160.386.887,91 134.799.538,71</w:t>
      </w:r>
    </w:p>
    <w:p>
      <w:r>
        <w:t>1.1 Ingresos 160.386.887,91 134.799.538,71</w:t>
      </w:r>
    </w:p>
    <w:p>
      <w:r>
        <w:t>1.2 Gastos 0,00 0,00</w:t>
      </w:r>
    </w:p>
    <w:p>
      <w:r>
        <w:t>2. Prestación de servicios y venta de bienes 0,00 0,00</w:t>
      </w:r>
    </w:p>
    <w:p>
      <w:r>
        <w:t>2.1 Ingresos 0,00 0,00</w:t>
      </w:r>
    </w:p>
    <w:p>
      <w:r>
        <w:t>2.2 Gastos 0,00 0,00</w:t>
      </w:r>
    </w:p>
    <w:p>
      <w:r>
        <w:t>3. Otros 0,00 0,00</w:t>
      </w:r>
    </w:p>
    <w:p>
      <w:r>
        <w:t>3.1 Ingresos 0,00 0,00</w:t>
      </w:r>
    </w:p>
    <w:p>
      <w:r>
        <w:t>3.2 Gastos 0,00 0,00</w:t>
      </w:r>
    </w:p>
    <w:p>
      <w:r>
        <w:t>II. Ingresos y gastos reconocidos directamente en</w:t>
      </w:r>
    </w:p>
    <w:p>
      <w:r>
        <w:t>el patrimonio neto (1+2) 0,00 0,00</w:t>
      </w:r>
    </w:p>
    <w:p>
      <w:r>
        <w:t>1. Subvenciones recibidas 0,00 0,00</w:t>
      </w:r>
    </w:p>
    <w:p>
      <w:r>
        <w:t>2. Otros 0,00 0,00</w:t>
      </w:r>
    </w:p>
    <w:p>
      <w:r>
        <w:t>TOTAL 160.386.887,91 134.799.538,71</w:t>
      </w:r>
    </w:p>
    <w:p>
      <w:r>
        <w:t>Página 1de 1 17 de Junio del 2025</w:t>
      </w:r>
    </w:p>
    <w:p>
      <w:r>
        <w:t>13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E. ESTADO DE FLUJOS DE</w:t>
      </w:r>
    </w:p>
    <w:p>
      <w:r>
        <w:t>EFECTIVO</w:t>
      </w:r>
    </w:p>
    <w:p>
      <w:r>
        <w:t>14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FLUJOS DE EFECTIVO</w:t>
      </w:r>
    </w:p>
    <w:p>
      <w:r>
        <w:t>Periodo: 2024</w:t>
      </w:r>
    </w:p>
    <w:p>
      <w:r>
        <w:t>2024 2023</w:t>
      </w:r>
    </w:p>
    <w:p>
      <w:r>
        <w:t>I. FLUJOS DE EFECTIVO DE LAS ACTIVIDADES DE GESTIÓN</w:t>
      </w:r>
    </w:p>
    <w:p>
      <w:r>
        <w:t>A) Cobros: 160.433.542,59 134.704.250,27</w:t>
      </w:r>
    </w:p>
    <w:p>
      <w:r>
        <w:t>1. Ingresos tributarios y urbanísticos 14.560,39 9.766,03</w:t>
      </w:r>
    </w:p>
    <w:p>
      <w:r>
        <w:t>2. Transferencia y subvenciones recibidas 147.398.610,02 122.411.041,44</w:t>
      </w:r>
    </w:p>
    <w:p>
      <w:r>
        <w:t>3. Ventas y prestaciones de servicios 7.378.549,03 7.075.467,83</w:t>
      </w:r>
    </w:p>
    <w:p>
      <w:r>
        <w:t>4. Gestión de recursos recaudados por cuenta de otros entes 0,00 0,00</w:t>
      </w:r>
    </w:p>
    <w:p>
      <w:r>
        <w:t>5. Intereses y dividendos cobrados 253.822,30 101.992,41</w:t>
      </w:r>
    </w:p>
    <w:p>
      <w:r>
        <w:t>6. Otros cobros 5.388.000,85 5.105.982,56</w:t>
      </w:r>
    </w:p>
    <w:p>
      <w:r>
        <w:t>B) Pagos: 131.879.949,08 127.487.353,79</w:t>
      </w:r>
    </w:p>
    <w:p>
      <w:r>
        <w:t>7. Gastos de personal 28.085.285,36 26.877.463,35</w:t>
      </w:r>
    </w:p>
    <w:p>
      <w:r>
        <w:t>8. Transferencias y subvenciones concedidas 2.917.213,01 4.203.706,18</w:t>
      </w:r>
    </w:p>
    <w:p>
      <w:r>
        <w:t>9. Aprovisionamientos 55.757.785,11 55.300.732,27</w:t>
      </w:r>
    </w:p>
    <w:p>
      <w:r>
        <w:t>10. Otros gastos de gestión 39.465.248,81 35.860.921,87</w:t>
      </w:r>
    </w:p>
    <w:p>
      <w:r>
        <w:t>11. Gestión de recursos recaudados por cuenta de otros entes 0,00 0,00</w:t>
      </w:r>
    </w:p>
    <w:p>
      <w:r>
        <w:t>12. Intereses pagados 0,00 0,00</w:t>
      </w:r>
    </w:p>
    <w:p>
      <w:r>
        <w:t>13. Otros pagos 5.654.416,79 5.244.530,12</w:t>
      </w:r>
    </w:p>
    <w:p>
      <w:r>
        <w:t>Flujos netos de efectivo por actividades de gestión ( +A-B) 28.553.593,51 7.216.896,48</w:t>
      </w:r>
    </w:p>
    <w:p>
      <w:r>
        <w:t>II. FLUJOS DE EFECTIVO DE LAS ACTIVIDADES DE INVERSIÓN</w:t>
      </w:r>
    </w:p>
    <w:p>
      <w:r>
        <w:t>c) Cobros 57.381,99 43.926,10</w:t>
      </w:r>
    </w:p>
    <w:p>
      <w:r>
        <w:t>1. Venta de inversiones reales 0,00 0,00</w:t>
      </w:r>
    </w:p>
    <w:p>
      <w:r>
        <w:t>2. Venta de activos financieros 57.381,99 43.926,10</w:t>
      </w:r>
    </w:p>
    <w:p>
      <w:r>
        <w:t>3. Unidad de actividad 0,00 0,00</w:t>
      </w:r>
    </w:p>
    <w:p>
      <w:r>
        <w:t>4. Otros cobros de las actividades de inversión 0,00 0,00</w:t>
      </w:r>
    </w:p>
    <w:p>
      <w:r>
        <w:t>D) Pagos 23.647.749,92 18.003.628,72</w:t>
      </w:r>
    </w:p>
    <w:p>
      <w:r>
        <w:t>5. Compra de inversiones reales 23.574.612,73 17.953.582,87</w:t>
      </w:r>
    </w:p>
    <w:p>
      <w:r>
        <w:t>6. Compra de activos financieros 73.137,19 50.045,85</w:t>
      </w:r>
    </w:p>
    <w:p>
      <w:r>
        <w:t>7. Unidad de actividad 0,00 0,00</w:t>
      </w:r>
    </w:p>
    <w:p>
      <w:r>
        <w:t>8. Otros pagos de las actividades de inversión 0,00 0,00</w:t>
      </w:r>
    </w:p>
    <w:p>
      <w:r>
        <w:t>Flujos netos de efectivo por actividades de inversión ( +C-D ) -23.590.367,93 -17.959.702,62</w:t>
      </w:r>
    </w:p>
    <w:p>
      <w:r>
        <w:t>III. FLUJOS DE EFECTIVO DE LAS ACTIVIDADES DE FINANCIACIÓN</w:t>
      </w:r>
    </w:p>
    <w:p>
      <w:r>
        <w:t>E) Aumentos en el patrimonio 0,00 0,00</w:t>
      </w:r>
    </w:p>
    <w:p>
      <w:r>
        <w:t>1. Cobros por aportaciones de la entidad o entidades propietarias 0,00 0,00</w:t>
      </w:r>
    </w:p>
    <w:p>
      <w:r>
        <w:t>F) Pagos a la entidad o entidades propietarias 0,00 0,00</w:t>
      </w:r>
    </w:p>
    <w:p>
      <w:r>
        <w:t>2. Devoluciónm de aportaciones y reparto de resultados a la entidad o entidades propietarias 0,00 0,00</w:t>
      </w:r>
    </w:p>
    <w:p>
      <w:r>
        <w:t>G) Cobros por emisión de pasivos financieros 0,00 0,00</w:t>
      </w:r>
    </w:p>
    <w:p>
      <w:r>
        <w:t>3. Obligaciones y otros valores negociables 0,00 0,00</w:t>
      </w:r>
    </w:p>
    <w:p>
      <w:r>
        <w:t>4. Préstamos recibidos 0,00 0,00</w:t>
      </w:r>
    </w:p>
    <w:p>
      <w:r>
        <w:t>5. Otras deudas 0,00 0,00</w:t>
      </w:r>
    </w:p>
    <w:p>
      <w:r>
        <w:t>H) Pagos por reembolso de pasivos financieros 0,00 0,00</w:t>
      </w:r>
    </w:p>
    <w:p>
      <w:r>
        <w:t>6. Obligaciones y otros valores negociables 0,00 0,00</w:t>
      </w:r>
    </w:p>
    <w:p>
      <w:r>
        <w:t>7. Préstamos recibidos 0,00 0,00</w:t>
      </w:r>
    </w:p>
    <w:p>
      <w:r>
        <w:t>8. Otras deudas 0,00 0,00</w:t>
      </w:r>
    </w:p>
    <w:p>
      <w:r>
        <w:t>Flujos netos de efectivo por actividades de financiación ( +E-F+G-H ) 0,00 0,00</w:t>
      </w:r>
    </w:p>
    <w:p>
      <w:r>
        <w:t>IV. FLUJOS DE EFECTIVO PENDIENTES DE CLASIFICACIÓN</w:t>
      </w:r>
    </w:p>
    <w:p>
      <w:r>
        <w:t>I) Cobros pendientes de aplicación 0,00 0,00</w:t>
      </w:r>
    </w:p>
    <w:p>
      <w:r>
        <w:t>J) Pagos pendientes de aplicación 0,00 0,00</w:t>
      </w:r>
    </w:p>
    <w:p>
      <w:r>
        <w:t>Flujos netos de efectivo pendientes de clasificación ( +I-J ) 0,00 0,00</w:t>
      </w:r>
    </w:p>
    <w:p>
      <w:r>
        <w:t>V. EFECTO DE LAS VARIACIONES DE LOS TIPOS DE CAMBIO 0,00 0,00</w:t>
      </w:r>
    </w:p>
    <w:p>
      <w:r>
        <w:t>VI. INCREMENTO/DISMINUCIÓN NETA DEL EFECTIVO Y ACTIVOS LÍQUIDOS EQUIVALENTES 4.963.225,58 -10.742.806,14</w:t>
      </w:r>
    </w:p>
    <w:p>
      <w:r>
        <w:t>AL EFECTIVO ( I + II + III + IV + V )</w:t>
      </w:r>
    </w:p>
    <w:p>
      <w:r>
        <w:t>Efectivo y activos líquidos equivalentes al efectivo al inicio del ejercicio 4.677.328,04 15.420.134,18</w:t>
      </w:r>
    </w:p>
    <w:p>
      <w:r>
        <w:t>Efectivo y activos líquidos equivalentes al efectivo al final del ejercicio 9.640.553,62 4.677.328,04</w:t>
      </w:r>
    </w:p>
    <w:p>
      <w:r>
        <w:t>Página 1de 1 17 de Junio del 2025</w:t>
      </w:r>
    </w:p>
    <w:p>
      <w:r>
        <w:t>15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F. ESTADO DE LIQUIDACIÓN DEL</w:t>
      </w:r>
    </w:p>
    <w:p>
      <w:r>
        <w:t>PRESUPUESTO</w:t>
      </w:r>
    </w:p>
    <w:p>
      <w:r>
        <w:t>16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LIQUIDACIÓN DEL PRESUPUESTO DE GASTOS</w:t>
      </w:r>
    </w:p>
    <w:p>
      <w:r>
        <w:t>Periodo: 2024</w:t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09701 / 231 / 13000 / Retribuciones Basicas. 2.994.069,15 -687.000,00 2.307.069,15 2.206.057,81 2.206.057,81 2.206.057,81 0,00 101.011,34</w:t>
      </w:r>
    </w:p>
    <w:p>
      <w:r>
        <w:t>09701 / 231 / 13001 / Horas Extraordinarias. 1.000,00 0,00 1.000,00 0,00 0,00 0,00 0,00 1.000,00</w:t>
      </w:r>
    </w:p>
    <w:p>
      <w:r>
        <w:t>09701 / 231 / 13002 / Otras Remuneraciones 134.710,86 0,00 134.710,86 43.712,78 43.712,78 43.712,78 0,00 90.998,08</w:t>
      </w:r>
    </w:p>
    <w:p>
      <w:r>
        <w:t>09701 / 231 / 13100 / Laboral Temporal. 370.857,34 0,00 370.857,34 456.866,32 456.866,32 456.866,32 0,00 -86.008,98</w:t>
      </w:r>
    </w:p>
    <w:p>
      <w:r>
        <w:t>09701 / 231 / 13100 / Laboral Temporal. Convenio CCAA PIA 82.348,12 0,00 82.348,12 52.513,22 52.513,22 52.513,22 0,00 29.834,90</w:t>
      </w:r>
    </w:p>
    <w:p>
      <w:r>
        <w:t>09701 / 231 / 15000 / Productividad. 253.123,40 0,00 253.123,40 201.196,34 201.196,34 201.196,34 0,00 51.927,06</w:t>
      </w:r>
    </w:p>
    <w:p>
      <w:r>
        <w:t>09701 / 231 / 16000 / Seguridad Social. 1.075.069,24 0,00 1.075.069,24 980.517,35 969.665,32 898.196,47 71.468,85 105.403,92</w:t>
      </w:r>
    </w:p>
    <w:p>
      <w:r>
        <w:t>09701 / 231 / 16000 / Seguridad Social. Convenio CCAA PIA 26.845,48 0,00 26.845,48 16.363,73 16.363,73 16.363,73 0,00 10.481,75</w:t>
      </w:r>
    </w:p>
    <w:p>
      <w:r>
        <w:t>09701 / 231 / 21200 / Edificios Y Otras Construcciones. 4.590,00 0,00 4.590,00 0,00 0,00 0,00 0,00 4.590,00</w:t>
      </w:r>
    </w:p>
    <w:p>
      <w:r>
        <w:t>09701 / 231 / 21300 / Maquinaria, Instalaciones Tecnicas Y Utillaje. 16.471,61 0,00 16.471,61 22.176,28 10.339,40 10.339,40 0,00 6.132,21</w:t>
      </w:r>
    </w:p>
    <w:p>
      <w:r>
        <w:t>09701 / 231 / 21400 / Elementos De Transporte. 5.100,00 0,00 5.100,00 360,27 360,27 360,27 0,00 4.739,73</w:t>
      </w:r>
    </w:p>
    <w:p>
      <w:r>
        <w:t>09701 / 231 / 21500 / Mobiliario. 4.080,00 0,00 4.080,00 30,90 30,90 30,90 0,00 4.049,10</w:t>
      </w:r>
    </w:p>
    <w:p>
      <w:r>
        <w:t>09701 / 231 / 21600 / Equipos para Procesos de Información 16.830,00 0,00 16.830,00 0,00 0,00 0,00 0,00 16.830,00</w:t>
      </w:r>
    </w:p>
    <w:p>
      <w:r>
        <w:t>09701 / 231 / 22000 / Ordinario No Inventariable. 2.142,00 0,00 2.142,00 0,00 0,00 0,00 0,00 2.142,00</w:t>
      </w:r>
    </w:p>
    <w:p>
      <w:r>
        <w:t>09701 / 231 / 22001 / Prensa, Revistas, Libros Y Otras Publicaciones. 3.570,00 0,00 3.570,00 3.453,03 3.453,03 3.453,03 0,00 116,97</w:t>
      </w:r>
    </w:p>
    <w:p>
      <w:r>
        <w:t>09701 / 231 / 22002 / Material Informatico No Inventariable. 14.629,77 0,00 14.629,77 8.213,32 8.213,32 1.712,00 6.501,32 6.416,45</w:t>
      </w:r>
    </w:p>
    <w:p>
      <w:r>
        <w:t>09701 / 231 / 22101 / Agua. 1.020,00 0,00 1.020,00 3.692,70 3.692,70 3.692,70 0,00 -2.672,70</w:t>
      </w:r>
    </w:p>
    <w:p>
      <w:r>
        <w:t>09701 / 231 / 22104 / Vestuario. 4.590,00 0,00 4.590,00 266,43 260,18 0,00 260,18 4.329,82</w:t>
      </w:r>
    </w:p>
    <w:p>
      <w:r>
        <w:t>09701 / 231 / 22105 / Productos Alimenticios. 5.650,00 0,00 5.650,00 9.520,50 8.400,27 7.984,09 416,18 -2.750,27</w:t>
      </w:r>
    </w:p>
    <w:p>
      <w:r>
        <w:t>09701 / 231 / 22110 / Productos De Limpieza Y Aseo. 102,00 0,00 102,00 0,00 0,00 0,00 0,00 102,00</w:t>
      </w:r>
    </w:p>
    <w:p>
      <w:r>
        <w:t>09701 / 231 / 22199 / Otros Suministros. 2.040,00 0,00 2.040,00 7.504,89 3.307,82 3.307,82 0,00 -1.267,82</w:t>
      </w:r>
    </w:p>
    <w:p>
      <w:r>
        <w:t>09701 / 231 / 22200 / Servicios De Telecomunicaciones. 24.555,72 0,00 24.555,72 0,00 0,00 0,00 0,00 24.555,72</w:t>
      </w:r>
    </w:p>
    <w:p>
      <w:r>
        <w:t>09701 / 231 / 22201 / Servicios De Telecomunicaciones Postales 6.000,00 0,00 6.000,00 15.853,63 14.700,69 12.602,13 2.098,56 -8.700,69</w:t>
      </w:r>
    </w:p>
    <w:p>
      <w:r>
        <w:t>09701 / 231 / 22299 / Otros gastos en comunicaciones 102,00 0,00 102,00 0,00 0,00 0,00 0,00 102,00</w:t>
      </w:r>
    </w:p>
    <w:p>
      <w:r>
        <w:t>09701 / 231 / 22300 / Transportes. 510,00 0,00 510,00 1.730,40 1.345,00 1.159,60 185,40 -835,00</w:t>
      </w:r>
    </w:p>
    <w:p>
      <w:r>
        <w:t>09701 / 231 / 22601 / Atenciones Protocolarias Y Representativas. 20.400,00 0,00 20.400,00 15.337,24 15.337,24 15.337,24 0,00 5.062,76</w:t>
      </w:r>
    </w:p>
    <w:p>
      <w:r>
        <w:t>09701 / 231 / 22602 / Publicidad Y Propaganda. 15.300,00 0,00 15.300,00 14.926,50 14.926,50 0,00 14.926,50 373,50</w:t>
      </w:r>
    </w:p>
    <w:p>
      <w:r>
        <w:t>09701 / 231 / 22700 / Limpieza Y Aseo. 148.188,68 0,00 148.188,68 68.206,08 68.206,08 56.838,40 11.367,68 79.982,60</w:t>
      </w:r>
    </w:p>
    <w:p>
      <w:r>
        <w:t>09701 / 231 / 22706 / Estudios y trabajos técnicos 122.400,00 -10.000,00 112.400,00 4.830,00 0,00 0,00 0,00 112.400,00</w:t>
      </w:r>
    </w:p>
    <w:p>
      <w:r>
        <w:t>09701 / 231 / 22799 / Otros Trabajos Realizados Por Otras Empresas Y 90.600,00 0,00 90.600,00 22.751,78 19.072,71 16.455,21 2.617,50 71.527,29</w:t>
      </w:r>
    </w:p>
    <w:p>
      <w:r>
        <w:t>Pro</w:t>
      </w:r>
    </w:p>
    <w:p>
      <w:r>
        <w:t>09701 / 231 / 23020 / Del Personal No Directivo. 1.020,00 15.000,00 16.020,00 5.154,32 5.154,32 5.154,32 0,00 10.865,68</w:t>
      </w:r>
    </w:p>
    <w:p>
      <w:r>
        <w:t>09701 / 231 / 23120 / Del Personal No Directivo. 8.160,00 0,00 8.160,00 6.466,01 6.466,01 6.466,01 0,00 1.693,99</w:t>
      </w:r>
    </w:p>
    <w:p>
      <w:r>
        <w:t>09701 / 231 / 23300 / Otras Indemniz. De Los Miembros De Los Org. 2.040,00 0,00 2.040,00 1.581,00 1.581,00 1.581,00 0,00 459,00</w:t>
      </w:r>
    </w:p>
    <w:p>
      <w:r>
        <w:t>Gobier</w:t>
      </w:r>
    </w:p>
    <w:p>
      <w:r>
        <w:t>09701 / 231 / 62200 / Adquisición Inmueble Santa Rosalía - Museo 0,00 4.000.000,00 4.000.000,00 0,00 0,00 0,00 0,00 4.000.000,00</w:t>
      </w:r>
    </w:p>
    <w:p>
      <w:r>
        <w:t>Página 1de 11 17 de Junio del 2025</w:t>
      </w:r>
    </w:p>
    <w:p>
      <w:r>
        <w:t>17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02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Canario</w:t>
      </w:r>
    </w:p>
    <w:p>
      <w:r>
        <w:t>09701 / 231 / 63200 / Edificios y Otras Construcciones. Plan 0,00 7.937,30 7.937,30 7.937,30 2.479,18 2.479,18 0,00 5.458,12</w:t>
      </w:r>
    </w:p>
    <w:p>
      <w:r>
        <w:t>Infraestructuras</w:t>
      </w:r>
    </w:p>
    <w:p>
      <w:r>
        <w:t>09701 / 231 / 63200 / Edificios y Otras Construcciones. Plan 0,00 4.776,44 4.776,44 4.776,44 516,18 0,00 516,18 4.260,26</w:t>
      </w:r>
    </w:p>
    <w:p>
      <w:r>
        <w:t>Infraestructuras</w:t>
      </w:r>
    </w:p>
    <w:p>
      <w:r>
        <w:t>09701 / 231 / 63303 / Reposicion Maquinaria 0,00 0,00 0,00 11.556,36 6.387,90 1.728,05 4.659,85 -6.387,90</w:t>
      </w:r>
    </w:p>
    <w:p>
      <w:r>
        <w:t>09701 / 231 / 63500 / Mobiliario 0,00 6.045,00 6.045,00 0,00 0,00 0,00 0,00 6.045,00</w:t>
      </w:r>
    </w:p>
    <w:p>
      <w:r>
        <w:t>09701 / 231 / 63500 / Mobiliario 0,00 0,00 0,00 13.114,50 0,00 0,00 0,00 0,00</w:t>
      </w:r>
    </w:p>
    <w:p>
      <w:r>
        <w:t>09701 / 231 / 63600 / Equipos para procesos de información 2.345,63 0,00 2.345,63 12.254,95 12.057,44 0,00 12.057,44 -9.711,81</w:t>
      </w:r>
    </w:p>
    <w:p>
      <w:r>
        <w:t>09701 / 231 / 64001 / Honorarios y Proyectos Técnicos 0,00 162.954,10 162.954,10 162.954,10 19.008,82 19.008,82 0,00 143.945,28</w:t>
      </w:r>
    </w:p>
    <w:p>
      <w:r>
        <w:t>09701 / 231 / 64001 / Honorarios y Proyectos Técnicos. Plan 0,00 555.411,50 555.411,50 485.948,10 103.540,95 84.179,79 19.361,16 451.870,55</w:t>
      </w:r>
    </w:p>
    <w:p>
      <w:r>
        <w:t>Infraestructuras</w:t>
      </w:r>
    </w:p>
    <w:p>
      <w:r>
        <w:t>09701 / 231 / 64001 / Honorarios y Proyectos Técnicos. Plan 0,00 38.453,11 38.453,11 38.453,11 0,00 0,00 0,00 38.453,11</w:t>
      </w:r>
    </w:p>
    <w:p>
      <w:r>
        <w:t>Infraestructuras</w:t>
      </w:r>
    </w:p>
    <w:p>
      <w:r>
        <w:t>09710 / 231 / 13100 / Laboral Temporal COVID19 0,01 0,00 0,01 0,00 0,00 0,00 0,00 0,01</w:t>
      </w:r>
    </w:p>
    <w:p>
      <w:r>
        <w:t>09710 / 231 / 15100 / Gratificaciones. 0,01 0,00 0,01 0,00 0,00 0,00 0,00 0,01</w:t>
      </w:r>
    </w:p>
    <w:p>
      <w:r>
        <w:t>09710 / 231 / 16000 / Seguridad Social COVID19 0,01 0,00 0,01 0,00 0,00 0,00 0,00 0,01</w:t>
      </w:r>
    </w:p>
    <w:p>
      <w:r>
        <w:t>09710 / 231 / 16008 / Asistencia Medico-farmaceutica. 133.940,53 0,00 133.940,53 166.353,77 166.353,77 166.353,77 0,00 -32.413,24</w:t>
      </w:r>
    </w:p>
    <w:p>
      <w:r>
        <w:t>09710 / 231 / 16104 / Indemnizaciones Al Personal Lab. Jubilacion Antici 45.323,38 0,00 45.323,38 37.130,87 37.130,87 32.126,95 5.003,92 8.192,51</w:t>
      </w:r>
    </w:p>
    <w:p>
      <w:r>
        <w:t>09710 / 231 / 16204 / Accion Social Per.laboral Delegado 0,01 0,00 0,01 3.033,73 3.033,73 3.033,73 0,00 -3.033,72</w:t>
      </w:r>
    </w:p>
    <w:p>
      <w:r>
        <w:t>09710 / 231 / 16205 / Seguros 400,36 0,00 400,36 419,42 0,00 0,00 0,00 400,36</w:t>
      </w:r>
    </w:p>
    <w:p>
      <w:r>
        <w:t>09710 / 231 / 16210 / Formacion Y Perfeccionamiento Del Personal Lab. 3.600,00 0,00 3.600,00 1.874,00 1.874,00 1.874,00 0,00 1.726,00</w:t>
      </w:r>
    </w:p>
    <w:p>
      <w:r>
        <w:t>09710 / 231 / 16214 / Accion Social Per.laboral 155.570,17 0,00 155.570,17 177.554,20 169.383,35 137.605,96 31.777,39 -13.813,18</w:t>
      </w:r>
    </w:p>
    <w:p>
      <w:r>
        <w:t>09710 / 231 / 16215 / Otras Acciones Sociales Per.laboral 35.000,00 0,00 35.000,00 0,00 0,00 0,00 0,00 35.000,00</w:t>
      </w:r>
    </w:p>
    <w:p>
      <w:r>
        <w:t>09710 / 231 / 20600 / Arrendamientos de Equipos Proc.Información 36.305,10 0,00 36.305,10 36.305,10 15.557,70 15.154,48 403,22 20.747,40</w:t>
      </w:r>
    </w:p>
    <w:p>
      <w:r>
        <w:t>09710 / 231 / 21300 / Maquinaria, Instalaciones Tecnicas Y Utillaje. 7.140,00 0,00 7.140,00 40.047,44 40.047,44 38.549,44 1.498,00 -32.907,44</w:t>
      </w:r>
    </w:p>
    <w:p>
      <w:r>
        <w:t>09710 / 231 / 21600 / Equipos Para Procesos De Informacion 116.783,53 0,00 116.783,53 108.306,96 73.525,15 65.980,32 7.544,83 43.258,38</w:t>
      </w:r>
    </w:p>
    <w:p>
      <w:r>
        <w:t>09710 / 231 / 22000 / Ordinario No Inventariable. 25.432,81 0,00 25.432,81 13.110,51 7.437,42 7.259,52 177,90 17.995,39</w:t>
      </w:r>
    </w:p>
    <w:p>
      <w:r>
        <w:t>09710 / 231 / 22002 / Material Informatico No Inventariable. 6.609,60 0,00 6.609,60 0,00 0,00 0,00 0,00 6.609,60</w:t>
      </w:r>
    </w:p>
    <w:p>
      <w:r>
        <w:t>09710 / 231 / 22103 / Combustibles Y Carburantes. 7.015,49 0,00 7.015,49 7.642,64 5.202,52 3.632,21 1.570,31 1.812,97</w:t>
      </w:r>
    </w:p>
    <w:p>
      <w:r>
        <w:t>09710 / 231 / 22106 / Productos Farmaceuticos Y Material Sanitario. 299.380,72 0,00 299.380,72 142.322,82 114.924,83 114.924,83 0,00 184.455,89</w:t>
      </w:r>
    </w:p>
    <w:p>
      <w:r>
        <w:t>09710 / 231 / 22106 / Productos Farmaceuticos Y Material Sanitario 0,01 0,00 0,01 0,00 0,00 0,00 0,00 0,01</w:t>
      </w:r>
    </w:p>
    <w:p>
      <w:r>
        <w:t>COVID 19.</w:t>
      </w:r>
    </w:p>
    <w:p>
      <w:r>
        <w:t>09710 / 231 / 22200 / Servicio de Telecomunicaciones 64.210,70 0,00 64.210,70 64.210,70 58.859,79 53.508,90 5.350,89 5.350,91</w:t>
      </w:r>
    </w:p>
    <w:p>
      <w:r>
        <w:t>09710 / 231 / 22203 / Servicio de Telecomunicaciones Informáticas 16.637,22 0,00 16.637,22 0,00 0,00 0,00 0,00 16.637,22</w:t>
      </w:r>
    </w:p>
    <w:p>
      <w:r>
        <w:t>09710 / 231 / 22300 / Transportes. 4.722,60 0,00 4.722,60 2.266,00 2.266,00 2.266,00 0,00 2.456,60</w:t>
      </w:r>
    </w:p>
    <w:p>
      <w:r>
        <w:t>09710 / 231 / 22400 / Primas De Seguros. 4.080,00 0,00 4.080,00 3.706,34 3.706,34 3.706,34 0,00 373,66</w:t>
      </w:r>
    </w:p>
    <w:p>
      <w:r>
        <w:t>09710 / 231 / 22500 / Tributos Estatales 0,00 0,00 0,00 2.602,45 2.602,45 2.602,45 0,00 -2.602,45</w:t>
      </w:r>
    </w:p>
    <w:p>
      <w:r>
        <w:t>09710 / 231 / 22501 / Tributos de las CC.AA. 5.102,00 0,00 5.102,00 0,00 0,00 0,00 0,00 5.102,00</w:t>
      </w:r>
    </w:p>
    <w:p>
      <w:r>
        <w:t>09710 / 231 / 22502 / Tributos De Las Entidades Locales. 604.200,00 0,00 604.200,00 377.221,76 377.221,76 377.185,92 35,84 226.978,24</w:t>
      </w:r>
    </w:p>
    <w:p>
      <w:r>
        <w:t>09710 / 231 / 22602 / Acciones Básicas Gran Canaria Accesible 121.000,00 -42.500,00 78.500,00 61.059,89 61.059,84 21.721,19 39.338,65 17.440,16</w:t>
      </w:r>
    </w:p>
    <w:p>
      <w:r>
        <w:t>09710 / 231 / 22603 / Publicacion en Diarios Oficiales 5.100,00 0,00 5.100,00 0,00 0,00 0,00 0,00 5.100,00</w:t>
      </w:r>
    </w:p>
    <w:p>
      <w:r>
        <w:t>09710 / 231 / 22604 / Juridicos, Contenciosos. 445.342,24 0,00 445.342,24 653.826,04 653.826,04 653.325,97 500,07 -208.483,80</w:t>
      </w:r>
    </w:p>
    <w:p>
      <w:r>
        <w:t>09710 / 231 / 22606 / Reuniones, Conferencias Y Cursos. 35.700,00 0,00 35.700,00 118.784,52 89.687,41 75.509,91 14.177,50 -53.987,41</w:t>
      </w:r>
    </w:p>
    <w:p>
      <w:r>
        <w:t>09710 / 231 / 22606 / Reuniones, Conferencias Y Cursos G.C. Accesible 70.000,00 0,00 70.000,00 48.345,28 48.345,28 22.237,28 26.108,00 21.654,72</w:t>
      </w:r>
    </w:p>
    <w:p>
      <w:r>
        <w:t>Página 2de 11 17 de Junio del 2025</w:t>
      </w:r>
    </w:p>
    <w:p>
      <w:r>
        <w:t>18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09710 / 231 / 22607 / Oposiciones y pruebas selectivas 0,00 0,00 0,00 1.824,35 1.824,35 1.824,35 0,00 -1.824,35</w:t>
      </w:r>
    </w:p>
    <w:p>
      <w:r>
        <w:t>09710 / 231 / 22609 / Actividades Culturales Y Deportivas. 10.200,00 0,00 10.200,00 17.108,74 10.490,72 9.451,43 1.039,29 -290,72</w:t>
      </w:r>
    </w:p>
    <w:p>
      <w:r>
        <w:t>09710 / 231 / 22699 / Otros Gastos Diversos. 67.840,90 0,00 67.840,90 633,44 633,44 633,44 0,00 67.207,46</w:t>
      </w:r>
    </w:p>
    <w:p>
      <w:r>
        <w:t>09710 / 231 / 22706 / Estudios y trabajos técnicos 127.930,28 0,00 127.930,28 118.896,93 95.670,84 92.918,10 2.752,74 32.259,44</w:t>
      </w:r>
    </w:p>
    <w:p>
      <w:r>
        <w:t>09710 / 231 / 22706 / Estudios y trabajos técnicos G.C. Accesible 63.237,55 0,00 63.237,55 7.828,80 4.399,04 4.399,04 0,00 58.838,51</w:t>
      </w:r>
    </w:p>
    <w:p>
      <w:r>
        <w:t>09710 / 231 / 22707 / Mantenimiento de Software 0,00 0,00 0,00 0,00 0,00 0,00 0,00 0,00</w:t>
      </w:r>
    </w:p>
    <w:p>
      <w:r>
        <w:t>09710 / 231 / 22799 / Otros Trabajos Realizados Por Otras Empresas Y 87.653,20 0,00 87.653,20 72.440,96 46.097,56 37.979,78 8.117,78 41.555,64</w:t>
      </w:r>
    </w:p>
    <w:p>
      <w:r>
        <w:t>Pro</w:t>
      </w:r>
    </w:p>
    <w:p>
      <w:r>
        <w:t>09710 / 231 / 22799 / Otros Trabajos Realizados Por Empresas para 6.200,00 0,00 6.200,00 1.976,92 1.976,92 1.976,92 0,00 4.223,08</w:t>
      </w:r>
    </w:p>
    <w:p>
      <w:r>
        <w:t>G.C. Accesible</w:t>
      </w:r>
    </w:p>
    <w:p>
      <w:r>
        <w:t>09710 / 231 / 23100 / De Los Miembros De Los Organos De Gobierno. 1.020,00 0,00 1.020,00 76,30 76,30 76,30 0,00 943,70</w:t>
      </w:r>
    </w:p>
    <w:p>
      <w:r>
        <w:t>09710 / 231 / 23320 / Dietas por asistencia a tribunales personal IAS 0,00 0,00 0,00 13.337,62 13.337,62 13.337,62 0,00 -13.337,62</w:t>
      </w:r>
    </w:p>
    <w:p>
      <w:r>
        <w:t>09710 / 231 / 23320 / Dietas por asistencia a tribunales personal externo 0,00 0,00 0,00 2.129,28 2.129,28 2.129,28 0,00 -2.129,28</w:t>
      </w:r>
    </w:p>
    <w:p>
      <w:r>
        <w:t>09710 / 231 / 35200 / Intereses De Demora Gastos Corr. Bienes Y Serv . 300,00 0,00 300,00 0,00 0,00 0,00 0,00 300,00</w:t>
      </w:r>
    </w:p>
    <w:p>
      <w:r>
        <w:t>09710 / 231 / 35200 / Intereses De Demora Gastos En Invers. Reales 0,01 0,00 0,01 0,00 0,00 0,00 0,00 0,01</w:t>
      </w:r>
    </w:p>
    <w:p>
      <w:r>
        <w:t>09710 / 231 / 35200 / Intereses De Demora Por Reintegro De 0,01 0,00 0,01 0,00 0,00 0,00 0,00 0,01</w:t>
      </w:r>
    </w:p>
    <w:p>
      <w:r>
        <w:t>Subvenciones</w:t>
      </w:r>
    </w:p>
    <w:p>
      <w:r>
        <w:t>09710 / 231 / 35200 / Otros Intereses De Demora 0,01 0,00 0,01 0,00 0,00 0,00 0,00 0,01</w:t>
      </w:r>
    </w:p>
    <w:p>
      <w:r>
        <w:t>09710 / 231 / 46200 / A Ayto. Artenara Transp. Centro Ocupacional 1.192,80 0,00 1.192,80 0,00 0,00 0,00 0,00 1.192,80</w:t>
      </w:r>
    </w:p>
    <w:p>
      <w:r>
        <w:t>09710 / 231 / 46200 / A Ayto. Ingenio Proy. Ingenio Colour Festival-GC 14.900,00 0,00 14.900,00 14.900,00 14.900,00 0,00 14.900,00 0,00</w:t>
      </w:r>
    </w:p>
    <w:p>
      <w:r>
        <w:t>Accesible</w:t>
      </w:r>
    </w:p>
    <w:p>
      <w:r>
        <w:t>09710 / 231 / 46200 / A Ayto. de Valsequillo Proy. Aula del Mayor 25.188,64 0,00 25.188,64 25.188,64 25.188,64 25.188,64 0,00 0,00</w:t>
      </w:r>
    </w:p>
    <w:p>
      <w:r>
        <w:t>09710 / 231 / 46200 / A Aytos. Subvenciones GC Accesible 0,00 42.500,00 42.500,00 42.500,00 42.500,00 42.500,00 0,00 0,00</w:t>
      </w:r>
    </w:p>
    <w:p>
      <w:r>
        <w:t>09710 / 231 / 47900 / A Gran Canaria Maratón "Carrera 3 K-GC 20.000,00 0,00 20.000,00 0,00 0,00 0,00 0,00 20.000,00</w:t>
      </w:r>
    </w:p>
    <w:p>
      <w:r>
        <w:t>Accesible"</w:t>
      </w:r>
    </w:p>
    <w:p>
      <w:r>
        <w:t>09710 / 231 / 47900 / A Asociación Empresas Turismo Activo Gran 5.000,00 0,00 5.000,00 5.000,00 5.000,00 5.000,00 0,00 0,00</w:t>
      </w:r>
    </w:p>
    <w:p>
      <w:r>
        <w:t>Canaria-GC Accesible</w:t>
      </w:r>
    </w:p>
    <w:p>
      <w:r>
        <w:t>09710 / 231 / 47900 / A Asociación Sociodeportiva Los Muellitos-GC 8.000,00 0,00 8.000,00 8.000,00 8.000,00 8.000,00 0,00 0,00</w:t>
      </w:r>
    </w:p>
    <w:p>
      <w:r>
        <w:t>Accesible</w:t>
      </w:r>
    </w:p>
    <w:p>
      <w:r>
        <w:t>09710 / 231 / 48000 / A Asoc. Minusv. Econy Club Deportivo-GC 15.000,00 0,00 15.000,00 15.000,00 15.000,00 15.000,00 0,00 0,00</w:t>
      </w:r>
    </w:p>
    <w:p>
      <w:r>
        <w:t>Accesible</w:t>
      </w:r>
    </w:p>
    <w:p>
      <w:r>
        <w:t>09710 / 231 / 48000 / A Hermanitas Ancianos Desamp. Mto. Residencia 159.247,56 0,00 159.247,56 159.247,56 159.247,56 159.247,56 0,00 0,00</w:t>
      </w:r>
    </w:p>
    <w:p>
      <w:r>
        <w:t>09710 / 231 / 48000 / A Asoc.de Personas con Sordoceguera 15.000,00 0,00 15.000,00 15.000,00 15.000,00 15.000,00 0,00 0,00</w:t>
      </w:r>
    </w:p>
    <w:p>
      <w:r>
        <w:t>(ASOCIDE)-GC Accesible</w:t>
      </w:r>
    </w:p>
    <w:p>
      <w:r>
        <w:t>09710 / 231 / 48000 / A Hermanitas Ancianos Desamparados. Personal 80.140,00 0,00 80.140,00 80.140,00 80.140,00 80.140,00 0,00 0,00</w:t>
      </w:r>
    </w:p>
    <w:p>
      <w:r>
        <w:t>09710 / 231 / 48000 / A Fundación Lidia García-GC Accesible 8.000,00 0,00 8.000,00 8.000,00 8.000,00 8.000,00 0,00 0,00</w:t>
      </w:r>
    </w:p>
    <w:p>
      <w:r>
        <w:t>09710 / 231 / 48000 / A Fundación de Personas con Sordera 15.000,00 0,00 15.000,00 0,00 0,00 0,00 0,00 15.000,00</w:t>
      </w:r>
    </w:p>
    <w:p>
      <w:r>
        <w:t>FUNCASOR-GC Accesible</w:t>
      </w:r>
    </w:p>
    <w:p>
      <w:r>
        <w:t>09710 / 231 / 48000 / A Asoc. Convocatoria Subvenciones-GC Accesible 150.000,00 0,00 150.000,00 147.060,66 147.060,66 147.060,66 0,00 2.939,34</w:t>
      </w:r>
    </w:p>
    <w:p>
      <w:r>
        <w:t>09710 / 231 / 63200 / Edificios y otras construcciones 53.703,14 0,00 53.703,14 0,00 0,00 0,00 0,00 53.703,14</w:t>
      </w:r>
    </w:p>
    <w:p>
      <w:r>
        <w:t>09710 / 231 / 64100 / Gastos en Aplicaciones Informáticas 127,14 0,00 127,14 43.456,88 43.456,88 39.221,48 4.235,40 -43.329,74</w:t>
      </w:r>
    </w:p>
    <w:p>
      <w:r>
        <w:t>09710 / 231 / 76200 / A Ayto. Sta. Mª de Guía "Resid. Mayores" - Plan 748.541,37 0,00 748.541,37 748.541,37 748.541,37 748.541,37 0,00 0,00</w:t>
      </w:r>
    </w:p>
    <w:p>
      <w:r>
        <w:t>Infraestructuras</w:t>
      </w:r>
    </w:p>
    <w:p>
      <w:r>
        <w:t>09710 / 231 / 76200 / A Ayto. Valleseco "Res.Mayores" - Plan 1.022.171,00 0,00 1.022.171,00 0,00 0,00 0,00 0,00 1.022.171,00</w:t>
      </w:r>
    </w:p>
    <w:p>
      <w:r>
        <w:t>Infraestructuras</w:t>
      </w:r>
    </w:p>
    <w:p>
      <w:r>
        <w:t>09710 / 231 / 76200 / A Ayto. Teror "Res. May." - Plan Infraestructuras 0,00 433.961,65 433.961,65 0,00 0,00 0,00 0,00 433.961,65</w:t>
      </w:r>
    </w:p>
    <w:p>
      <w:r>
        <w:t>09710 / 231 / 76200 / A Ayto. Valleseco "Ampliación Resid.Mayores" - 0,00 1.568.730,55 1.568.730,55 1.568.730,55 1.568.730,55 1.568.730,55 0,00 0,00</w:t>
      </w:r>
    </w:p>
    <w:p>
      <w:r>
        <w:t>Página 3de 11 17 de Junio del 2025</w:t>
      </w:r>
    </w:p>
    <w:p>
      <w:r>
        <w:t>19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Plan Infraestructuras</w:t>
      </w:r>
    </w:p>
    <w:p>
      <w:r>
        <w:t>09710 / 231 / 76200 / A Ayto. Aguimes "Obras reparación" 0,00 8.000,00 8.000,00 8.000,00 8.000,00 8.000,00 0,00 0,00</w:t>
      </w:r>
    </w:p>
    <w:p>
      <w:r>
        <w:t>09710 / 231 / 76200 / A Ayto. Artenara. Res. Mayores - Plan 0,00 109.531,78 109.531,78 0,00 0,00 0,00 0,00 109.531,78</w:t>
      </w:r>
    </w:p>
    <w:p>
      <w:r>
        <w:t>Infraestructuras</w:t>
      </w:r>
    </w:p>
    <w:p>
      <w:r>
        <w:t>09710 / 231 / 83000 / Prestamos A Corto Plazo. Desarrollo Por Sectores. 138.572,23 0,00 138.572,23 80.137,19 80.137,19 73.137,19 7.000,00 58.435,04</w:t>
      </w:r>
    </w:p>
    <w:p>
      <w:r>
        <w:t>09720 / 231 / 13000 / Retribuciones Basicas. 7.497.829,81 -1.250.000,00 6.247.829,81 6.023.013,20 6.023.013,20 6.023.013,20 0,00 224.816,61</w:t>
      </w:r>
    </w:p>
    <w:p>
      <w:r>
        <w:t>09720 / 231 / 13001 / Horas Extraordinarias. 0,01 0,00 0,01 0,00 0,00 0,00 0,00 0,01</w:t>
      </w:r>
    </w:p>
    <w:p>
      <w:r>
        <w:t>09720 / 231 / 13002 / Otras Remuneraciones 632.736,18 0,00 632.736,18 385.257,82 385.257,82 385.257,82 0,00 247.478,36</w:t>
      </w:r>
    </w:p>
    <w:p>
      <w:r>
        <w:t>09720 / 231 / 13100 / Laboral Temporal. 1.665.829,21 228.864,59 1.894.693,80 1.834.901,98 1.834.901,98 1.834.901,98 0,00 59.791,82</w:t>
      </w:r>
    </w:p>
    <w:p>
      <w:r>
        <w:t>09720 / 231 / 15000 / Productividad. 595.172,38 0,00 595.172,38 522.483,97 522.483,97 522.483,97 0,00 72.688,41</w:t>
      </w:r>
    </w:p>
    <w:p>
      <w:r>
        <w:t>09720 / 231 / 16000 / Seguridad Social. 3.271.693,64 0,00 3.271.693,64 3.121.988,95 3.074.496,69 2.873.724,92 200.771,77 197.196,95</w:t>
      </w:r>
    </w:p>
    <w:p>
      <w:r>
        <w:t>09720 / 231 / 21000 / Infraestructuras Y Bienes Naturales. 0,01 0,00 0,01 0,00 0,00 0,00 0,00 0,01</w:t>
      </w:r>
    </w:p>
    <w:p>
      <w:r>
        <w:t>09720 / 231 / 21200 / Edificios Y Otras Construcciones. 205.210,00 0,00 205.210,00 0,00 0,00 0,00 0,00 205.210,00</w:t>
      </w:r>
    </w:p>
    <w:p>
      <w:r>
        <w:t>09720 / 231 / 21300 / Maquinaria, Instalaciones Tecnicas Y Utillaje. 152.341,43 0,00 152.341,43 120.437,39 92.580,93 78.413,90 14.167,03 59.760,50</w:t>
      </w:r>
    </w:p>
    <w:p>
      <w:r>
        <w:t>09720 / 231 / 21400 / Elementos De Transporte. 1.020,00 0,00 1.020,00 195,51 195,51 195,51 0,00 824,49</w:t>
      </w:r>
    </w:p>
    <w:p>
      <w:r>
        <w:t>09720 / 231 / 21500 / Mobiliario. 5.100,00 0,00 5.100,00 5.416,03 5.166,03 5.166,03 0,00 -66,03</w:t>
      </w:r>
    </w:p>
    <w:p>
      <w:r>
        <w:t>09720 / 231 / 21600 / Equipos para Procesos de Información 14.958,60 0,00 14.958,60 9.991,12 8.753,95 8.753,95 0,00 6.204,65</w:t>
      </w:r>
    </w:p>
    <w:p>
      <w:r>
        <w:t>09720 / 231 / 22000 / Material de oficina, prensa, revistas y otras 5.782,87 0,00 5.782,87 0,00 0,00 0,00 0,00 5.782,87</w:t>
      </w:r>
    </w:p>
    <w:p>
      <w:r>
        <w:t>09720 / 231 / 22000 / Ordinario No Inventariable. 5.782,86 0,00 5.782,86 5.943,10 5.149,13 4.388,48 760,65 633,73</w:t>
      </w:r>
    </w:p>
    <w:p>
      <w:r>
        <w:t>09720 / 231 / 22002 / Material Informatico No Inventariable. 2.156,49 0,00 2.156,49 0,00 0,00 0,00 0,00 2.156,49</w:t>
      </w:r>
    </w:p>
    <w:p>
      <w:r>
        <w:t>09720 / 231 / 22100 / Energia Electrica. 142.510,07 0,00 142.510,07 185.020,14 49.292,43 49.292,43 0,00 93.217,64</w:t>
      </w:r>
    </w:p>
    <w:p>
      <w:r>
        <w:t>09720 / 231 / 22101 / Agua. 40.800,00 0,00 40.800,00 36.157,01 36.157,01 36.157,01 0,00 4.642,99</w:t>
      </w:r>
    </w:p>
    <w:p>
      <w:r>
        <w:t>09720 / 231 / 22103 / Combustibles Y Carburantes. 215.735,75 0,00 215.735,75 109.503,20 67.639,03 67.639,03 0,00 148.096,72</w:t>
      </w:r>
    </w:p>
    <w:p>
      <w:r>
        <w:t>09720 / 231 / 22104 / Vestuario. 138.679,20 0,00 138.679,20 13.512,83 13.119,25 0,00 13.119,25 125.559,95</w:t>
      </w:r>
    </w:p>
    <w:p>
      <w:r>
        <w:t>09720 / 231 / 22105 / Productos Alimenticios. 620.326,65 0,00 620.326,65 652.582,08 519.415,36 453.400,33 66.015,03 100.911,29</w:t>
      </w:r>
    </w:p>
    <w:p>
      <w:r>
        <w:t>09720 / 231 / 22106 / Productos Farmaceuticos Y Material Sanitario. 441.361,00 0,00 441.361,00 445.099,52 169.177,44 145.087,60 24.089,84 272.183,56</w:t>
      </w:r>
    </w:p>
    <w:p>
      <w:r>
        <w:t>09720 / 231 / 22110 / Productos De Limpieza Y Aseo. 87.529,85 0,00 87.529,85 67.529,87 49.439,25 46.482,79 2.956,46 38.090,60</w:t>
      </w:r>
    </w:p>
    <w:p>
      <w:r>
        <w:t>09720 / 231 / 22199 / Otros Suministros. 59.333,91 0,00 59.333,91 69.644,96 55.122,36 43.614,13 11.508,23 4.211,55</w:t>
      </w:r>
    </w:p>
    <w:p>
      <w:r>
        <w:t>09720 / 231 / 22200 / Servicios De Telecomunicaciones. 51.510,00 0,00 51.510,00 0,00 0,00 0,00 0,00 51.510,00</w:t>
      </w:r>
    </w:p>
    <w:p>
      <w:r>
        <w:t>09720 / 231 / 22300 / Transportes. 187.789,59 0,00 187.789,59 189.887,37 188.789,23 144.911,23 43.878,00 -999,64</w:t>
      </w:r>
    </w:p>
    <w:p>
      <w:r>
        <w:t>09720 / 231 / 22400 / Primas De Seguros. 2.040,00 0,00 2.040,00 0,00 0,00 0,00 0,00 2.040,00</w:t>
      </w:r>
    </w:p>
    <w:p>
      <w:r>
        <w:t>09720 / 231 / 22700 / Limpieza Y Aseo. 1.510.075,42 0,00 1.510.075,42 1.265.649,12 1.265.649,12 1.054.707,60 210.941,52 244.426,30</w:t>
      </w:r>
    </w:p>
    <w:p>
      <w:r>
        <w:t>09720 / 231 / 22701 / Seguridad. 295.500,80 0,00 295.500,80 443.326,68 443.326,68 406.382,79 36.943,89 -147.825,88</w:t>
      </w:r>
    </w:p>
    <w:p>
      <w:r>
        <w:t>09720 / 231 / 22706 / Estudios y trabajos técnicos 0,00 0,00 0,00 14.070,50 14.070,50 4.654,50 9.416,00 -14.070,50</w:t>
      </w:r>
    </w:p>
    <w:p>
      <w:r>
        <w:t>09720 / 231 / 22799 / Otros Trabajos Realizados Por Otras Empresas Y 282.629,74 0,00 282.629,74 267.526,22 218.152,55 215.055,87 3.096,68 64.477,19</w:t>
      </w:r>
    </w:p>
    <w:p>
      <w:r>
        <w:t>Pro</w:t>
      </w:r>
    </w:p>
    <w:p>
      <w:r>
        <w:t>09720 / 231 / 22799 / Gestión Ext. Plazas Mayores Ampl. Sabinal 26 791.065,08 0,00 791.065,08 0,00 0,00 0,00 0,00 791.065,08</w:t>
      </w:r>
    </w:p>
    <w:p>
      <w:r>
        <w:t>plazas</w:t>
      </w:r>
    </w:p>
    <w:p>
      <w:r>
        <w:t>09720 / 231 / 23020 / Del Personal No Directivo. 1.530,00 10.000,00 11.530,00 3.526,23 3.526,23 3.526,23 0,00 8.003,77</w:t>
      </w:r>
    </w:p>
    <w:p>
      <w:r>
        <w:t>09720 / 231 / 23120 / Del Personal No Directivo. 3.060,00 0,00 3.060,00 1.503,17 1.503,17 1.503,17 0,00 1.556,83</w:t>
      </w:r>
    </w:p>
    <w:p>
      <w:r>
        <w:t>09720 / 231 / 62303 / Maquinaria 1.271,03 0,00 1.271,03 0,00 0,00 0,00 0,00 1.271,03</w:t>
      </w:r>
    </w:p>
    <w:p>
      <w:r>
        <w:t>09720 / 231 / 62400 / Elementos de Transporte 27.200,14 0,00 27.200,14 0,00 0,00 0,00 0,00 27.200,14</w:t>
      </w:r>
    </w:p>
    <w:p>
      <w:r>
        <w:t>09720 / 231 / 63200 / Edificios Y Otras Construcciones. 0,00 57.807,70 57.807,70 43.335,00 0,00 0,00 0,00 57.807,70</w:t>
      </w:r>
    </w:p>
    <w:p>
      <w:r>
        <w:t>09720 / 231 / 63200 / Edificios y Otras Construcciones 0,00 6.098,33 6.098,33 4.416,96 0,00 0,00 0,00 6.098,33</w:t>
      </w:r>
    </w:p>
    <w:p>
      <w:r>
        <w:t>Página 4de 11 17 de Junio del 2025</w:t>
      </w:r>
    </w:p>
    <w:p>
      <w:r>
        <w:t>20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09720 / 231 / 63200 / Edificios Y Otras Construcciones. 112.323,45 0,00 112.323,45 35.621,93 31.355,84 31.355,84 0,00 80.967,61</w:t>
      </w:r>
    </w:p>
    <w:p>
      <w:r>
        <w:t>09720 / 231 / 63200 / Edificios y Otras Construcciones 53.194,54 0,00 53.194,54 0,00 0,00 0,00 0,00 53.194,54</w:t>
      </w:r>
    </w:p>
    <w:p>
      <w:r>
        <w:t>09720 / 231 / 63200 / Edificios y Otras Construcciones 0,00 609.728,63 609.728,63 0,00 0,00 0,00 0,00 609.728,63</w:t>
      </w:r>
    </w:p>
    <w:p>
      <w:r>
        <w:t>09720 / 231 / 63303 / Reposicion Maquinaria 0,00 189.374,80 189.374,80 0,00 0,00 0,00 0,00 189.374,80</w:t>
      </w:r>
    </w:p>
    <w:p>
      <w:r>
        <w:t>09720 / 231 / 63303 / Reposicion Maquinaria 0,00 88.868,85 88.868,85 0,00 0,00 0,00 0,00 88.868,85</w:t>
      </w:r>
    </w:p>
    <w:p>
      <w:r>
        <w:t>09720 / 231 / 63303 / Reposicion Maquinaria 1.271,03 0,00 1.271,03 9.136,75 6.167,50 6.167,50 0,00 -4.896,47</w:t>
      </w:r>
    </w:p>
    <w:p>
      <w:r>
        <w:t>09720 / 231 / 63500 / Mobiliario 0,00 277.950,84 277.950,84 43.980,33 43.980,33 43.980,33 0,00 233.970,51</w:t>
      </w:r>
    </w:p>
    <w:p>
      <w:r>
        <w:t>09720 / 231 / 63500 / Mobiliario 0,00 71.192,96 71.192,96 35,10 35,10 35,10 0,00 71.157,86</w:t>
      </w:r>
    </w:p>
    <w:p>
      <w:r>
        <w:t>09720 / 231 / 63500 / Mobiliario 1.271,03 0,00 1.271,03 20.254,01 20.254,01 20.254,01 0,00 -18.982,98</w:t>
      </w:r>
    </w:p>
    <w:p>
      <w:r>
        <w:t>09720 / 231 / 63500 / Mobiliario. Plan Infraestructuras 0,00 308.790,15 308.790,15 185.521,49 127.065,42 126.241,42 824,00 181.724,73</w:t>
      </w:r>
    </w:p>
    <w:p>
      <w:r>
        <w:t>09720 / 231 / 63500 / Mobiliario. Plan Infraestructuras 0,01 0,00 0,01 0,00 0,00 0,00 0,00 0,01</w:t>
      </w:r>
    </w:p>
    <w:p>
      <w:r>
        <w:t>09720 / 231 / 63600 / Equipos para procesos de información 0,00 0,00 0,00 6.138,03 6.138,03 5.387,96 750,07 -6.138,03</w:t>
      </w:r>
    </w:p>
    <w:p>
      <w:r>
        <w:t>09720 / 231 / 64001 / Honorarios y Proyectos Técnicos 0,00 130.701,25 130.701,25 0,00 0,00 0,00 0,00 130.701,25</w:t>
      </w:r>
    </w:p>
    <w:p>
      <w:r>
        <w:t>09720 / 231 / 64001 / Honorarios y Proyectos Técnicos 0,00 55.013,50 55.013,50 55.013,50 6.625,44 6.625,44 0,00 48.388,06</w:t>
      </w:r>
    </w:p>
    <w:p>
      <w:r>
        <w:t>09720 / 231 / 64001 / Honorarios y Proyectos Técnicos 101.633,04 0,00 101.633,04 40.290,25 0,00 0,00 0,00 101.633,04</w:t>
      </w:r>
    </w:p>
    <w:p>
      <w:r>
        <w:t>09730 / 231 / 13000 / Retribuciones Basicas. 1.232.547,69 0,00 1.232.547,69 1.502.050,36 1.502.050,36 1.502.050,36 0,00 -269.502,67</w:t>
      </w:r>
    </w:p>
    <w:p>
      <w:r>
        <w:t>09730 / 231 / 13001 / Horas Extraordinarias. 0,01 0,00 0,01 0,00 0,00 0,00 0,00 0,01</w:t>
      </w:r>
    </w:p>
    <w:p>
      <w:r>
        <w:t>09730 / 231 / 13002 / Otras Remuneraciones 111.262,98 0,00 111.262,98 120.108,99 120.108,99 120.108,99 0,00 -8.846,01</w:t>
      </w:r>
    </w:p>
    <w:p>
      <w:r>
        <w:t>09730 / 231 / 13100 / Laboral Temporal. 309.903,32 400.000,00 709.903,32 923.341,95 923.341,95 923.341,95 0,00 -213.438,63</w:t>
      </w:r>
    </w:p>
    <w:p>
      <w:r>
        <w:t>09730 / 231 / 15000 / Productividad. 99.396,74 0,00 99.396,74 131.800,50 131.800,50 131.800,50 0,00 -32.403,76</w:t>
      </w:r>
    </w:p>
    <w:p>
      <w:r>
        <w:t>09730 / 231 / 16000 / Seguridad Social. 557.747,65 250.000,00 807.747,65 925.791,37 915.358,38 847.072,05 68.286,33 -107.610,73</w:t>
      </w:r>
    </w:p>
    <w:p>
      <w:r>
        <w:t>09730 / 231 / 16202 / Transporte De Personal 60.904,00 0,00 60.904,00 65.757,10 65.756,94 60.751,14 5.005,80 -4.852,94</w:t>
      </w:r>
    </w:p>
    <w:p>
      <w:r>
        <w:t>09730 / 231 / 21000 / Infraestructuras Y Bienes Naturales. 6.630,00 0,00 6.630,00 0,00 0,00 0,00 0,00 6.630,00</w:t>
      </w:r>
    </w:p>
    <w:p>
      <w:r>
        <w:t>09730 / 231 / 21200 / Edificios Y Otras Construcciones. 9.180,00 0,00 9.180,00 0,00 0,00 0,00 0,00 9.180,00</w:t>
      </w:r>
    </w:p>
    <w:p>
      <w:r>
        <w:t>09730 / 231 / 21300 / Maquinaria, Instalaciones Tecnicas Y Utillaje. 66.801,28 0,00 66.801,28 102.303,23 88.813,68 73.072,94 15.740,74 -22.012,40</w:t>
      </w:r>
    </w:p>
    <w:p>
      <w:r>
        <w:t>09730 / 231 / 21400 / Elementos De Transporte. 204,00 0,00 204,00 0,00 0,00 0,00 0,00 204,00</w:t>
      </w:r>
    </w:p>
    <w:p>
      <w:r>
        <w:t>09730 / 231 / 21500 / Mobiliario. 1.020,00 0,00 1.020,00 0,00 0,00 0,00 0,00 1.020,00</w:t>
      </w:r>
    </w:p>
    <w:p>
      <w:r>
        <w:t>09730 / 231 / 22000 / Ordinario No Inventariable. 408,00 0,00 408,00 0,00 0,00 0,00 0,00 408,00</w:t>
      </w:r>
    </w:p>
    <w:p>
      <w:r>
        <w:t>09730 / 231 / 22002 / Material Informatico No Inventariable. 510,00 0,00 510,00 0,00 0,00 0,00 0,00 510,00</w:t>
      </w:r>
    </w:p>
    <w:p>
      <w:r>
        <w:t>09730 / 231 / 22100 / Energia Electrica. 97.397,44 0,00 97.397,44 371.455,73 312.155,77 312.155,77 0,00 -214.758,33</w:t>
      </w:r>
    </w:p>
    <w:p>
      <w:r>
        <w:t>09730 / 231 / 22101 / Agua. 48.960,00 0,00 48.960,00 51.671,62 51.671,62 51.671,62 0,00 -2.711,62</w:t>
      </w:r>
    </w:p>
    <w:p>
      <w:r>
        <w:t>09730 / 231 / 22103 / Combustibles Y Carburantes. 230.872,63 0,00 230.872,63 96.593,14 75.769,47 73.269,47 2.500,00 155.103,16</w:t>
      </w:r>
    </w:p>
    <w:p>
      <w:r>
        <w:t>09730 / 231 / 22104 / Vestuario. 41.603,76 0,00 41.603,76 0,00 0,00 0,00 0,00 41.603,76</w:t>
      </w:r>
    </w:p>
    <w:p>
      <w:r>
        <w:t>09730 / 231 / 22106 / Productos Farmaceuticos Y Material Sanitario. 43.850,81 0,00 43.850,81 54.944,19 13.756,57 12.518,57 1.238,00 30.094,24</w:t>
      </w:r>
    </w:p>
    <w:p>
      <w:r>
        <w:t>09730 / 231 / 22110 / Productos De Limpieza Y Aseo. 41.723,53 0,00 41.723,53 40.905,42 34.483,23 34.483,23 0,00 7.240,30</w:t>
      </w:r>
    </w:p>
    <w:p>
      <w:r>
        <w:t>09730 / 231 / 22199 / Otros Suministros. 7.140,00 0,00 7.140,00 1.441,25 1.346,96 0,00 1.346,96 5.793,04</w:t>
      </w:r>
    </w:p>
    <w:p>
      <w:r>
        <w:t>09730 / 231 / 22200 / Servicios De Telecomunicaciones. 10.096,47 0,00 10.096,47 0,00 0,00 0,00 0,00 10.096,47</w:t>
      </w:r>
    </w:p>
    <w:p>
      <w:r>
        <w:t>09730 / 231 / 22300 / Transportes. 81.399,96 0,00 81.399,96 2.816,37 1.896,66 1.896,66 0,00 79.503,30</w:t>
      </w:r>
    </w:p>
    <w:p>
      <w:r>
        <w:t>09730 / 231 / 22700 / Limpieza Y Aseo. 740.943,37 0,00 740.943,37 558.863,52 558.863,52 465.719,60 93.143,92 182.079,85</w:t>
      </w:r>
    </w:p>
    <w:p>
      <w:r>
        <w:t>09730 / 231 / 22701 / Seguridad. 264.599,20 0,00 264.599,20 427.918,68 427.918,68 392.258,79 35.659,89 -163.319,48</w:t>
      </w:r>
    </w:p>
    <w:p>
      <w:r>
        <w:t>09730 / 231 / 22799 / Otros Trabajos Realizados Por Otras Empresas Y 283.544,42 0,00 283.544,42 282.178,23 219.324,83 214.978,72 4.346,11 64.219,59</w:t>
      </w:r>
    </w:p>
    <w:p>
      <w:r>
        <w:t>Pro</w:t>
      </w:r>
    </w:p>
    <w:p>
      <w:r>
        <w:t>09730 / 231 / 22799 / Gestión Ext. Plazas Trast. Cond. 15 plazas Hoya 827.163,00 0,00 827.163,00 0,00 0,00 0,00 0,00 827.163,00</w:t>
      </w:r>
    </w:p>
    <w:p>
      <w:r>
        <w:t>P.</w:t>
      </w:r>
    </w:p>
    <w:p>
      <w:r>
        <w:t>Página 5de 11 17 de Junio del 2025</w:t>
      </w:r>
    </w:p>
    <w:p>
      <w:r>
        <w:t>21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09730 / 231 / 23020 / Del Personal No Directivo. 204,00 0,00 204,00 287,45 287,45 287,45 0,00 -83,45</w:t>
      </w:r>
    </w:p>
    <w:p>
      <w:r>
        <w:t>09730 / 231 / 23120 / Del Personal No Directivo. 204,00 0,00 204,00 113,65 113,65 113,65 0,00 90,35</w:t>
      </w:r>
    </w:p>
    <w:p>
      <w:r>
        <w:t>09730 / 231 / 62200 / Edificios y Otras Construcciones. Plan 0,00 4.365,60 4.365,60 4.365,60 0,00 0,00 0,00 4.365,60</w:t>
      </w:r>
    </w:p>
    <w:p>
      <w:r>
        <w:t>Infraestructuras</w:t>
      </w:r>
    </w:p>
    <w:p>
      <w:r>
        <w:t>09730 / 231 / 63200 / Edificios Y Otras Construcciones. 0,00 315.124,80 315.124,80 0,00 0,00 0,00 0,00 315.124,80</w:t>
      </w:r>
    </w:p>
    <w:p>
      <w:r>
        <w:t>09730 / 231 / 63200 / Rehabilitación Hospital Psiquiatrico 0,00 40.217.107,56 40.217.107,56 0,00 0,00 0,00 0,00 40.217.107,56</w:t>
      </w:r>
    </w:p>
    <w:p>
      <w:r>
        <w:t>09730 / 231 / 63200 / Edificios y Otras Construcciones. Plan 0,00 10.479,29 10.479,29 10.479,29 0,00 0,00 0,00 10.479,29</w:t>
      </w:r>
    </w:p>
    <w:p>
      <w:r>
        <w:t>Infraestructuras</w:t>
      </w:r>
    </w:p>
    <w:p>
      <w:r>
        <w:t>09730 / 231 / 63200 / Edificios y Otras Construcciones. Plan 0,00 62.729,27 62.729,27 62.729,27 0,00 0,00 0,00 62.729,27</w:t>
      </w:r>
    </w:p>
    <w:p>
      <w:r>
        <w:t>Infraestructuras</w:t>
      </w:r>
    </w:p>
    <w:p>
      <w:r>
        <w:t>09730 / 231 / 63200 / Edificios y Otras Construcciones. Plan 0,00 100.671,38 100.671,38 100.671,38 0,00 0,00 0,00 100.671,38</w:t>
      </w:r>
    </w:p>
    <w:p>
      <w:r>
        <w:t>Infraestructuras</w:t>
      </w:r>
    </w:p>
    <w:p>
      <w:r>
        <w:t>09730 / 231 / 63200 / Edificios y Otras Construcciones. Plan 8.389,28 0,00 8.389,28 8.389,28 0,00 0,00 0,00 8.389,28</w:t>
      </w:r>
    </w:p>
    <w:p>
      <w:r>
        <w:t>Infraestructuras</w:t>
      </w:r>
    </w:p>
    <w:p>
      <w:r>
        <w:t>09730 / 231 / 63303 / Reposicion Maquinaria 1.271,03 0,00 1.271,03 13.988,13 0,00 0,00 0,00 1.271,03</w:t>
      </w:r>
    </w:p>
    <w:p>
      <w:r>
        <w:t>09730 / 231 / 63500 / Mobiliario 0,00 81.877,23 81.877,23 0,00 0,00 0,00 0,00 81.877,23</w:t>
      </w:r>
    </w:p>
    <w:p>
      <w:r>
        <w:t>09730 / 231 / 63500 / Mobiliario 0,00 9.365,09 9.365,09 5.016,00 5.016,00 5.016,00 0,00 4.349,09</w:t>
      </w:r>
    </w:p>
    <w:p>
      <w:r>
        <w:t>09730 / 231 / 63500 / Mobiliario 0,00 169.901,99 169.901,99 0,00 0,00 0,00 0,00 169.901,99</w:t>
      </w:r>
    </w:p>
    <w:p>
      <w:r>
        <w:t>09730 / 231 / 63500 / Mobiliario 1.271,03 0,00 1.271,03 0,00 0,00 0,00 0,00 1.271,03</w:t>
      </w:r>
    </w:p>
    <w:p>
      <w:r>
        <w:t>09730 / 231 / 63500 / Mobiliario. Plan Infraestructuras 169.902,01 0,00 169.902,01 0,00 0,00 0,00 0,00 169.902,01</w:t>
      </w:r>
    </w:p>
    <w:p>
      <w:r>
        <w:t>09770 / 231 / 20200 / Arrendamientos De Edificios Y Otras 0,01 0,00 0,01 0,00 0,00 0,00 0,00 0,01</w:t>
      </w:r>
    </w:p>
    <w:p>
      <w:r>
        <w:t>Construcciones</w:t>
      </w:r>
    </w:p>
    <w:p>
      <w:r>
        <w:t>09770 / 231 / 21200 / Edificios Y Otras Construcciones. 59.491,27 0,00 59.491,27 2.069,02 1.390,64 1.390,64 0,00 58.100,63</w:t>
      </w:r>
    </w:p>
    <w:p>
      <w:r>
        <w:t>09770 / 231 / 21300 / Maquinaria, Instalaciones Tecnicas Y Utillaje. 307.505,70 0,00 307.505,70 298.806,01 198.441,13 173.027,50 25.413,63 109.064,57</w:t>
      </w:r>
    </w:p>
    <w:p>
      <w:r>
        <w:t>09770 / 231 / 21500 / Mobiliario. 816,00 0,00 816,00 0,00 0,00 0,00 0,00 816,00</w:t>
      </w:r>
    </w:p>
    <w:p>
      <w:r>
        <w:t>09770 / 231 / 22000 / Ordinario No Inventariable. 1.423,57 0,00 1.423,57 0,00 0,00 0,00 0,00 1.423,57</w:t>
      </w:r>
    </w:p>
    <w:p>
      <w:r>
        <w:t>09770 / 231 / 22002 / Material Informatico No Inventariable. 632,44 0,00 632,44 3.381,20 3.160,00 3.160,00 0,00 -2.527,56</w:t>
      </w:r>
    </w:p>
    <w:p>
      <w:r>
        <w:t>09770 / 231 / 22100 / Energia Electrica. 554.300,32 0,00 554.300,32 531.939,55 224.116,94 224.116,94 0,00 330.183,38</w:t>
      </w:r>
    </w:p>
    <w:p>
      <w:r>
        <w:t>09770 / 231 / 22101 / Agua. 153.255,00 0,00 153.255,00 144.744,57 144.744,57 134.553,27 10.191,30 8.510,43</w:t>
      </w:r>
    </w:p>
    <w:p>
      <w:r>
        <w:t>09770 / 231 / 22103 / Combustibles Y Carburantes. 0,01 0,00 0,01 0,00 0,00 0,00 0,00 0,01</w:t>
      </w:r>
    </w:p>
    <w:p>
      <w:r>
        <w:t>09770 / 231 / 22106 / Productos Farmaceuticos Y Material Sanitario. 1.020,00 0,00 1.020,00 0,00 0,00 0,00 0,00 1.020,00</w:t>
      </w:r>
    </w:p>
    <w:p>
      <w:r>
        <w:t>09770 / 231 / 22110 / Productos De Limpieza Y Aseo. 612,00 0,00 612,00 0,00 0,00 0,00 0,00 612,00</w:t>
      </w:r>
    </w:p>
    <w:p>
      <w:r>
        <w:t>09770 / 231 / 22199 / Otros Suministros. 2.060,22 0,00 2.060,22 6.425,62 5.822,90 5.822,90 0,00 -3.762,68</w:t>
      </w:r>
    </w:p>
    <w:p>
      <w:r>
        <w:t>09770 / 231 / 22200 / Servicios De Telecomunicaciones. 0,01 0,00 0,01 0,00 0,00 0,00 0,00 0,01</w:t>
      </w:r>
    </w:p>
    <w:p>
      <w:r>
        <w:t>09770 / 231 / 22300 / Transportes. 3.060,00 0,00 3.060,00 593,85 593,85 593,85 0,00 2.466,15</w:t>
      </w:r>
    </w:p>
    <w:p>
      <w:r>
        <w:t>09770 / 231 / 22699 / Programa Usuarios Alojamiento Alternativo 946.609,25 0,00 946.609,25 934.436,42 921.913,30 691.078,14 230.835,16 24.695,95</w:t>
      </w:r>
    </w:p>
    <w:p>
      <w:r>
        <w:t>09770 / 231 / 22701 / Seguridad. 0,00 0,00 0,00 78.348,07 78.348,07 26.116,03 52.232,04 -78.348,07</w:t>
      </w:r>
    </w:p>
    <w:p>
      <w:r>
        <w:t>09770 / 231 / 22706 / Estudios y trabajos técnicos 0,00 0,00 0,00 34.400,50 18.350,50 18.350,50 0,00 -18.350,50</w:t>
      </w:r>
    </w:p>
    <w:p>
      <w:r>
        <w:t>09770 / 231 / 22799 / Otros Trabajos Realizados Por Otras Empresas Y 114.359,84 0,00 114.359,84 30.388,35 27.260,37 14.655,43 12.604,94 87.099,47</w:t>
      </w:r>
    </w:p>
    <w:p>
      <w:r>
        <w:t>Pro</w:t>
      </w:r>
    </w:p>
    <w:p>
      <w:r>
        <w:t>09770 / 231 / 22799 / Gestion Ext. Pabellon Norte Taliarte 2.859.784,41 0,00 2.859.784,41 2.858.865,50 2.845.668,88 2.372.305,19 473.363,69 14.115,53</w:t>
      </w:r>
    </w:p>
    <w:p>
      <w:r>
        <w:t>09770 / 231 / 22799 / Gestión EXt. Plazas Mayores Diurnas 46 plazas 471.500,00 0,00 471.500,00 471.500,00 469.655,00 431.935,00 37.720,00 1.845,00</w:t>
      </w:r>
    </w:p>
    <w:p>
      <w:r>
        <w:t>09770 / 231 / 22799 / Gestión Ext. Plazas de Pisos y Pensiones Salud 2.953.516,95 0,00 2.953.516,95 325.146,50 325.146,40 298.050,87 27.095,53 2.628.370,55</w:t>
      </w:r>
    </w:p>
    <w:p>
      <w:r>
        <w:t>M.</w:t>
      </w:r>
    </w:p>
    <w:p>
      <w:r>
        <w:t>09770 / 231 / 22799 / Gestion Ext. C.s. Arucas 1.892.398,24 0,00 1.892.398,24 1.592.398,24 1.505.132,02 1.252.080,45 253.051,57 387.266,22</w:t>
      </w:r>
    </w:p>
    <w:p>
      <w:r>
        <w:t>09770 / 231 / 22799 / Gestion Ext. C.s. Ingenio 771.150,00 0,00 771.150,00 773.262,84 773.262,84 729.488,34 43.774,50 -2.112,84</w:t>
      </w:r>
    </w:p>
    <w:p>
      <w:r>
        <w:t>Página 6de 11 17 de Junio del 2025</w:t>
      </w:r>
    </w:p>
    <w:p>
      <w:r>
        <w:t>22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52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09770 / 231 / 22799 / Gestion Ext. C.s. El Pino 10.162.256,86 0,00 10.162.256,86 10.182.749,86 10.088.075,69 8.422.076,32 1.665.999,37 74.181,17</w:t>
      </w:r>
    </w:p>
    <w:p>
      <w:r>
        <w:t>09770 / 231 / 22799 / Gestion Ext. C.s. San Nicolas De Bari 1.010.745,60 0,00 1.010.745,60 1.009.094,36 1.006.363,04 922.326,08 84.036,96 4.382,56</w:t>
      </w:r>
    </w:p>
    <w:p>
      <w:r>
        <w:t>09770 / 231 / 22799 / Gestion Ext. C.s. Sta. Brigida 0,00 263.330,24 263.330,24 263.330,24 263.330,24 263.330,24 0,00 0,00</w:t>
      </w:r>
    </w:p>
    <w:p>
      <w:r>
        <w:t>09770 / 231 / 22799 / Gestion Ext. C.s. Sta. Brigida 3.763.975,60 0,00 3.763.975,60 4.614.873,40 4.506.175,91 3.879.129,45 627.046,46 -742.200,31</w:t>
      </w:r>
    </w:p>
    <w:p>
      <w:r>
        <w:t>09770 / 231 / 22799 / Gestion Ext. C.s. Ag¿imes 1.856.756,44 0,00 1.856.756,44 1.901.636,42 1.863.139,35 1.703.372,70 159.766,65 -6.382,91</w:t>
      </w:r>
    </w:p>
    <w:p>
      <w:r>
        <w:t>09770 / 231 / 22799 / Gestion Ext. C.s. Vecindario 3.196.916,46 0,00 3.196.916,46 2.896.916,46 2.745.350,26 2.289.363,31 455.986,95 451.566,20</w:t>
      </w:r>
    </w:p>
    <w:p>
      <w:r>
        <w:t>09770 / 231 / 22799 / Gest. Ext. Plazas Trastorno de Conducta-45 2.488.287,60 0,00 2.488.287,60 2.405.711,84 2.404.223,74 1.301.243,42 1.102.980,32 84.063,86</w:t>
      </w:r>
    </w:p>
    <w:p>
      <w:r>
        <w:t>plazas</w:t>
      </w:r>
    </w:p>
    <w:p>
      <w:r>
        <w:t>09770 / 231 / 22799 / Serv.asist.T¦ Educativa Hosp. Juan Carlos I 438.600,00 0,00 438.600,00 406.719,30 394.347,56 340.186,73 54.160,83 44.252,44</w:t>
      </w:r>
    </w:p>
    <w:p>
      <w:r>
        <w:t>09770 / 231 / 22799 / Gestion Externa CADI De Telde 2.646.045,88 0,00 2.646.045,88 2.653.069,88 2.637.656,35 2.199.687,04 437.969,31 8.389,53</w:t>
      </w:r>
    </w:p>
    <w:p>
      <w:r>
        <w:t>09770 / 231 / 22799 / Gestion Externa CADI De Guia 2.825.497,12 0,00 2.825.497,12 2.829.623,92 2.825.387,76 2.356.873,60 468.514,16 109,36</w:t>
      </w:r>
    </w:p>
    <w:p>
      <w:r>
        <w:t>09770 / 231 / 22799 / Gestion Externa CADI De San Bartolome 2.772.578,52 0,00 2.772.578,52 3.173.663,79 3.164.068,26 2.704.758,39 459.309,87 -391.489,74</w:t>
      </w:r>
    </w:p>
    <w:p>
      <w:r>
        <w:t>09770 / 231 / 22799 / Gestión Ext. Plazas Serv. Cent. 71 Res. May. 2.160.216,18 0,00 2.160.216,18 0,00 0,00 0,00 0,00 2.160.216,18</w:t>
      </w:r>
    </w:p>
    <w:p>
      <w:r>
        <w:t>09770 / 231 / 22799 / Gest. Ext. Sº PAP 1.194.272,00 -400.000,00 794.272,00 304.419,12 262.582,08 136.840,16 125.741,92 531.689,92</w:t>
      </w:r>
    </w:p>
    <w:p>
      <w:r>
        <w:t>09770 / 231 / 22799 / Gestión Transporte C. Día 587.488,00 0,00 587.488,00 0,00 0,00 0,00 0,00 587.488,00</w:t>
      </w:r>
    </w:p>
    <w:p>
      <w:r>
        <w:t>09770 / 231 / 22799 / Cont. Monitores Convenio 125.884,95 0,00 125.884,95 94.413,69 94.413,69 83.923,28 10.490,41 31.471,26</w:t>
      </w:r>
    </w:p>
    <w:p>
      <w:r>
        <w:t>09770 / 231 / 22799 / Gestión Tutelados (SAD) 167.214,79 0,00 167.214,79 167.214,79 167.214,72 153.280,16 13.934,56 0,07</w:t>
      </w:r>
    </w:p>
    <w:p>
      <w:r>
        <w:t>09770 / 231 / 22799 / Gestión Ext. Plazas Dependencia 2.436.429,12 -487.040,00 1.949.389,12 0,00 0,00 0,00 0,00 1.949.389,12</w:t>
      </w:r>
    </w:p>
    <w:p>
      <w:r>
        <w:t>09770 / 231 / 22799 / Gest. Ext. Plazas Dependencia 5ª Adenda- 0,00 6.257.798,09 6.257.798,09 0,00 0,00 0,00 0,00 6.257.798,09</w:t>
      </w:r>
    </w:p>
    <w:p>
      <w:r>
        <w:t>Anualidad 2023</w:t>
      </w:r>
    </w:p>
    <w:p>
      <w:r>
        <w:t>09770 / 231 / 22799 / Gestion CRPS De La Mancomunidad Ayunt. Del 216.975,00 0,00 216.975,00 35.582,40 34.990,20 34.990,20 0,00 181.984,80</w:t>
      </w:r>
    </w:p>
    <w:p>
      <w:r>
        <w:t>Norte</w:t>
      </w:r>
    </w:p>
    <w:p>
      <w:r>
        <w:t>09770 / 231 / 22799 / Gestión CRPS San Bartolomé Tirajana 216.975,00 0,00 216.975,00 117.288,87 114.045,03 104.739,03 9.306,00 102.929,97</w:t>
      </w:r>
    </w:p>
    <w:p>
      <w:r>
        <w:t>09770 / 231 / 22799 / Gestión Sº PAP Salud M. 255.481,20 0,00 255.481,20 200.648,56 200.648,56 200.648,56 0,00 54.832,64</w:t>
      </w:r>
    </w:p>
    <w:p>
      <w:r>
        <w:t>09770 / 231 / 22799 / Gest. Ext. Plazas Dependencia 6ª Adenda 0,00 1.875.739,13 1.875.739,13 0,00 0,00 0,00 0,00 1.875.739,13</w:t>
      </w:r>
    </w:p>
    <w:p>
      <w:r>
        <w:t>09770 / 231 / 22799 / Gestión Ext. Plazas Ser. Cent. 6 plazas Res. May. 182.553,48 0,00 182.553,48 0,00 0,00 0,00 0,00 182.553,48</w:t>
      </w:r>
    </w:p>
    <w:p>
      <w:r>
        <w:t>09770 / 231 / 25000 / Con. Ayto. San Bartolome de Tir. Plazas Depend. 1.067.535,00 0,00 1.067.535,00 1.067.535,00 1.051.611,54 882.682,79 168.928,75 15.923,46</w:t>
      </w:r>
    </w:p>
    <w:p>
      <w:r>
        <w:t>09770 / 231 / 25000 / Con. Ayto. Agaete Plazas Depend. 0,01 0,00 0,01 0,00 0,00 0,00 0,00 0,01</w:t>
      </w:r>
    </w:p>
    <w:p>
      <w:r>
        <w:t>09770 / 231 / 25000 / Con. Ayto. San Mateo Plazas Depend. 313.445,00 0,00 313.445,00 313.445,00 242.028,99 203.399,79 38.629,20 71.416,01</w:t>
      </w:r>
    </w:p>
    <w:p>
      <w:r>
        <w:t>09770 / 231 / 25000 / Con. Ayto. Agüimes Plazas Depend. 210.477,50 0,00 210.477,50 210.477,50 191.955,48 158.279,08 33.676,40 18.522,02</w:t>
      </w:r>
    </w:p>
    <w:p>
      <w:r>
        <w:t>09770 / 231 / 25000 / Con. Ayto. Arucas Plazas Depend. 569.767,50 0,00 569.767,50 569.767,50 569.490,48 478.512,36 90.978,12 277,02</w:t>
      </w:r>
    </w:p>
    <w:p>
      <w:r>
        <w:t>09770 / 231 / 25000 / Con. Ayto. La Aldea Plazas Depend. 1.608.679,60 0,00 1.608.679,60 1.795.282,94 1.730.313,10 1.467.303,15 263.009,95 -121.633,50</w:t>
      </w:r>
    </w:p>
    <w:p>
      <w:r>
        <w:t>09770 / 231 / 25000 / Con. Ayto. Moya Plazas Depend. 725.056,64 0,00 725.056,64 727.823,60 686.354,21 576.282,31 110.071,90 38.702,43</w:t>
      </w:r>
    </w:p>
    <w:p>
      <w:r>
        <w:t>09770 / 231 / 25000 / Con. Ayto. Mogán Plazas Depend. 1.369.358,00 44.287,97 1.413.645,97 1.413.645,97 1.140.460,74 957.959,54 182.501,20 273.185,23</w:t>
      </w:r>
    </w:p>
    <w:p>
      <w:r>
        <w:t>09770 / 231 / 25000 / Con. Ayto. Valleseco Plazas Depend. 810.233,90 0,00 810.233,90 813.198,50 775.550,63 648.202,07 127.348,56 34.683,27</w:t>
      </w:r>
    </w:p>
    <w:p>
      <w:r>
        <w:t>09770 / 231 / 25000 / Con. Ayto. Sta. Brígida Plazas Depend. 205.195,00 0,00 205.195,00 205.195,00 192.788,79 160.821,74 31.967,05 12.406,21</w:t>
      </w:r>
    </w:p>
    <w:p>
      <w:r>
        <w:t>09770 / 231 / 25000 / Con. Ayto. Firgas Plazas Depend. 225.955,00 0,00 225.955,00 225.955,00 210.570,00 176.878,80 33.691,20 15.385,00</w:t>
      </w:r>
    </w:p>
    <w:p>
      <w:r>
        <w:t>09770 / 231 / 25000 / Con. Ayto. Valsequillo Plazas Depend. 220.950,00 0,00 220.950,00 220.950,00 210.662,50 176.956,50 33.706,00 10.287,50</w:t>
      </w:r>
    </w:p>
    <w:p>
      <w:r>
        <w:t>09770 / 231 / 25000 / Con. Ayto. Teror Plazas Depend. 505.288,92 145.512,84 650.801,76 650.801,76 461.849,48 387.127,50 74.721,98 188.952,28</w:t>
      </w:r>
    </w:p>
    <w:p>
      <w:r>
        <w:t>09770 / 231 / 25000 / Con. Ayto. Santa Lucia Plazas Depend. 1.272.790,00 0,00 1.272.790,00 1.272.790,00 1.176.851,12 994.946,49 181.904,63 95.938,88</w:t>
      </w:r>
    </w:p>
    <w:p>
      <w:r>
        <w:t>09770 / 231 / 25000 / Con. Ayto. Galdar Plazas Depend. 3.584.892,54 0,00 3.584.892,54 3.637.947,90 3.276.336,56 2.725.712,60 550.623,96 308.555,98</w:t>
      </w:r>
    </w:p>
    <w:p>
      <w:r>
        <w:t>09770 / 231 / 25000 / Con. Ayto. Guia Plazas Depend. 1.473.869,80 0,00 1.473.869,80 1.496.854,60 640.807,47 540.470,59 100.336,88 833.062,33</w:t>
      </w:r>
    </w:p>
    <w:p>
      <w:r>
        <w:t>09770 / 231 / 25000 / Con. Ayto. Ingenio Plazas Depend. 606.827,50 0,00 606.827,50 606.827,50 605.857,93 509.088,72 96.769,21 969,57</w:t>
      </w:r>
    </w:p>
    <w:p>
      <w:r>
        <w:t>09770 / 231 / 25000 / Con. Ayto. Telde Plazas Depend. 1.006.905,00 0,00 1.006.905,00 1.096.130,49 874.980,52 743.172,52 131.808,00 131.924,48</w:t>
      </w:r>
    </w:p>
    <w:p>
      <w:r>
        <w:t>Página 7de 11 17 de Junio del 2025</w:t>
      </w:r>
    </w:p>
    <w:p>
      <w:r>
        <w:t>23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09770 / 231 / 25000 / Con. Ayto. Artenara Plazas Depend. 202.617,60 0,00 202.617,60 337.009,14 270.428,94 222.902,01 47.526,93 -67.811,34</w:t>
      </w:r>
    </w:p>
    <w:p>
      <w:r>
        <w:t>09770 / 231 / 25000 / Con. Aytos. Prom. Auton.Pnal. (PAP) 748.503,00 -15.000,00 733.503,00 0,00 0,00 0,00 0,00 733.503,00</w:t>
      </w:r>
    </w:p>
    <w:p>
      <w:r>
        <w:t>09770 / 231 / 26000 / Con. Asoc. ADEPSI Plazas Depend. 2.518.081,26 0,00 2.518.081,26 2.518.081,26 2.404.179,66 2.027.071,90 377.107,76 113.901,60</w:t>
      </w:r>
    </w:p>
    <w:p>
      <w:r>
        <w:t>09770 / 231 / 26000 / Con. Asoc. AFAES Plazas Depend. 2.076.819,12 0,00 2.076.819,12 2.076.819,12 1.787.818,86 1.499.204,01 288.614,85 289.000,26</w:t>
      </w:r>
    </w:p>
    <w:p>
      <w:r>
        <w:t>09770 / 231 / 26000 / Con. Asoc. APADIS Plazas Depend. 441.530,00 0,00 441.530,00 441.530,00 441.283,10 370.638,30 70.644,80 246,90</w:t>
      </w:r>
    </w:p>
    <w:p>
      <w:r>
        <w:t>09770 / 231 / 26000 / Con. Asoc. APNALP Plazas Depend. 186.350,00 0,00 186.350,00 186.350,00 186.350,00 156.534,00 29.816,00 0,00</w:t>
      </w:r>
    </w:p>
    <w:p>
      <w:r>
        <w:t>09770 / 231 / 26000 / Con. Asoc. APROSU Plazas Depend. 3.218.798,00 20.431,28 3.239.229,28 3.251.384,14 3.125.708,58 2.612.323,36 513.385,22 113.520,70</w:t>
      </w:r>
    </w:p>
    <w:p>
      <w:r>
        <w:t>09770 / 231 / 26000 / Con. Asoc. ASPACE Plazas Depend. 169.420,00 0,00 169.420,00 169.420,00 168.720,45 141.613,25 27.107,20 699,55</w:t>
      </w:r>
    </w:p>
    <w:p>
      <w:r>
        <w:t>09770 / 231 / 26000 / Con. Asoc. CIVITAS Plazas Depend. 2.494.867,50 0,00 2.494.867,50 2.494.867,50 2.492.958,28 2.093.820,63 399.137,65 1.909,22</w:t>
      </w:r>
    </w:p>
    <w:p>
      <w:r>
        <w:t>09770 / 231 / 26000 / Con. Asoc. Cruz Blanca Virgen Pino Plazas 609.536,40 0,00 609.536,40 615.465,60 580.740,56 487.243,60 93.496,96 28.795,84</w:t>
      </w:r>
    </w:p>
    <w:p>
      <w:r>
        <w:t>Depend.</w:t>
      </w:r>
    </w:p>
    <w:p>
      <w:r>
        <w:t>09770 / 231 / 26000 / Con. Asoc. Fundacion SER Plazas Depend. 980.915,04 0,00 980.915,04 980.915,04 979.499,62 818.821,38 160.678,24 1.415,42</w:t>
      </w:r>
    </w:p>
    <w:p>
      <w:r>
        <w:t>09770 / 231 / 26000 / Con. Asoc. Casa San Vicente Paul Plazas 710.603,64 0,00 710.603,64 717.323,40 714.378,40 594.883,40 119.495,00 -3.774,76</w:t>
      </w:r>
    </w:p>
    <w:p>
      <w:r>
        <w:t>Depend.</w:t>
      </w:r>
    </w:p>
    <w:p>
      <w:r>
        <w:t>09770 / 231 / 26000 / Con. Asoc. Santa Catalina Laboure Plazas 594.146,10 0,00 594.146,10 601.656,42 592.001,23 510.123,90 81.877,33 2.144,87</w:t>
      </w:r>
    </w:p>
    <w:p>
      <w:r>
        <w:t>Depend.</w:t>
      </w:r>
    </w:p>
    <w:p>
      <w:r>
        <w:t>09770 / 231 / 26000 / Con. Asoc. ALCA Plazas Depend. 1.175.887,50 5.600,00 1.181.487,50 1.181.487,50 1.088.092,63 913.764,23 174.328,40 93.394,87</w:t>
      </w:r>
    </w:p>
    <w:p>
      <w:r>
        <w:t>09770 / 231 / 26000 / Con. Asoc. Lazoss Plazas Depend. 646.380,00 280.526,40 926.906,40 1.134.252,00 741.378,26 605.930,37 135.447,89 185.528,14</w:t>
      </w:r>
    </w:p>
    <w:p>
      <w:r>
        <w:t>09770 / 231 / 26000 / Con. Asoc. Envera Plazas Dependencia 360.062,50 85.386,25 445.448,75 445.448,75 367.716,40 302.164,45 65.551,95 77.732,35</w:t>
      </w:r>
    </w:p>
    <w:p>
      <w:r>
        <w:t>09770 / 231 / 26000 / Con. Asoc. Óscar Gutiérrez Plazas Depend. 207.765,00 19.160,55 226.925,55 226.925,55 203.702,04 171.844,74 31.857,30 23.223,51</w:t>
      </w:r>
    </w:p>
    <w:p>
      <w:r>
        <w:t>09770 / 231 / 26000 / Con.Asoc. FEPAS (SAD) 1.788.262,00 1.114.400,00 2.902.662,00 3.213.680,40 1.423.623,60 1.153.469,10 270.154,50 1.479.038,40</w:t>
      </w:r>
    </w:p>
    <w:p>
      <w:r>
        <w:t>09770 / 231 / 26000 / Con. San Juan de Dios Plazas Depend. 5.428.614,90 273.978,00 5.702.592,90 5.731.580,10 5.427.970,48 4.527.805,20 900.165,28 274.622,42</w:t>
      </w:r>
    </w:p>
    <w:p>
      <w:r>
        <w:t>09770 / 231 / 26000 / Con. Asoc. Prom. Auton. Pnal. (PAP) 748.503,00 0,00 748.503,00 0,00 0,00 0,00 0,00 748.503,00</w:t>
      </w:r>
    </w:p>
    <w:p>
      <w:r>
        <w:t>09770 / 231 / 26000 / Con. Asoc. Mensajeros de la Paz Plazas Depend. 1.115.055,60 0,00 1.115.055,60 1.149.093,60 1.142.712,93 951.197,33 191.515,60 -27.657,33</w:t>
      </w:r>
    </w:p>
    <w:p>
      <w:r>
        <w:t>09770 / 231 / 26000 / Conv. Asoc.Cruz Roja. Teleasistencia 198.167,04 13.176,00 211.343,04 211.343,04 192.828,24 160.504,56 32.323,68 18.514,80</w:t>
      </w:r>
    </w:p>
    <w:p>
      <w:r>
        <w:t>09770 / 231 / 26000 / Con. Asoc. ADACEA 295.680,00 0,00 295.680,00 295.680,00 68.091,10 68.091,10 0,00 227.588,90</w:t>
      </w:r>
    </w:p>
    <w:p>
      <w:r>
        <w:t>09770 / 231 / 26000 / Con. Asoc. C.Día Mayores-Los Almendros 346.275,00 0,00 346.275,00 346.275,00 344.612,88 317.187,90 27.424,98 1.662,12</w:t>
      </w:r>
    </w:p>
    <w:p>
      <w:r>
        <w:t>09770 / 231 / 26000 / Con. Asoc. ASISPA (Teleasistencia) 395.280,00 0,00 395.280,00 395.280,00 274.191,84 221.589,36 52.602,48 121.088,16</w:t>
      </w:r>
    </w:p>
    <w:p>
      <w:r>
        <w:t>09770 / 231 / 26000 / Con.Asoc. AFESUR (PAP) 229.152,00 0,00 229.152,00 229.152,00 169.968,50 145.769,00 24.199,50 59.183,50</w:t>
      </w:r>
    </w:p>
    <w:p>
      <w:r>
        <w:t>09770 / 231 / 26000 / Con. San Juan de Dios Tenerife 60.298,50 0,00 60.298,50 60.825,54 55.839,84 50.687,95 5.151,89 4.458,66</w:t>
      </w:r>
    </w:p>
    <w:p>
      <w:r>
        <w:t>09770 / 231 / 26000 / Con. C.Día Mayores-Casa Hortensia 196.222,50 1.591.554,21 1.787.776,71 1.787.776,71 500.669,03 309.164,06 191.504,97 1.287.107,68</w:t>
      </w:r>
    </w:p>
    <w:p>
      <w:r>
        <w:t>09770 / 231 / 26000 / Con. Asoc. TIPCI (SPAP) 0,00 0,00 0,00 118.272,00 115.784,90 96.465,60 19.319,30 -115.784,90</w:t>
      </w:r>
    </w:p>
    <w:p>
      <w:r>
        <w:t>09770 / 231 / 26000 / Con. Fundac. Sindrome de Down 0,00 9.611,16 9.611,16 9.611,16 0,00 0,00 0,00 9.611,16</w:t>
      </w:r>
    </w:p>
    <w:p>
      <w:r>
        <w:t>09770 / 231 / 62200 / Edificios y Otras Construcciones. Plan 0,00 13.636.322,96 13.636.322,96 13.636.322,96 9.969.312,51 6.756.667,96 3.212.644,55 3.667.010,45</w:t>
      </w:r>
    </w:p>
    <w:p>
      <w:r>
        <w:t>Infraestructuras</w:t>
      </w:r>
    </w:p>
    <w:p>
      <w:r>
        <w:t>09770 / 231 / 62200 / Edificios y Otras Construcciones. Plan 0,00 16.465.148,64 16.465.148,64 3.574.110,77 312.363,80 0,00 312.363,80 16.152.784,84</w:t>
      </w:r>
    </w:p>
    <w:p>
      <w:r>
        <w:t>Infraestructuras</w:t>
      </w:r>
    </w:p>
    <w:p>
      <w:r>
        <w:t>09770 / 231 / 62200 / Edificios y Otras Construcciones. Plan 0,00 13.152.886,71 13.152.886,71 6.646.731,47 6.202.657,58 5.693.137,30 509.520,28 6.950.229,13</w:t>
      </w:r>
    </w:p>
    <w:p>
      <w:r>
        <w:t>Infraestructuras</w:t>
      </w:r>
    </w:p>
    <w:p>
      <w:r>
        <w:t>09770 / 231 / 62200 / Edificios y Otras Construcciones. Plan 1.495.085,71 0,00 1.495.085,71 9.853.317,67 7.159.615,77 3.784.171,03 3.375.444,74 -5.664.530,06</w:t>
      </w:r>
    </w:p>
    <w:p>
      <w:r>
        <w:t>Infraestructuras</w:t>
      </w:r>
    </w:p>
    <w:p>
      <w:r>
        <w:t>09770 / 231 / 62303 / Maquinaria 0,00 27.565,67 27.565,67 27.565,67 27.565,67 27.565,67 0,00 0,00</w:t>
      </w:r>
    </w:p>
    <w:p>
      <w:r>
        <w:t>09770 / 231 / 62303 / Maquinaria 10.235,68 0,00 10.235,68 860,66 0,00 0,00 0,00 10.235,68</w:t>
      </w:r>
    </w:p>
    <w:p>
      <w:r>
        <w:t>09770 / 231 / 62500 / Mobiliario. Plan Infraestructuras 4.482.125,61 0,00 4.482.125,61 0,00 0,00 0,00 0,00 4.482.125,61</w:t>
      </w:r>
    </w:p>
    <w:p>
      <w:r>
        <w:t>09770 / 231 / 63200 / Edificios Y Otras Construcciones. 0,00 63.719,50 63.719,50 59.774,82 40.964,88 40.964,88 0,00 22.754,62</w:t>
      </w:r>
    </w:p>
    <w:p>
      <w:r>
        <w:t>Página 8de 11 17 de Junio del 2025</w:t>
      </w:r>
    </w:p>
    <w:p>
      <w:r>
        <w:t>24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09770 / 231 / 63200 / Edificios Y Otras Construcciones. 0,00 11.877,00 11.877,00 11.877,00 11.877,00 10.486,00 1.391,00 0,00</w:t>
      </w:r>
    </w:p>
    <w:p>
      <w:r>
        <w:t>09770 / 231 / 63200 / Edificios y Otras Construcciones 291.517,13 0,00 291.517,13 114.535,82 73.661,82 20.800,70 52.861,12 217.855,31</w:t>
      </w:r>
    </w:p>
    <w:p>
      <w:r>
        <w:t>09770 / 231 / 63200 / Edificios y Otras Construcciones. Plan 0,00 9.662,29 9.662,29 9.662,29 4.317,46 0,00 4.317,46 5.344,83</w:t>
      </w:r>
    </w:p>
    <w:p>
      <w:r>
        <w:t>Infraestructuras</w:t>
      </w:r>
    </w:p>
    <w:p>
      <w:r>
        <w:t>09770 / 231 / 63200 / Edificios y Otras Construcciones. Plan 0,00 720.949,22 720.949,22 713.739,73 198.453,94 168.164,52 30.289,42 522.495,28</w:t>
      </w:r>
    </w:p>
    <w:p>
      <w:r>
        <w:t>Infraestructuras</w:t>
      </w:r>
    </w:p>
    <w:p>
      <w:r>
        <w:t>09770 / 231 / 63200 / Edificios y Otras Construcciones. Plan 0,01 0,00 0,01 0,00 0,00 0,00 0,00 0,01</w:t>
      </w:r>
    </w:p>
    <w:p>
      <w:r>
        <w:t>Infraestructuras</w:t>
      </w:r>
    </w:p>
    <w:p>
      <w:r>
        <w:t>09770 / 231 / 63200 / Edificios y Otras Construcciones. Plan 0,00 2.366.934,99 2.366.934,99 0,00 0,00 0,00 0,00 2.366.934,99</w:t>
      </w:r>
    </w:p>
    <w:p>
      <w:r>
        <w:t>Infraestructuras</w:t>
      </w:r>
    </w:p>
    <w:p>
      <w:r>
        <w:t>09770 / 231 / 63303 / Reposicion Maquinaria 0,00 116.596,57 116.596,57 70.147,33 70.147,33 70.147,33 0,00 46.449,24</w:t>
      </w:r>
    </w:p>
    <w:p>
      <w:r>
        <w:t>09770 / 231 / 63303 / Reposicion Maquinaria 0,00 145.551,83 145.551,83 2.710,04 2.710,04 2.710,04 0,00 142.841,79</w:t>
      </w:r>
    </w:p>
    <w:p>
      <w:r>
        <w:t>09770 / 231 / 63303 / Reposicion Maquinaria 33.018,61 0,00 33.018,61 104.245,36 89.153,95 62.926,11 26.227,84 -56.135,34</w:t>
      </w:r>
    </w:p>
    <w:p>
      <w:r>
        <w:t>09770 / 231 / 63500 / Mobiliario. 0,00 815.658,20 815.658,20 63.221,60 63.221,60 63.221,60 0,00 752.436,60</w:t>
      </w:r>
    </w:p>
    <w:p>
      <w:r>
        <w:t>09770 / 231 / 63500 / Mobiliario. 0,00 72.834,90 72.834,90 0,00 0,00 0,00 0,00 72.834,90</w:t>
      </w:r>
    </w:p>
    <w:p>
      <w:r>
        <w:t>09770 / 231 / 63500 / Mobiliario. 90.697,58 0,00 90.697,58 18.056,49 3.004,80 3.004,80 0,00 87.692,78</w:t>
      </w:r>
    </w:p>
    <w:p>
      <w:r>
        <w:t>09770 / 231 / 64001 / Honorarios y Proyectos Técnicos 0,00 12.604,60 12.604,60 12.604,60 0,00 0,00 0,00 12.604,60</w:t>
      </w:r>
    </w:p>
    <w:p>
      <w:r>
        <w:t>09790 / 231 / 12004 / Sueldos Del Grupo C2. 18.942,11 0,00 18.942,11 14.344,57 14.344,57 14.344,57 0,00 4.597,54</w:t>
      </w:r>
    </w:p>
    <w:p>
      <w:r>
        <w:t>09790 / 231 / 12006 / Trienios. 4.599,00 0,00 4.599,00 727,00 727,00 727,00 0,00 3.872,00</w:t>
      </w:r>
    </w:p>
    <w:p>
      <w:r>
        <w:t>09790 / 231 / 12009 / Otras Retribuciones Basicas. 2.246,70 0,00 2.246,70 0,00 0,00 0,00 0,00 2.246,70</w:t>
      </w:r>
    </w:p>
    <w:p>
      <w:r>
        <w:t>09790 / 231 / 12100 / Complemento De Destino. 10.841,21 0,00 10.841,21 6.430,91 6.430,91 6.430,91 0,00 4.410,30</w:t>
      </w:r>
    </w:p>
    <w:p>
      <w:r>
        <w:t>09790 / 231 / 12101 / Complemento Especifico. 11.606,27 0,00 11.606,27 7.293,00 7.293,00 7.293,00 0,00 4.313,27</w:t>
      </w:r>
    </w:p>
    <w:p>
      <w:r>
        <w:t>09790 / 231 / 12103 / Otros Complementos. 554,72 0,00 554,72 1.604,22 1.604,22 1.604,22 0,00 -1.049,50</w:t>
      </w:r>
    </w:p>
    <w:p>
      <w:r>
        <w:t>09790 / 231 / 13000 / Retribuciones Basicas. 149.344,15 0,00 149.344,15 25.223,93 25.223,93 25.223,93 0,00 124.120,22</w:t>
      </w:r>
    </w:p>
    <w:p>
      <w:r>
        <w:t>09790 / 231 / 13002 / Otras Remuneraciones 0,00 0,00 0,00 133,54 133,54 133,54 0,00 -133,54</w:t>
      </w:r>
    </w:p>
    <w:p>
      <w:r>
        <w:t>09790 / 231 / 13100 / Laboral Temporal. 0,01 0,00 0,01 0,00 0,00 0,00 0,00 0,01</w:t>
      </w:r>
    </w:p>
    <w:p>
      <w:r>
        <w:t>09790 / 231 / 16000 / Seguridad Social. 61.647,23 0,00 61.647,23 22.679,15 22.679,15 18.938,28 3.740,87 38.968,08</w:t>
      </w:r>
    </w:p>
    <w:p>
      <w:r>
        <w:t>09791 / 231 / 12001 / Sueldos Del Grupo A2. 13.768,74 25.000,00 38.768,74 38.886,17 38.886,17 38.886,17 0,00 -117,43</w:t>
      </w:r>
    </w:p>
    <w:p>
      <w:r>
        <w:t>09791 / 231 / 12006 / Trienios. 5.368,44 0,00 5.368,44 6.558,19 6.558,19 6.558,19 0,00 -1.189,75</w:t>
      </w:r>
    </w:p>
    <w:p>
      <w:r>
        <w:t>09791 / 231 / 12009 / Otras Retribuciones Basicas. 1.683,99 0,00 1.683,99 418,54 418,54 418,54 0,00 1.265,45</w:t>
      </w:r>
    </w:p>
    <w:p>
      <w:r>
        <w:t>09791 / 231 / 12100 / Complemento De Destino. 7.421,41 12.000,00 19.421,41 12.145,54 12.145,54 12.145,54 0,00 7.275,87</w:t>
      </w:r>
    </w:p>
    <w:p>
      <w:r>
        <w:t>09791 / 231 / 12101 / Complemento Especifico. 13.057,06 0,00 13.057,06 21.382,10 21.382,10 21.382,10 0,00 -8.325,04</w:t>
      </w:r>
    </w:p>
    <w:p>
      <w:r>
        <w:t>09791 / 231 / 12103 / Otros Complementos. 138,62 0,00 138,62 2.564,50 2.564,50 2.564,50 0,00 -2.425,88</w:t>
      </w:r>
    </w:p>
    <w:p>
      <w:r>
        <w:t>09791 / 231 / 13000 / Retribuciones Basicas. 3.812.546,34 -228.864,59 3.583.681,75 3.165.594,70 3.165.594,70 3.165.594,70 0,00 418.087,05</w:t>
      </w:r>
    </w:p>
    <w:p>
      <w:r>
        <w:t>09791 / 231 / 13001 / Horas Extraordinarias. 0,01 0,00 0,01 0,00 0,00 0,00 0,00 0,01</w:t>
      </w:r>
    </w:p>
    <w:p>
      <w:r>
        <w:t>09791 / 231 / 13002 / Otras Remuneraciones 89.131,58 0,00 89.131,58 67.581,55 67.581,55 67.581,55 0,00 21.550,03</w:t>
      </w:r>
    </w:p>
    <w:p>
      <w:r>
        <w:t>09791 / 231 / 13100 / Laboral Temporal. 1.265.609,46 1.000.000,00 2.265.609,46 2.063.546,30 2.063.546,30 2.063.546,30 0,00 202.063,16</w:t>
      </w:r>
    </w:p>
    <w:p>
      <w:r>
        <w:t>09791 / 231 / 16000 / Seguridad Social. 1.669.536,20 250.000,00 1.919.536,20 2.051.367,35 1.998.405,32 1.879.566,26 118.839,06 -78.869,12</w:t>
      </w:r>
    </w:p>
    <w:p>
      <w:r>
        <w:t>09791 / 231 / 16008 / Asistencia Medico-farmaceutica. 0,01 0,00 0,01 9.926,90 9.926,90 9.926,90 0,00 -9.926,89</w:t>
      </w:r>
    </w:p>
    <w:p>
      <w:r>
        <w:t>09791 / 231 / 21200 / Edificios Y Otras Construcciones. 72.801,00 0,00 72.801,00 15.359,43 14.044,18 14.044,18 0,00 58.756,82</w:t>
      </w:r>
    </w:p>
    <w:p>
      <w:r>
        <w:t>09791 / 231 / 21300 / Maquinaria, Instalaciones Tecnicas Y Utillaje. 115.560,00 0,00 115.560,00 123.872,83 95.932,17 79.170,91 16.761,26 19.627,83</w:t>
      </w:r>
    </w:p>
    <w:p>
      <w:r>
        <w:t>09791 / 231 / 21400 / Elementos De Transporte. 1.020,00 0,00 1.020,00 0,00 0,00 0,00 0,00 1.020,00</w:t>
      </w:r>
    </w:p>
    <w:p>
      <w:r>
        <w:t>09791 / 231 / 21500 / Mobiliario. 5.100,00 0,00 5.100,00 2.123,95 2.123,95 2.123,95 0,00 2.976,05</w:t>
      </w:r>
    </w:p>
    <w:p>
      <w:r>
        <w:t>09791 / 231 / 21600 / Equipos Para Procesos De Informacion. 14.958,60 0,00 14.958,60 13.570,28 12.333,11 12.333,11 0,00 2.625,49</w:t>
      </w:r>
    </w:p>
    <w:p>
      <w:r>
        <w:t>09791 / 231 / 22000 / Ordinario No Inventariable. 3.907,68 0,00 3.907,68 4.024,34 3.352,98 3.062,68 290,30 554,70</w:t>
      </w:r>
    </w:p>
    <w:p>
      <w:r>
        <w:t>Página 9de 11 17 de Junio del 2025</w:t>
      </w:r>
    </w:p>
    <w:p>
      <w:r>
        <w:t>25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09791 / 231 / 22001 / Prensa, Revistas, Libros Y Otras Publicaciones. 1.836,00 0,00 1.836,00 1.348,40 1.348,40 1.348,40 0,00 487,60</w:t>
      </w:r>
    </w:p>
    <w:p>
      <w:r>
        <w:t>09791 / 231 / 22002 / Material Informatico No Inventariable. 1.224,00 0,00 1.224,00 0,00 0,00 0,00 0,00 1.224,00</w:t>
      </w:r>
    </w:p>
    <w:p>
      <w:r>
        <w:t>09791 / 231 / 22100 / Energia Electrica. 384.896,44 0,00 384.896,44 286.863,28 75.106,07 75.106,07 0,00 309.790,37</w:t>
      </w:r>
    </w:p>
    <w:p>
      <w:r>
        <w:t>09791 / 231 / 22101 / Agua. 85.680,00 0,00 85.680,00 84.943,37 84.943,37 84.943,37 0,00 736,63</w:t>
      </w:r>
    </w:p>
    <w:p>
      <w:r>
        <w:t>09791 / 231 / 22103 / Combustibles Y Carburantes. 238.393,48 0,00 238.393,48 96.631,82 78.734,92 74.470,30 4.264,62 159.658,56</w:t>
      </w:r>
    </w:p>
    <w:p>
      <w:r>
        <w:t>09791 / 231 / 22104 / Vestuario. 97.075,44 0,00 97.075,44 0,00 0,00 0,00 0,00 97.075,44</w:t>
      </w:r>
    </w:p>
    <w:p>
      <w:r>
        <w:t>09791 / 231 / 22105 / Productos Alimenticios. 68.500,00 0,00 68.500,00 51.375,00 26.971,14 25.377,69 1.593,45 41.528,86</w:t>
      </w:r>
    </w:p>
    <w:p>
      <w:r>
        <w:t>09791 / 231 / 22106 / Productos Farmaceuticos Y Material Sanitario. 632.192,94 0,00 632.192,94 483.398,25 143.774,69 135.637,85 8.136,84 488.418,25</w:t>
      </w:r>
    </w:p>
    <w:p>
      <w:r>
        <w:t>09791 / 231 / 22110 / Productos De Limpieza Y Aseo. 181.013,68 0,00 181.013,68 120.026,43 92.888,16 87.307,97 5.580,19 88.125,52</w:t>
      </w:r>
    </w:p>
    <w:p>
      <w:r>
        <w:t>09791 / 231 / 22199 / Otros Suministros. 51.818,69 0,00 51.818,69 80.775,87 60.416,97 45.179,60 15.237,37 -8.598,28</w:t>
      </w:r>
    </w:p>
    <w:p>
      <w:r>
        <w:t>09791 / 231 / 22200 / Servicios De Telecomunicaciones. 1.530,00 0,00 1.530,00 0,00 0,00 0,00 0,00 1.530,00</w:t>
      </w:r>
    </w:p>
    <w:p>
      <w:r>
        <w:t>09791 / 231 / 22300 / Transportes. 34.797,51 0,00 34.797,51 36.215,86 33.895,26 25.888,64 8.006,62 902,25</w:t>
      </w:r>
    </w:p>
    <w:p>
      <w:r>
        <w:t>09791 / 231 / 22400 / Primas De Seguros. 714,00 0,00 714,00 0,00 0,00 0,00 0,00 714,00</w:t>
      </w:r>
    </w:p>
    <w:p>
      <w:r>
        <w:t>09791 / 231 / 22601 / Atenciones Protocolarias Y Representativas. 510,00 0,00 510,00 0,00 0,00 0,00 0,00 510,00</w:t>
      </w:r>
    </w:p>
    <w:p>
      <w:r>
        <w:t>09791 / 231 / 22606 / Reuniones, Conferencias Y Cursos. 102,00 0,00 102,00 0,00 0,00 0,00 0,00 102,00</w:t>
      </w:r>
    </w:p>
    <w:p>
      <w:r>
        <w:t>09791 / 231 / 22609 / Actividades Culturales Y Deportivas. 0,00 0,00 0,00 4.541,18 4.541,18 1.600,00 2.941,18 -4.541,18</w:t>
      </w:r>
    </w:p>
    <w:p>
      <w:r>
        <w:t>09791 / 231 / 22699 / Otros Gastos Diversos. 408,00 0,00 408,00 1.212,62 1.212,62 1.212,62 0,00 -804,62</w:t>
      </w:r>
    </w:p>
    <w:p>
      <w:r>
        <w:t>09791 / 231 / 22700 / Limpieza Y Aseo. 534.566,02 0,00 534.566,02 238.721,28 238.721,28 198.934,40 39.786,88 295.844,74</w:t>
      </w:r>
    </w:p>
    <w:p>
      <w:r>
        <w:t>09791 / 231 / 22701 / Seguridad. 0,01 0,00 0,01 0,00 0,00 0,00 0,00 0,01</w:t>
      </w:r>
    </w:p>
    <w:p>
      <w:r>
        <w:t>09791 / 231 / 22799 / Otros Trabajos Realizados Por Otras Empresas Y 212.326,41 0,00 212.326,41 141.815,66 129.692,44 118.601,90 11.090,54 82.633,97</w:t>
      </w:r>
    </w:p>
    <w:p>
      <w:r>
        <w:t>Pro</w:t>
      </w:r>
    </w:p>
    <w:p>
      <w:r>
        <w:t>09791 / 231 / 22799 / Gestión Ext. Sº Alimentación y Cafetería 1.845.750,00 0,00 1.845.750,00 1.987.292,73 1.710.295,12 1.577.874,51 132.420,61 135.454,88</w:t>
      </w:r>
    </w:p>
    <w:p>
      <w:r>
        <w:t>09791 / 231 / 22799 / Gestión Ext. Sº Guardias Médicas 227.602,00 0,00 227.602,00 152.985,00 142.292,70 123.938,10 18.354,60 85.309,30</w:t>
      </w:r>
    </w:p>
    <w:p>
      <w:r>
        <w:t>09791 / 231 / 22799 / Gestión Ext. Sº Atención Tª Enfermería 3.656.276,62 0,00 3.656.276,62 3.656.276,62 3.656.276,52 3.351.586,81 304.689,71 0,10</w:t>
      </w:r>
    </w:p>
    <w:p>
      <w:r>
        <w:t>09791 / 231 / 23020 / Del Personal No Directivo. 102,00 0,00 102,00 1.027,92 1.027,92 1.027,92 0,00 -925,92</w:t>
      </w:r>
    </w:p>
    <w:p>
      <w:r>
        <w:t>09791 / 231 / 23120 / Del Personal No Directivo. 1.020,00 0,00 1.020,00 0,00 0,00 0,00 0,00 1.020,00</w:t>
      </w:r>
    </w:p>
    <w:p>
      <w:r>
        <w:t>09791 / 231 / 62303 / Maquinaria 1.271,03 0,00 1.271,03 315,65 315,65 315,65 0,00 955,38</w:t>
      </w:r>
    </w:p>
    <w:p>
      <w:r>
        <w:t>09791 / 231 / 63200 / Edificios Y Otras Construcciones. 0,00 93.749,33 93.749,33 93.749,33 93.749,33 93.749,33 0,00 0,00</w:t>
      </w:r>
    </w:p>
    <w:p>
      <w:r>
        <w:t>09791 / 231 / 63200 / Edificios Y Otras Construcciones. 1.271,03 0,00 1.271,03 144.630,67 50.998,74 50.998,74 0,00 -49.727,71</w:t>
      </w:r>
    </w:p>
    <w:p>
      <w:r>
        <w:t>09791 / 231 / 63200 / Edificios Y Otras Construcciones. 0,00 242.133,86 242.133,86 0,00 0,00 0,00 0,00 242.133,86</w:t>
      </w:r>
    </w:p>
    <w:p>
      <w:r>
        <w:t>09791 / 231 / 63303 / Reposición Maquinaria 0,00 306.916,82 306.916,82 205.424,62 205.424,62 70.662,49 134.762,13 101.492,20</w:t>
      </w:r>
    </w:p>
    <w:p>
      <w:r>
        <w:t>09791 / 231 / 63303 / Reposición Maquinaria 0,00 37.843,23 37.843,23 601,88 601,88 601,88 0,00 37.241,35</w:t>
      </w:r>
    </w:p>
    <w:p>
      <w:r>
        <w:t>09791 / 231 / 63303 / Reposición Maquinaria 1.271,03 0,00 1.271,03 26.860,56 23.185,32 21.459,00 1.726,32 -21.914,29</w:t>
      </w:r>
    </w:p>
    <w:p>
      <w:r>
        <w:t>09791 / 231 / 63500 / Mobiliario 0,00 307.557,83 307.557,83 24.684,00 24.684,00 24.684,00 0,00 282.873,83</w:t>
      </w:r>
    </w:p>
    <w:p>
      <w:r>
        <w:t>09791 / 231 / 63500 / Mobiliario 0,00 39.903,10 39.903,10 0,00 0,00 0,00 0,00 39.903,10</w:t>
      </w:r>
    </w:p>
    <w:p>
      <w:r>
        <w:t>09791 / 231 / 63500 / Mobiliario 1.271,03 0,00 1.271,03 41.333,03 25.327,97 5.656,02 19.671,95 -24.056,94</w:t>
      </w:r>
    </w:p>
    <w:p>
      <w:r>
        <w:t>09791 / 231 / 63600 / Equipos para procesos de información 0,00 0,00 0,00 1.902,25 1.902,25 1.152,18 750,07 -1.902,25</w:t>
      </w:r>
    </w:p>
    <w:p>
      <w:r>
        <w:t>09792 / 231 / 13000 / Retribuciones Basicas. 566.786,01 0,00 566.786,01 563.494,85 563.494,85 563.494,85 0,00 3.291,16</w:t>
      </w:r>
    </w:p>
    <w:p>
      <w:r>
        <w:t>09792 / 231 / 13001 / Horas Extraordinarias. 0,01 0,00 0,01 0,00 0,00 0,00 0,00 0,01</w:t>
      </w:r>
    </w:p>
    <w:p>
      <w:r>
        <w:t>09792 / 231 / 13002 / Otras Remuneraciones 2.458,80 0,00 2.458,80 3.228,36 3.228,36 3.228,36 0,00 -769,56</w:t>
      </w:r>
    </w:p>
    <w:p>
      <w:r>
        <w:t>09792 / 231 / 13100 / Laboral Temporal. 17.350,96 0,00 17.350,96 9.593,25 9.593,25 9.593,25 0,00 7.757,71</w:t>
      </w:r>
    </w:p>
    <w:p>
      <w:r>
        <w:t>09792 / 231 / 16000 / Seguridad Social. 183.994,80 0,00 183.994,80 193.505,86 193.505,86 180.103,74 13.402,12 -9.511,06</w:t>
      </w:r>
    </w:p>
    <w:p>
      <w:r>
        <w:t>09792 / 231 / 21200 / Edificios Y Otras Construcciones. 55.100,00 0,00 55.100,00 5.843,25 5.301,83 5.301,83 0,00 49.798,17</w:t>
      </w:r>
    </w:p>
    <w:p>
      <w:r>
        <w:t>09792 / 231 / 21300 / Maquinaria, Instalaciones Tecnicas Y Utillaje. 36.189,68 0,00 36.189,68 21.434,10 16.596,63 15.428,19 1.168,44 19.593,05</w:t>
      </w:r>
    </w:p>
    <w:p>
      <w:r>
        <w:t>Página 10de 11 17 de Junio del 2025</w:t>
      </w:r>
    </w:p>
    <w:p>
      <w:r>
        <w:t>26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92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CRÉDITOS PRESUPUESTARIOS</w:t>
      </w:r>
    </w:p>
    <w:p>
      <w:r>
        <w:t>APLICACIÓN DESCRIPCIÓN INICIALES (1) MODIFICACIONES DEFINITIVOS GASTOS OBLIGACIONES PAGOS (6) OBLIGACIONES REMANENTES</w:t>
      </w:r>
    </w:p>
    <w:p>
      <w:r>
        <w:t>PRESUPUESTARIA (2) (3=1+2) COMPROMETIDOS RECONOCIDAS PENDIENTES DE DE CRÉDITO</w:t>
      </w:r>
    </w:p>
    <w:p>
      <w:r>
        <w:t>(4) NETAS (5) PAGO A 31 DE (8=3-5)</w:t>
      </w:r>
    </w:p>
    <w:p>
      <w:r>
        <w:t>DICIEMBRE</w:t>
      </w:r>
    </w:p>
    <w:p>
      <w:r>
        <w:t>(7=5-6)</w:t>
      </w:r>
    </w:p>
    <w:p>
      <w:r>
        <w:t>09792 / 231 / 21500 / Mobiliario. 102,00 0,00 102,00 1.695,95 1.695,95 1.695,95 0,00 -1.593,95</w:t>
      </w:r>
    </w:p>
    <w:p>
      <w:r>
        <w:t>09792 / 231 / 22000 / Ordinario No Inventariable. 145,74 0,00 145,74 145,75 145,75 145,75 0,00 -0,01</w:t>
      </w:r>
    </w:p>
    <w:p>
      <w:r>
        <w:t>09792 / 231 / 22002 / Material Informatico No Inventariable. 2.454,84 0,00 2.454,84 3.852,00 3.600,00 3.600,00 0,00 -1.145,16</w:t>
      </w:r>
    </w:p>
    <w:p>
      <w:r>
        <w:t>09792 / 231 / 22100 / Energia Electrica. 105.800,47 0,00 105.800,47 168.121,30 95.901,75 95.901,75 0,00 9.898,72</w:t>
      </w:r>
    </w:p>
    <w:p>
      <w:r>
        <w:t>09792 / 231 / 22101 / Agua. 36.720,00 0,00 36.720,00 37.432,68 37.432,68 37.432,68 0,00 -712,68</w:t>
      </w:r>
    </w:p>
    <w:p>
      <w:r>
        <w:t>09792 / 231 / 22104 / Vestuario. 3.060,00 0,00 3.060,00 0,00 0,00 0,00 0,00 3.060,00</w:t>
      </w:r>
    </w:p>
    <w:p>
      <w:r>
        <w:t>09792 / 231 / 22199 / Otros Suministros. 2.040,00 0,00 2.040,00 299,60 299,60 299,60 0,00 1.740,40</w:t>
      </w:r>
    </w:p>
    <w:p>
      <w:r>
        <w:t>09792 / 231 / 22300 / Transportes. 3.060,00 0,00 3.060,00 0,00 0,00 0,00 0,00 3.060,00</w:t>
      </w:r>
    </w:p>
    <w:p>
      <w:r>
        <w:t>09792 / 231 / 22699 / Otros Gastos Diversos. 1.020,00 0,00 1.020,00 0,00 0,00 0,00 0,00 1.020,00</w:t>
      </w:r>
    </w:p>
    <w:p>
      <w:r>
        <w:t>09792 / 231 / 22799 / Gest. Ext. CADI Reina Sofía 4.302.505,40 0,00 4.302.505,40 4.316.895,40 4.303.315,15 3.588.966,86 714.348,29 -809,75</w:t>
      </w:r>
    </w:p>
    <w:p>
      <w:r>
        <w:t>09792 / 231 / 23120 / Del Personal No Directivo. 1.020,00 0,00 1.020,00 0,00 0,00 0,00 0,00 1.020,00</w:t>
      </w:r>
    </w:p>
    <w:p>
      <w:r>
        <w:t>09792 / 231 / 62303 / Maquinaria 4.134,42 0,00 4.134,42 0,00 0,00 0,00 0,00 4.134,42</w:t>
      </w:r>
    </w:p>
    <w:p>
      <w:r>
        <w:t>09792 / 231 / 63200 / Edificios Y Otras Construcciones. 0,00 900.368,33 900.368,33 557.958,62 557.958,62 557.958,62 0,00 342.409,71</w:t>
      </w:r>
    </w:p>
    <w:p>
      <w:r>
        <w:t>09792 / 231 / 63200 / Edificios y Otras Construcciones 0,00 20.403,42 20.403,42 0,00 0,00 0,00 0,00 20.403,42</w:t>
      </w:r>
    </w:p>
    <w:p>
      <w:r>
        <w:t>09792 / 231 / 63200 / Edificios y Otras Construcciones 73.209,19 0,00 73.209,19 32.044,64 32.044,64 5.191,47 26.853,17 41.164,55</w:t>
      </w:r>
    </w:p>
    <w:p>
      <w:r>
        <w:t>09792 / 231 / 63200 / Edificios y Otras Construcciones 0,00 409.196,63 409.196,63 0,00 0,00 0,00 0,00 409.196,63</w:t>
      </w:r>
    </w:p>
    <w:p>
      <w:r>
        <w:t>09792 / 231 / 63303 / Reposición Maquinaria 0,00 185.023,17 185.023,17 159.772,87 159.772,87 159.772,87 0,00 25.250,30</w:t>
      </w:r>
    </w:p>
    <w:p>
      <w:r>
        <w:t>09792 / 231 / 63303 / Reposición Maquinaria 0,00 12.305,00 12.305,00 0,00 0,00 0,00 0,00 12.305,00</w:t>
      </w:r>
    </w:p>
    <w:p>
      <w:r>
        <w:t>09792 / 231 / 63303 / Reposición Maquinaria 2.078,40 0,00 2.078,40 44.830,81 44.552,61 3.120,02 41.432,59 -42.474,21</w:t>
      </w:r>
    </w:p>
    <w:p>
      <w:r>
        <w:t>09792 / 231 / 63500 / Mobiliario. 0,00 135.967,40 135.967,40 0,00 0,00 0,00 0,00 135.967,40</w:t>
      </w:r>
    </w:p>
    <w:p>
      <w:r>
        <w:t>09792 / 231 / 63500 / Mobiliario. 0,00 7.075,38 7.075,38 0,00 0,00 0,00 0,00 7.075,38</w:t>
      </w:r>
    </w:p>
    <w:p>
      <w:r>
        <w:t>09792 / 231 / 63500 / Mobiliario. 28.919,26 0,00 28.919,26 327,74 327,74 327,74 0,00 28.591,52</w:t>
      </w:r>
    </w:p>
    <w:p>
      <w:r>
        <w:t>09792 / 231 / 63600 / Equipos para procesos de información 0,00 0,00 0,00 1.857,31 1.857,31 1.857,31 0,00 -1.857,31</w:t>
      </w:r>
    </w:p>
    <w:p>
      <w:r>
        <w:t>TOTAL 156.300.835,13 111.093.159,35 267.393.994,48 177.561.378,60 155.066.588,12 131.288.569,25 23.778.018,87 112.327.406,36</w:t>
      </w:r>
    </w:p>
    <w:p>
      <w:r>
        <w:t>Página 11de 11 17 de Junio del 2025</w:t>
      </w:r>
    </w:p>
    <w:p>
      <w:r>
        <w:t>27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LIQUIDACIÓN DEL PRESUPUESTO DE GASTOS POR VINCULACIÓN JURÍDICA</w:t>
      </w:r>
    </w:p>
    <w:p>
      <w:r>
        <w:t>Periodo: 2024</w:t>
      </w:r>
    </w:p>
    <w:p>
      <w:r>
        <w:t>BOLSA DE VINCULACIÓN INICIALES MODIFICACIONES DEFINITIVOS GASTOS OBLIGACIONES PAGOS OBLIGACIONES REMANENTES DE</w:t>
      </w:r>
    </w:p>
    <w:p>
      <w:r>
        <w:t>COMPROMETIDOS RECONOCIDAS NETAS PDTES DE PAGO A 31 CRÉDITO</w:t>
      </w:r>
    </w:p>
    <w:p>
      <w:r>
        <w:t>DE DICIEMBRE</w:t>
      </w:r>
    </w:p>
    <w:p>
      <w:r>
        <w:t>*/231*/1* 16.343.351,42 -2.128.864,59 14.214.486,83 13.597.789,59 13.597.789,59 13.597.789,59 0,00 616.697,24</w:t>
      </w:r>
    </w:p>
    <w:p>
      <w:r>
        <w:t>*/231*/13001* 1.000,04 0,00 1.000,04 0,00 0,00 0,00 0,00 1.000,04</w:t>
      </w:r>
    </w:p>
    <w:p>
      <w:r>
        <w:t>*/231*/13002* 970.300,40 0,00 970.300,40 620.023,04 620.023,04 620.023,04 0,00 350.277,36</w:t>
      </w:r>
    </w:p>
    <w:p>
      <w:r>
        <w:t>*/231*/131* 3.711.898,43 1.628.864,59 5.340.763,02 5.340.763,02 5.340.763,02 5.340.763,02 0,00 0,00</w:t>
      </w:r>
    </w:p>
    <w:p>
      <w:r>
        <w:t>*/231*/15* 947.692,53 0,00 947.692,53 855.480,81 855.480,81 855.480,81 0,00 92.211,72</w:t>
      </w:r>
    </w:p>
    <w:p>
      <w:r>
        <w:t>*/231*/16* 7.281.272,71 500.000,00 7.781.272,71 7.774.263,75 7.643.934,01 7.125.637,90 518.296,11 137.338,70</w:t>
      </w:r>
    </w:p>
    <w:p>
      <w:r>
        <w:t>*/231*/20* 36.305,11 0,00 36.305,11 36.305,10 15.557,70 15.154,48 403,22 20.747,41</w:t>
      </w:r>
    </w:p>
    <w:p>
      <w:r>
        <w:t>*/231*/21* 1.302.104,71 0,00 1.302.104,71 894.039,95 667.672,85 585.378,92 82.293,93 634.431,86</w:t>
      </w:r>
    </w:p>
    <w:p>
      <w:r>
        <w:t>*/231*/22* 72.288.976,79 7.193.997,22 79.482.974,01 60.280.988,65 57.315.851,33 48.534.494,91 8.781.356,42 22.167.122,68</w:t>
      </w:r>
    </w:p>
    <w:p>
      <w:r>
        <w:t>*/231*/23* 19.380,00 25.000,00 44.380,00 35.202,95 35.202,95 35.202,95 0,00 9.177,05</w:t>
      </w:r>
    </w:p>
    <w:p>
      <w:r>
        <w:t>*/231*/25* 16.728.347,51 174.800,81 16.903.148,32 16.661.637,40 14.308.898,48 12.010.698,56 2.298.199,92 2.594.249,84</w:t>
      </w:r>
    </w:p>
    <w:p>
      <w:r>
        <w:t>*/231*/26* 27.192.672,60 3.413.823,85 30.606.496,45 30.590.495,83 25.590.821,41 21.307.912,68 4.282.908,73 5.015.675,04</w:t>
      </w:r>
    </w:p>
    <w:p>
      <w:r>
        <w:t>*/231*/46* 41.281,44 42.500,00 83.781,44 82.588,64 82.588,64 67.688,64 14.900,00 1.192,80</w:t>
      </w:r>
    </w:p>
    <w:p>
      <w:r>
        <w:t>*/231*/47* 33.000,00 0,00 33.000,00 13.000,00 13.000,00 13.000,00 0,00 20.000,00</w:t>
      </w:r>
    </w:p>
    <w:p>
      <w:r>
        <w:t>*/231*/48* 442.387,56 0,00 442.387,56 424.448,22 424.448,22 424.448,22 0,00 17.939,34</w:t>
      </w:r>
    </w:p>
    <w:p>
      <w:r>
        <w:t>*/231*/6* 7.051.279,25 97.859.483,25 104.910.762,50 37.685.612,30 25.885.816,72 18.093.156,18 7.792.660,54 79.024.945,78</w:t>
      </w:r>
    </w:p>
    <w:p>
      <w:r>
        <w:t>*/231*/7* 1.770.712,37 0,00 1.770.712,37 748.541,37 748.541,37 748.541,37 0,00 1.022.171,00</w:t>
      </w:r>
    </w:p>
    <w:p>
      <w:r>
        <w:t>09710/231/352000124 300,00 0,00 300,00 0,00 0,00 0,00 0,00 300,00</w:t>
      </w:r>
    </w:p>
    <w:p>
      <w:r>
        <w:t>09710/231/352000224 0,01 0,00 0,01 0,00 0,00 0,00 0,00 0,01</w:t>
      </w:r>
    </w:p>
    <w:p>
      <w:r>
        <w:t>09710/231/352000424 0,01 0,00 0,01 0,00 0,00 0,00 0,00 0,01</w:t>
      </w:r>
    </w:p>
    <w:p>
      <w:r>
        <w:t>09710/231/352000524 0,01 0,00 0,01 0,00 0,00 0,00 0,00 0,01</w:t>
      </w:r>
    </w:p>
    <w:p>
      <w:r>
        <w:t>09710/231/762000223(2023) 0,00 433.961,65 433.961,65 0,00 0,00 0,00 0,00 433.961,65</w:t>
      </w:r>
    </w:p>
    <w:p>
      <w:r>
        <w:t>09710/231/762000422(2022) 0,00 1.568.730,55 1.568.730,55 1.568.730,55 1.568.730,55 1.568.730,55 0,00 0,00</w:t>
      </w:r>
    </w:p>
    <w:p>
      <w:r>
        <w:t>09710/231/762001722(2022) 0,00 8.000,00 8.000,00 8.000,00 8.000,00 8.000,00 0,00 0,00</w:t>
      </w:r>
    </w:p>
    <w:p>
      <w:r>
        <w:t>09710/231/762002322(2022) 0,00 109.531,78 109.531,78 0,00 0,00 0,00 0,00 109.531,78</w:t>
      </w:r>
    </w:p>
    <w:p>
      <w:r>
        <w:t>09710/231/830000024 138.572,23 0,00 138.572,23 80.137,19 80.137,19 73.137,19 7.000,00 58.435,04</w:t>
      </w:r>
    </w:p>
    <w:p>
      <w:r>
        <w:t>09770/231/227991023(2023) 0,00 263.330,24 263.330,24 263.330,24 263.330,24 263.330,24 0,00 0,00</w:t>
      </w:r>
    </w:p>
    <w:p>
      <w:r>
        <w:t>156.300.835,13 111.093.159,35 267.393.994,48 177.561.378,60 155.066.588,12 131.288.569,25 23.778.018,87 112.327.406,36</w:t>
      </w:r>
    </w:p>
    <w:p>
      <w:r>
        <w:t>Página 1de 1 17 de Junio del 2025</w:t>
      </w:r>
    </w:p>
    <w:p>
      <w:r>
        <w:t>28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Liquidación del Presupuesto de Ingresos</w:t>
      </w:r>
    </w:p>
    <w:p>
      <w:r>
        <w:t>Periodo: 2024</w:t>
      </w:r>
    </w:p>
    <w:p>
      <w:r>
        <w:t>PREVISIONES PRESUPUESTARIAS</w:t>
      </w:r>
    </w:p>
    <w:p>
      <w:r>
        <w:t>APLICACIÓN DESCRIPCIÓN INICIALES (1) MODIFICACIONESD EFINITIVAS DERECHOS DERECHOS DERECHOS DERECHOS RECAUDACIÓN DERECHOS EXCESO/</w:t>
      </w:r>
    </w:p>
    <w:p>
      <w:r>
        <w:t>PRESUPUESTARIA (2) (3=1+2) RECONOCIDOS ANULADOS (5) CANCELADOS RECONOCIDOS NETA (8) PENDIENTES DEFECTO</w:t>
      </w:r>
    </w:p>
    <w:p>
      <w:r>
        <w:t>(4) (6) NETOS DE COBRO A PREVISIÓN</w:t>
      </w:r>
    </w:p>
    <w:p>
      <w:r>
        <w:t>(7=4-5-6) 31 DE (10=7-3)</w:t>
      </w:r>
    </w:p>
    <w:p>
      <w:r>
        <w:t>DICIEMBRE</w:t>
      </w:r>
    </w:p>
    <w:p>
      <w:r>
        <w:t>(9=7-8)</w:t>
      </w:r>
    </w:p>
    <w:p>
      <w:r>
        <w:t>09710 / 30000 / Energia Solar Fotovoltaica (telde, 30.750,00 0,00 30.750,00 33.614,92 0,00 0,00 33.614,92 33.614,92 0,00 2.864,92</w:t>
      </w:r>
    </w:p>
    <w:p>
      <w:r>
        <w:t>Tablero, Guia)</w:t>
      </w:r>
    </w:p>
    <w:p>
      <w:r>
        <w:t>09770 / 34100 / Precios Publicos Pabellon Norte Taliarte 446.123,70 0,00 446.123,70 380.579,42 0,00 0,00 380.579,42 317.650,17 62.929,25 -65.544,28</w:t>
      </w:r>
    </w:p>
    <w:p>
      <w:r>
        <w:t>09730 / 34100 / Hospitaliz. C. Sanidad H. Dermatologico 781.666,20 0,00 781.666,20 697.068,75 0,00 0,00 697.068,75 581.424,55 115.644,20 -84.597,45</w:t>
      </w:r>
    </w:p>
    <w:p>
      <w:r>
        <w:t>09791 / 34100 / Precios Publicos Por Prest. Servicios 1.455.222,00 0,00 1.455.222,00 1.633.797,12 0,00 0,00 1.633.797,12 1.590.046,29 43.750,83 178.575,12</w:t>
      </w:r>
    </w:p>
    <w:p>
      <w:r>
        <w:t>RMP Taliarte</w:t>
      </w:r>
    </w:p>
    <w:p>
      <w:r>
        <w:t>09720 / 34101 / Hospitalizacion C. Sanidad.l: H. Sabinal 336.317,40 0,00 336.317,40 318.980,82 0,00 0,00 318.980,82 264.306,27 54.674,55 -17.336,58</w:t>
      </w:r>
    </w:p>
    <w:p>
      <w:r>
        <w:t>09770 / 34102 / Precios Publicos Residencia Valleseco 89.459,10 0,00 89.459,10 97.187,85 0,00 0,00 97.187,85 82.523,64 14.664,21 7.728,75</w:t>
      </w:r>
    </w:p>
    <w:p>
      <w:r>
        <w:t>09770 / 34103 / Precios Públicos CSS. Aldea De 192.112,92 0,00 192.112,92 200.838,23 0,00 0,00 200.838,23 170.083,02 30.755,21 8.725,31</w:t>
      </w:r>
    </w:p>
    <w:p>
      <w:r>
        <w:t>S.Nicolás</w:t>
      </w:r>
    </w:p>
    <w:p>
      <w:r>
        <w:t>09770 / 34104 / Precios Publicos CSS. Moya 85.583,16 0,00 85.583,16 92.659,85 0,00 0,00 92.659,85 78.636,56 14.023,29 7.076,69</w:t>
      </w:r>
    </w:p>
    <w:p>
      <w:r>
        <w:t>09770 / 34105 / Precios Publicos CSS. Arucas 254.708,88 0,00 254.708,88 156.851,69 0,00 0,00 156.851,69 131.056,66 25.795,03 -97.857,19</w:t>
      </w:r>
    </w:p>
    <w:p>
      <w:r>
        <w:t>09770 / 34106 / Precios Publicos CSS. Ingenio 108.526,32 0,00 108.526,32 91.738,37 0,00 0,00 91.738,37 83.862,36 7.876,01 -16.787,95</w:t>
      </w:r>
    </w:p>
    <w:p>
      <w:r>
        <w:t>09770 / 34107 / Precios Publicos CSS. El Pino 1.639.279,26 0,00 1.639.279,26 894.357,05 0,00 0,00 894.357,05 747.686,01 146.671,04 -744.922,21</w:t>
      </w:r>
    </w:p>
    <w:p>
      <w:r>
        <w:t>09770 / 34108 / Precios Publicos CSS. San Nicolás de 155.037,60 0,00 155.037,60 122.854,01 0,00 0,00 122.854,01 112.720,73 10.133,28 -32.183,59</w:t>
      </w:r>
    </w:p>
    <w:p>
      <w:r>
        <w:t>Bari</w:t>
      </w:r>
    </w:p>
    <w:p>
      <w:r>
        <w:t>09770 / 34110 / Precios Publicos CSS. Santa Brígida 492.908,40 0,00 492.908,40 516.776,65 0,00 0,00 516.776,65 446.272,74 70.503,91 23.868,25</w:t>
      </w:r>
    </w:p>
    <w:p>
      <w:r>
        <w:t>09770 / 34111 / Precios Publicos CSS. Agüimes 240.503,58 0,00 240.503,58 216.232,71 0,00 0,00 216.232,71 198.993,95 17.238,76 -24.270,87</w:t>
      </w:r>
    </w:p>
    <w:p>
      <w:r>
        <w:t>09770 / 34112 / Precios Publicos CSS. Vecindario 442.638,36 0,00 442.638,36 293.061,08 0,00 0,00 293.061,08 244.352,87 48.708,21 -149.577,28</w:t>
      </w:r>
    </w:p>
    <w:p>
      <w:r>
        <w:t>09770 / 34114 / Precios Publicos CSS. Guía 157.385,70 0,00 157.385,70 92.331,80 0,00 0,00 92.331,80 81.404,93 10.926,87 -65.053,90</w:t>
      </w:r>
    </w:p>
    <w:p>
      <w:r>
        <w:t>09770 / 34116 / Precios Publicos Centro Dia Ingenio 44.500,00 0,00 44.500,00 52.956,39 0,00 0,00 52.956,39 45.181,20 7.775,19 8.456,39</w:t>
      </w:r>
    </w:p>
    <w:p>
      <w:r>
        <w:t>09770 / 34117 / Precios Publicos Centro Dia Mogán 78.300,00 0,00 78.300,00 85.155,13 0,00 0,00 85.155,13 72.141,67 13.013,46 6.855,13</w:t>
      </w:r>
    </w:p>
    <w:p>
      <w:r>
        <w:t>09770 / 34118 / Precios Publicos CSS. Gáldar 291.750,12 0,00 291.750,12 316.782,93 0,00 0,00 316.782,93 269.002,14 47.780,79 25.032,81</w:t>
      </w:r>
    </w:p>
    <w:p>
      <w:r>
        <w:t>09770 / 34119 / Precios Publicos Asoc. Óscar Gutiérrez 35.235,00 0,00 35.235,00 29.313,00 0,00 0,00 29.313,00 24.849,90 4.463,10 -5.922,00</w:t>
      </w:r>
    </w:p>
    <w:p>
      <w:r>
        <w:t>09770 / 34120 / Precios Publicos CED. San Barrtolomé 117.450,00 0,00 117.450,00 126.006,92 0,00 0,00 126.006,92 107.254,07 18.752,85 8.556,92</w:t>
      </w:r>
    </w:p>
    <w:p>
      <w:r>
        <w:t>de T. Mayores</w:t>
      </w:r>
    </w:p>
    <w:p>
      <w:r>
        <w:t>09770 / 34122 / Precios Publicos CSS. Artenara 31.007,52 0,00 31.007,52 43.235,82 0,00 0,00 43.235,82 36.129,93 7.105,89 12.228,30</w:t>
      </w:r>
    </w:p>
    <w:p>
      <w:r>
        <w:t>09770 / 34123 / Precios Publicos CED S.Juan (Asoc. 109.620,00 0,00 109.620,00 108.801,79 0,00 0,00 108.801,79 92.844,25 15.957,54 -818,21</w:t>
      </w:r>
    </w:p>
    <w:p>
      <w:r>
        <w:t>Lazoss).</w:t>
      </w:r>
    </w:p>
    <w:p>
      <w:r>
        <w:t>09770 / 34124 / Precios Públicos Residenc. Mayores 73.642,86 0,00 73.642,86 79.108,53 0,00 0,00 79.108,53 66.845,31 12.263,22 5.465,67</w:t>
      </w:r>
    </w:p>
    <w:p>
      <w:r>
        <w:t>S.Vicente Paul</w:t>
      </w:r>
    </w:p>
    <w:p>
      <w:r>
        <w:t>09770 / 34125 / Precios Públicos Residencia Labouré 54.263,16 0,00 54.263,16 64.402,62 0,00 0,00 64.402,62 54.066,78 10.335,84 10.139,46</w:t>
      </w:r>
    </w:p>
    <w:p>
      <w:r>
        <w:t>Cia. Hnas. Car</w:t>
      </w:r>
    </w:p>
    <w:p>
      <w:r>
        <w:t>09770 / 34126 / Precios Públicos Asos.Alzheimer 84.172,50 0,00 84.172,50 91.581,13 0,00 0,00 91.581,13 78.113,53 13.467,60 7.408,63</w:t>
      </w:r>
    </w:p>
    <w:p>
      <w:r>
        <w:t>Canarias (ALCA)</w:t>
      </w:r>
    </w:p>
    <w:p>
      <w:r>
        <w:t>09770 / 34127 / Precios Públicos CED Juan Alvarado 39.150,00 0,00 39.150,00 42.409,76 0,00 0,00 42.409,76 35.996,99 6.412,77 3.259,76</w:t>
      </w:r>
    </w:p>
    <w:p>
      <w:r>
        <w:t>(Santa Lucía)</w:t>
      </w:r>
    </w:p>
    <w:p>
      <w:r>
        <w:t>Página 1de 3 17 de Junio del 2025</w:t>
      </w:r>
    </w:p>
    <w:p>
      <w:r>
        <w:t>29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PREVISIONES PRESUPUESTARIAS</w:t>
      </w:r>
    </w:p>
    <w:p>
      <w:r>
        <w:t>APLICACIÓN DESCRIPCIÓN INICIALES (1) MODIFICACIONESD EFINITIVAS DERECHOS DERECHOS DERECHOS DERECHOS RECAUDACIÓN DERECHOS EXCESO/</w:t>
      </w:r>
    </w:p>
    <w:p>
      <w:r>
        <w:t>PRESUPUESTARIA (2) (3=1+2) RECONOCIDOS ANULADOS (5) CANCELADOS RECONOCIDOS NETA (8) PENDIENTES DEFECTO</w:t>
      </w:r>
    </w:p>
    <w:p>
      <w:r>
        <w:t>(4) (6) NETOS DE COBRO A PREVISIÓN</w:t>
      </w:r>
    </w:p>
    <w:p>
      <w:r>
        <w:t>(7=4-5-6) 31 DE (10=7-3)</w:t>
      </w:r>
    </w:p>
    <w:p>
      <w:r>
        <w:t>DICIEMBRE</w:t>
      </w:r>
    </w:p>
    <w:p>
      <w:r>
        <w:t>(9=7-8)</w:t>
      </w:r>
    </w:p>
    <w:p>
      <w:r>
        <w:t>09770 / 34129 / Precios Públicos Mayores A licitar IAS 235.786,35 0,00 235.786,35 0,00 0,00 0,00 0,00 0,00 0,00 -235.786,35</w:t>
      </w:r>
    </w:p>
    <w:p>
      <w:r>
        <w:t>09770 / 34130 / Precios Públicos Residencia de Mayores 155.037,60 0,00 155.037,60 165.394,53 0,00 0,00 165.394,53 139.554,93 25.839,60 10.356,93</w:t>
      </w:r>
    </w:p>
    <w:p>
      <w:r>
        <w:t>de Agüimes</w:t>
      </w:r>
    </w:p>
    <w:p>
      <w:r>
        <w:t>09770 / 34131 / Precios Públicos CS El Sabinal 0,01 0,00 0,01 0,00 0,00 0,00 0,00 0,00 0,00 -0,01</w:t>
      </w:r>
    </w:p>
    <w:p>
      <w:r>
        <w:t>09770 / 34132 / Precios Públicos Centro de Día Ayto. de 35.600,00 0,00 35.600,00 34.017,80 0,00 0,00 34.017,80 29.037,92 4.979,88 -1.582,20</w:t>
      </w:r>
    </w:p>
    <w:p>
      <w:r>
        <w:t>Arucas</w:t>
      </w:r>
    </w:p>
    <w:p>
      <w:r>
        <w:t>09770 / 34133 / Precios Públicos C. Día Los Almendros 58.725,00 0,00 58.725,00 62.461,60 0,00 0,00 62.461,60 57.810,58 4.651,02 3.736,60</w:t>
      </w:r>
    </w:p>
    <w:p>
      <w:r>
        <w:t>09770 / 34134 / Precios Públicos C.Día Casa Hortensia 33.277,50 0,00 33.277,50 38.375,19 0,00 0,00 38.375,19 28.752,12 9.623,07 5.097,69</w:t>
      </w:r>
    </w:p>
    <w:p>
      <w:r>
        <w:t>09770 / 34135 / Precios Públicos ASIDMA Sevicios 90.045,00 0,00 90.045,00 74.774,24 0,00 0,00 74.774,24 74.774,24 0,00 -15.270,76</w:t>
      </w:r>
    </w:p>
    <w:p>
      <w:r>
        <w:t>Sociales SL</w:t>
      </w:r>
    </w:p>
    <w:p>
      <w:r>
        <w:t>09710 / 38900 / Pagos Indebidos Ejercicios Cerrados 30.000,00 0,00 30.000,00 19.362,50 0,00 0,00 19.362,50 19.362,50 0,00 -10.637,50</w:t>
      </w:r>
    </w:p>
    <w:p>
      <w:r>
        <w:t>09710 / 38901 / Reintegros Por Cuenta Del Contratista 299.289,57 0,00 299.289,57 286.787,07 0,00 0,00 286.787,07 286.787,07 0,00 -12.502,50</w:t>
      </w:r>
    </w:p>
    <w:p>
      <w:r>
        <w:t>09710 / 38903 / Reintegros De Ayuda Medico 1.025,00 0,00 1.025,00 68,00 0,00 0,00 68,00 68,00 0,00 -957,00</w:t>
      </w:r>
    </w:p>
    <w:p>
      <w:r>
        <w:t>Farmaceutica</w:t>
      </w:r>
    </w:p>
    <w:p>
      <w:r>
        <w:t>09710 / 39190 / otras multas y sanciones 62.000,00 0,00 62.000,00 110.925,78 0,00 0,00 110.925,78 12.689,26 98.236,52 48.925,78</w:t>
      </w:r>
    </w:p>
    <w:p>
      <w:r>
        <w:t>09710 / 39800 / Indemnizaciones de seguro de no vida 5.125,00 0,00 5.125,00 0,00 0,00 0,00 0,00 0,00 0,00 -5.125,00</w:t>
      </w:r>
    </w:p>
    <w:p>
      <w:r>
        <w:t>09710 / 39901 / Otros Ingresos Imprevistos 10.250,00 0,00 10.250,00 1.631,13 0,00 0,00 1.631,13 1.631,13 0,00 -8.618,87</w:t>
      </w:r>
    </w:p>
    <w:p>
      <w:r>
        <w:t>09710 / 39904 / Reintegro Pagos A Justificar - Ayuda 1.025,00 0,00 1.025,00 10,00 0,00 0,00 10,00 10,00 0,00 -1.015,00</w:t>
      </w:r>
    </w:p>
    <w:p>
      <w:r>
        <w:t>Medico-farmac</w:t>
      </w:r>
    </w:p>
    <w:p>
      <w:r>
        <w:t>09710 / 40000 / Partic. Tributos Estado en Mat. Sanitaria 10.200.428,51 0,00 10.200.428,51 10.200.428,51 0,00 0,00 10.200.428,51 0,00 10.200.428,51 0,00</w:t>
      </w:r>
    </w:p>
    <w:p>
      <w:r>
        <w:t>09770 / 40000 / Transf. Cabildo Aportación 69.643.628,54 4.592.323,79 74.235.952,33 74.235.952,33 0,00 0,00 74.235.952,33 0,00 74.235.952,33 0,00</w:t>
      </w:r>
    </w:p>
    <w:p>
      <w:r>
        <w:t>CC.AA.Convenio Depend. 2018-2021</w:t>
      </w:r>
    </w:p>
    <w:p>
      <w:r>
        <w:t>09770 / 40000 / Transf. Cabildo Aportación 0,00 6.257.798,09 6.257.798,09 6.257.798,09 0,00 0,00 6.257.798,09 0,00 6.257.798,09 0,00</w:t>
      </w:r>
    </w:p>
    <w:p>
      <w:r>
        <w:t>CC.AA.Convenio Depend. 2018-2021</w:t>
      </w:r>
    </w:p>
    <w:p>
      <w:r>
        <w:t>Anual. 2023 Adenda 5ª</w:t>
      </w:r>
    </w:p>
    <w:p>
      <w:r>
        <w:t>09770 / 40002 / Transf. Cabildo Para Gtos. Corrientes 29.248.198,93 0,00 29.248.198,93 29.248.198,93 0,00 0,00 29.248.198,93 21.936.149,19 7.312.049,74 0,00</w:t>
      </w:r>
    </w:p>
    <w:p>
      <w:r>
        <w:t>Convenio Depend. 2018-2021</w:t>
      </w:r>
    </w:p>
    <w:p>
      <w:r>
        <w:t>09710 / 40003 / Transf. Cabildo Para Gastos De Personal 29.255.515,53 0,00 29.255.515,53 29.255.515,53 0,00 0,00 29.255.515,53 12.189.798,15 17.065.717,38 0,00</w:t>
      </w:r>
    </w:p>
    <w:p>
      <w:r>
        <w:t>09710 / 45001 / Transf. CC.AA Ayuda estudios personal 0,00 0,00 0,00 18.322,21 0,00 0,00 18.322,21 18.322,21 0,00 18.322,21</w:t>
      </w:r>
    </w:p>
    <w:p>
      <w:r>
        <w:t>delegado</w:t>
      </w:r>
    </w:p>
    <w:p>
      <w:r>
        <w:t>09710 / 52000 / Intereses De Depositos En Cuentas 108.000,00 0,00 108.000,00 253.822,30 0,00 0,00 253.822,30 253.822,30 0,00 145.822,30</w:t>
      </w:r>
    </w:p>
    <w:p>
      <w:r>
        <w:t>Corrientes</w:t>
      </w:r>
    </w:p>
    <w:p>
      <w:r>
        <w:t>09770 / 70000 / Transf.Cabildo Aportación CC.AA. II 0,00 12.500.000,00 12.500.000,00 12.500.000,00 6.757.779,10 0,00 5.742.220,90 0,00 5.742.220,90 -6.757.779,10</w:t>
      </w:r>
    </w:p>
    <w:p>
      <w:r>
        <w:t>Plan Infraestructura Socios.2017-2021</w:t>
      </w:r>
    </w:p>
    <w:p>
      <w:r>
        <w:t>09770 / 70000 / Transf.Cabildo Aportación CC.AA. II 3.375.218,00 0,00 3.375.218,00 0,00 0,00 0,00 0,00 0,00 0,00 -3.375.218,00</w:t>
      </w:r>
    </w:p>
    <w:p>
      <w:r>
        <w:t>Plan Infraestructura Socios.2017-2021</w:t>
      </w:r>
    </w:p>
    <w:p>
      <w:r>
        <w:t>09710 / 70000 / Transf. De Cabildo Para Inversiones 5.446.773,62 0,00 5.446.773,62 895.776,62 0,00 0,00 895.776,62 0,00 895.776,62 -4.550.997,00</w:t>
      </w:r>
    </w:p>
    <w:p>
      <w:r>
        <w:t>09710 / 70000 / Transf.Cabildo Aportación Cabildo. II 0,00 0,00 0,00 4.550.997,00 0,00 0,00 4.550.997,00 0,00 4.550.997,00 4.550.997,00</w:t>
      </w:r>
    </w:p>
    <w:p>
      <w:r>
        <w:t>Plan Infraestructura Socios.2017-2021</w:t>
      </w:r>
    </w:p>
    <w:p>
      <w:r>
        <w:t>09710 / 83000 / De Anticipos De Pagas Al Personal C. 72.582,45 0,00 72.582,45 20.515,18 0,00 0,00 20.515,18 3.188,00 17.327,18 -52.067,27</w:t>
      </w:r>
    </w:p>
    <w:p>
      <w:r>
        <w:t>Propios</w:t>
      </w:r>
    </w:p>
    <w:p>
      <w:r>
        <w:t>09710 / 83002 / De Anticipos De Pagas Al Personal 65.989,78 0,00 65.989,78 59.622,01 0,00 0,00 59.622,01 9.116,00 50.506,01 -6.367,77</w:t>
      </w:r>
    </w:p>
    <w:p>
      <w:r>
        <w:t>Cent. Delegados</w:t>
      </w:r>
    </w:p>
    <w:p>
      <w:r>
        <w:t>09710 / 87000 / R.T. para gastos gen.; Creditos 0,00 47.845.101,67 47.845.101,67 0,00 0,00 0,00 0,00 0,00 0,00 -47.845.101,67</w:t>
      </w:r>
    </w:p>
    <w:p>
      <w:r>
        <w:t>Extraordinarios</w:t>
      </w:r>
    </w:p>
    <w:p>
      <w:r>
        <w:t>09710 / 87000 / R.T. para gastos gen.; Incorporacion de 0,00 2.990.151,75 2.990.151,75 0,00 0,00 0,00 0,00 0,00 0,00 -2.990.151,75</w:t>
      </w:r>
    </w:p>
    <w:p>
      <w:r>
        <w:t>rem. cdto.</w:t>
      </w:r>
    </w:p>
    <w:p>
      <w:r>
        <w:t>Página 2de 3 17 de Junio del 2025</w:t>
      </w:r>
    </w:p>
    <w:p>
      <w:r>
        <w:t>30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PREVISIONES PRESUPUESTARIAS</w:t>
      </w:r>
    </w:p>
    <w:p>
      <w:r>
        <w:t>APLICACIÓN DESCRIPCIÓN INICIALES (1) MODIFICACIONESD EFINITIVAS DERECHOS DERECHOS DERECHOS DERECHOS RECAUDACIÓN DERECHOS EXCESO/</w:t>
      </w:r>
    </w:p>
    <w:p>
      <w:r>
        <w:t>PRESUPUESTARIA (2) (3=1+2) RECONOCIDOS ANULADOS (5) CANCELADOS RECONOCIDOS NETA (8) PENDIENTES DEFECTO</w:t>
      </w:r>
    </w:p>
    <w:p>
      <w:r>
        <w:t>(4) (6) NETOS DE COBRO A PREVISIÓN</w:t>
      </w:r>
    </w:p>
    <w:p>
      <w:r>
        <w:t>(7=4-5-6) 31 DE (10=7-3)</w:t>
      </w:r>
    </w:p>
    <w:p>
      <w:r>
        <w:t>DICIEMBRE</w:t>
      </w:r>
    </w:p>
    <w:p>
      <w:r>
        <w:t>(9=7-8)</w:t>
      </w:r>
    </w:p>
    <w:p>
      <w:r>
        <w:t>09710 / 87010 / R.T. para gastos gastos con financ. 0,00 36.907.784,05 36.907.784,05 0,00 0,00 0,00 0,00 0,00 0,00 -36.907.784,05</w:t>
      </w:r>
    </w:p>
    <w:p>
      <w:r>
        <w:t>afectada</w:t>
      </w:r>
    </w:p>
    <w:p>
      <w:r>
        <w:t>Total 156.300.835,13 111.093.159,35 267.393.994,48 175.169.440,89 6.757.779,10 0,00 168.411.661,79 41.107.935,04 127.303.726,75 -98.982.332,69</w:t>
      </w:r>
    </w:p>
    <w:p>
      <w:r>
        <w:t>Página 3de 3 17 de Junio del 2025</w:t>
      </w:r>
    </w:p>
    <w:p>
      <w:r>
        <w:t>31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RESULTADO PRESUPUESTARIO</w:t>
      </w:r>
    </w:p>
    <w:p>
      <w:r>
        <w:t>Periodo: 2024</w:t>
      </w:r>
    </w:p>
    <w:p>
      <w:r>
        <w:t>CONCEPTOS DERECHOS OBLIGACIONES AJUSTES RESULTADO</w:t>
      </w:r>
    </w:p>
    <w:p>
      <w:r>
        <w:t>RECONOCIDOS NETOS RECONOCIDAS NETAS PRESUPUESTARIO</w:t>
      </w:r>
    </w:p>
    <w:p>
      <w:r>
        <w:t>a) Operaciones corrientes 157.142.530,08 126.775.362,29 30.367.167,79</w:t>
      </w:r>
    </w:p>
    <w:p>
      <w:r>
        <w:t>b) Operaciones de capital 11.188.994,52 28.211.088,64 -17.022.094,12</w:t>
      </w:r>
    </w:p>
    <w:p>
      <w:r>
        <w:t>1. Total operaciones no financieras (a+b) 168.331.524,60 154.986.450,93 13.345.073,67</w:t>
      </w:r>
    </w:p>
    <w:p>
      <w:r>
        <w:t>c) Activos financieros 80.137,19 80.137,19 0,00</w:t>
      </w:r>
    </w:p>
    <w:p>
      <w:r>
        <w:t>d) Pasivos financieros 0,00 0,00 0,00</w:t>
      </w:r>
    </w:p>
    <w:p>
      <w:r>
        <w:t>2. Total operaciones financieras (c+d) 80.137,19 80.137,19 0,00</w:t>
      </w:r>
    </w:p>
    <w:p>
      <w:r>
        <w:t>I. RESULTADO PRESUPUESTARIOS DEL EJERCICIO (I=1+2) 168.411.661,79 155.066.588,12 13.345.073,67</w:t>
      </w:r>
    </w:p>
    <w:p>
      <w:r>
        <w:t>AJUSTES</w:t>
      </w:r>
    </w:p>
    <w:p>
      <w:r>
        <w:t>3. Créditos gastados financiados con remanente de tesorería para gastos generales 1.193.546,98</w:t>
      </w:r>
    </w:p>
    <w:p>
      <w:r>
        <w:t>4. Desviaciones de financiación negativas del ejercicio 11.895.674,07</w:t>
      </w:r>
    </w:p>
    <w:p>
      <w:r>
        <w:t>5. Desviaciones de financiación positivas del ejercicio 455.670,86</w:t>
      </w:r>
    </w:p>
    <w:p>
      <w:r>
        <w:t>II. TOTAL AJUSTES (II=3+4-5) 12.633.550,19</w:t>
      </w:r>
    </w:p>
    <w:p>
      <w:r>
        <w:t>RESULTADO PRESUPUESTARIO AJUSTADO (I+II) 25.978.623,86</w:t>
      </w:r>
    </w:p>
    <w:p>
      <w:r>
        <w:t>Página 1de 1 17 de Junio del 2025</w:t>
      </w:r>
    </w:p>
    <w:p>
      <w:r>
        <w:t>32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G. MEMORIA</w:t>
      </w:r>
    </w:p>
    <w:p>
      <w:r>
        <w:t>33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1 ) Organización y actividad</w:t>
      </w:r>
    </w:p>
    <w:p>
      <w:r>
        <w:t>34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SERVICIO DE INTERVENCIÓN</w:t>
      </w:r>
    </w:p>
    <w:p>
      <w:r>
        <w:t>1. ORGANIZACIÓN</w:t>
      </w:r>
    </w:p>
    <w:p>
      <w:r>
        <w:t>1.1 DATOS GENERALES:</w:t>
      </w:r>
    </w:p>
    <w:p>
      <w:r>
        <w:t>Nombre: Instituto de Atención Social y Sociosanitaria de Gran Canaria (en adelante IASS)</w:t>
      </w:r>
    </w:p>
    <w:p>
      <w:r>
        <w:t>NIF: P8500012C</w:t>
      </w:r>
    </w:p>
    <w:p>
      <w:r>
        <w:t>Dirección: Paseo de Tomás Morales, 3</w:t>
      </w:r>
    </w:p>
    <w:p>
      <w:r>
        <w:t>C.P.: 35.002 (Las Palmas de Gran Canaria)</w:t>
      </w:r>
    </w:p>
    <w:p>
      <w:r>
        <w:t>TFNO: 928138240</w:t>
      </w:r>
    </w:p>
    <w:p>
      <w:r>
        <w:t>FAX: 928383970</w:t>
      </w:r>
    </w:p>
    <w:p>
      <w:r>
        <w:t>Página Web: www.instituto-as.es</w:t>
      </w:r>
    </w:p>
    <w:p>
      <w:r>
        <w:t>Imagen Corporativa:</w:t>
      </w:r>
    </w:p>
    <w:p>
      <w:r>
        <w:t>El IASS es un organismo autónomo local dependiente del Cabildo de Gran Canaria, sin finalidad</w:t>
      </w:r>
    </w:p>
    <w:p>
      <w:r>
        <w:t>lucrativa y ámbito indefinido, con personalidad jurídica propia y plena capacidad de obrar.</w:t>
      </w:r>
    </w:p>
    <w:p>
      <w:r>
        <w:t>1.2 ACTIVIDAD PRINCIPAL DE LA ENTIDAD</w:t>
      </w:r>
    </w:p>
    <w:p>
      <w:r>
        <w:t>Al Instituto de Atención Social y Sociosanitaria le corresponden en sentido amplio la realización en</w:t>
      </w:r>
    </w:p>
    <w:p>
      <w:r>
        <w:t>la isla de Gran Canaria de las actividades de promoción, prestación y gestión directa o indirecta de</w:t>
      </w:r>
    </w:p>
    <w:p>
      <w:r>
        <w:t>recursos y servicios socio-sanitarios; la docencia e investigación de la atención socio-sanitaria y su</w:t>
      </w:r>
    </w:p>
    <w:p>
      <w:r>
        <w:t>promoción individual y colectiva en cualquiera de sus vertientes, así como la realización de otras</w:t>
      </w:r>
    </w:p>
    <w:p>
      <w:r>
        <w:t>actividades que puedan coadyuvar en la realización de aquéllos. Todo lo anterior se desarrolla con sujeción</w:t>
      </w:r>
    </w:p>
    <w:p>
      <w:r>
        <w:t>a criterios de planificación y coordinación y de acuerdo con las directrices y delegaciones emanadas del</w:t>
      </w:r>
    </w:p>
    <w:p>
      <w:r>
        <w:t>Cabildo de Gran Canaria.</w:t>
      </w:r>
    </w:p>
    <w:p>
      <w:r>
        <w:t>35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El IASS desarrolla sus funciones fundamentalmente en dos ámbitos, el de mayores y en el de</w:t>
      </w:r>
    </w:p>
    <w:p>
      <w:r>
        <w:t>disminuidos psíquicos. A estos efectos presta sus servicios bien directamente o bien indirectamente en los</w:t>
      </w:r>
    </w:p>
    <w:p>
      <w:r>
        <w:t>términos de la legislación sobre contratos de las Administraciones Públicas y a través de convenios con</w:t>
      </w:r>
    </w:p>
    <w:p>
      <w:r>
        <w:t>diversos Ayuntamientos y Asociaciones sin Ánimo de Lucro.</w:t>
      </w:r>
    </w:p>
    <w:p>
      <w:r>
        <w:t>1.3 ENTIDAD DE LA QUE DEPENDE</w:t>
      </w:r>
    </w:p>
    <w:p>
      <w:r>
        <w:t>El IASS depende del Cabildo de Gran Canaria</w:t>
      </w:r>
    </w:p>
    <w:p>
      <w:r>
        <w:t>1.4 ESTRUCTURA ORGANIZATIVA BÁSICA</w:t>
      </w:r>
    </w:p>
    <w:p>
      <w:r>
        <w:t>Los órganos de Gobierno del IASS son el Consejo Rector, el Presidente, el Vicepresidente y el Gerente.</w:t>
      </w:r>
    </w:p>
    <w:p>
      <w:r>
        <w:t>El Consejo Rector es el Órgano supremo del Instituto y asume su superior gobierno y administración.</w:t>
      </w:r>
    </w:p>
    <w:p>
      <w:r>
        <w:t>Está compuesto por 15 miembros, de los cuales once serán elegidos por el Cabildo de Gran Canaria entres</w:t>
      </w:r>
    </w:p>
    <w:p>
      <w:r>
        <w:t>sus consejeros y los otros cuatro serán elegidos por el Presidente a propuesta del Servicio Canario de Salud,</w:t>
      </w:r>
    </w:p>
    <w:p>
      <w:r>
        <w:t>de la Dirección General de Servicios Sociales del Gobierno de Canarias, de los Ayuntamientos de la Isla de</w:t>
      </w:r>
    </w:p>
    <w:p>
      <w:r>
        <w:t>Gran Canaria (a través de la FECAM) y a propuesta del Consejo de Mayores. Igualmente acudirán a las</w:t>
      </w:r>
    </w:p>
    <w:p>
      <w:r>
        <w:t>reuniones, con voz, pero sin voto, el Secretario y el Interventor de la Corporación Insular.</w:t>
      </w:r>
    </w:p>
    <w:p>
      <w:r>
        <w:t>El Presidente: le corresponden las funciones que se desarrollan en el estatuto, entre las que se</w:t>
      </w:r>
    </w:p>
    <w:p>
      <w:r>
        <w:t>encuentran representar al Instituto, dirigir las deliberaciones y firmar las actas y documentos.</w:t>
      </w:r>
    </w:p>
    <w:p>
      <w:r>
        <w:t>Vicepresidente: le corresponde sustituir al presidente en caso de ausencia, vacante o enfermedad.</w:t>
      </w:r>
    </w:p>
    <w:p>
      <w:r>
        <w:t>El Gerente será nombrado y cesado por el Consejo Rector a propuesta de su Presidente</w:t>
      </w:r>
    </w:p>
    <w:p>
      <w:r>
        <w:t>correspondiéndole ejecutar los acuerdos y dirigir y coordinar el funcionamiento de la entidad según las</w:t>
      </w:r>
    </w:p>
    <w:p>
      <w:r>
        <w:t>directrices del Consejo Rector y del Presidente.</w:t>
      </w:r>
    </w:p>
    <w:p>
      <w:r>
        <w:t>1.5 NÚMERO MEDIO DE EMPLEADOS DEL EJERCICIO</w:t>
      </w:r>
    </w:p>
    <w:p>
      <w:r>
        <w:t>El número medio de empleados durante el ejercicio del 2024 fue de 697 empleados.</w:t>
      </w:r>
    </w:p>
    <w:p>
      <w:r>
        <w:t>1.6 ENTIDADES DEPENDIENTES</w:t>
      </w:r>
    </w:p>
    <w:p>
      <w:r>
        <w:t>El IASS no tiene ninguna Entidad Dependiente</w:t>
      </w:r>
    </w:p>
    <w:p>
      <w:r>
        <w:t>1.7 ENTIDADES PÚBLICAS EN LAS QUE PARTICIPE</w:t>
      </w:r>
    </w:p>
    <w:p>
      <w:r>
        <w:t>El IASS no participa en ninguna Entidad Pública</w:t>
      </w:r>
    </w:p>
    <w:p>
      <w:r>
        <w:t>1.8 FUNDACIONES EN LAS QUE FORME PARTE</w:t>
      </w:r>
    </w:p>
    <w:p>
      <w:r>
        <w:t>El IASS no forma parte del patronato de ninguna fundación.</w:t>
      </w:r>
    </w:p>
    <w:p>
      <w:r>
        <w:t>1.9 PRINCIPALES FUENTES DE FINANCIACIÓN DE LA ENTIDAD Y SU IMPORTANCIA RELATIVA</w:t>
      </w:r>
    </w:p>
    <w:p>
      <w:r>
        <w:t>Las fuentes de financiación del presupuesto de esta entidad están contenidas en la tabla adjunta y se</w:t>
      </w:r>
    </w:p>
    <w:p>
      <w:r>
        <w:t>corresponden con las previsiones iniciales de ingresos del presupuesto del 2024. Se expone a continuación,</w:t>
      </w:r>
    </w:p>
    <w:p>
      <w:r>
        <w:t>36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93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agrupados por conceptos los derechos reconocidos y el porcentaje que representan sobre el total, según los</w:t>
      </w:r>
    </w:p>
    <w:p>
      <w:r>
        <w:t>datos extraídos de la liquidación del presupuesto:</w:t>
      </w:r>
    </w:p>
    <w:p>
      <w:r>
        <w:t>FUENTE DE FINANCIACIÓN IMPORTE %</w:t>
      </w:r>
    </w:p>
    <w:p>
      <w:r>
        <w:t>Recursos Propios 8.884.499,77 6,03 %</w:t>
      </w:r>
    </w:p>
    <w:p>
      <w:r>
        <w:t>Estado 10.200.428,51 6,93 %</w:t>
      </w:r>
    </w:p>
    <w:p>
      <w:r>
        <w:t>Comunidad Autónoma 69.643.628,54 47,30 %</w:t>
      </w:r>
    </w:p>
    <w:p>
      <w:r>
        <w:t>Cabildo de Gran Canaria 58.503.714,46 39,74 %</w:t>
      </w:r>
    </w:p>
    <w:p>
      <w:r>
        <w:t>TOTAL 147.232.271,28 100,00 %</w:t>
      </w:r>
    </w:p>
    <w:p>
      <w:r>
        <w:t>DR NETOS POR CONCEPTO PRESUPUESTARIO 2024</w:t>
      </w:r>
    </w:p>
    <w:p>
      <w:r>
        <w:t>CONCEPTO PRESUPUESTARIO IMPORTE %</w:t>
      </w:r>
    </w:p>
    <w:p>
      <w:r>
        <w:t>300. VENTAS 33.614,92 0,02 %</w:t>
      </w:r>
    </w:p>
    <w:p>
      <w:r>
        <w:t>341. SERVICIOS ASISTENCIALES 7.220.092,78 4,29 %</w:t>
      </w:r>
    </w:p>
    <w:p>
      <w:r>
        <w:t>389. OTROS REINTEGROS POR OPERACIONES CORRIENTES 306.217,57 0,18 %</w:t>
      </w:r>
    </w:p>
    <w:p>
      <w:r>
        <w:t>391. MULTAS 110.925,78 0,07 %</w:t>
      </w:r>
    </w:p>
    <w:p>
      <w:r>
        <w:t>398. INDEMNIZACIONES DE SEGURO DE NO VIDA ,00 0,00 %</w:t>
      </w:r>
    </w:p>
    <w:p>
      <w:r>
        <w:t>399. OTROS INGRESOS DIVERSOS 1.641,13 0,00 %</w:t>
      </w:r>
    </w:p>
    <w:p>
      <w:r>
        <w:t>400. TRANSFERENCIAS CORRIENTES DEL CABILDO DE G.C. 149.197.893,39 88,60 %</w:t>
      </w:r>
    </w:p>
    <w:p>
      <w:r>
        <w:t>450. DE LA ADMINISTRACION GENERAL DE LA CC.AA 18.322,21 0,01 %</w:t>
      </w:r>
    </w:p>
    <w:p>
      <w:r>
        <w:t>520. INTERESES DE DEPOSITO 253.822,30 0,15 %</w:t>
      </w:r>
    </w:p>
    <w:p>
      <w:r>
        <w:t>700. TRANSFERENCIAS DE CAPITAL 11.188.994,52 6,64 %</w:t>
      </w:r>
    </w:p>
    <w:p>
      <w:r>
        <w:t>830. REINTEGROS DE PRESTAMOS FUERA DEL SECTOR PUBLICO A</w:t>
      </w:r>
    </w:p>
    <w:p>
      <w:r>
        <w:t>C/P 55.675,24 0,03 %</w:t>
      </w:r>
    </w:p>
    <w:p>
      <w:r>
        <w:t>168.387.199,84</w:t>
      </w:r>
    </w:p>
    <w:p>
      <w:r>
        <w:t>37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04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1.10 CONSIDERACIÓN FISCAL DE LA ENTIDADES</w:t>
      </w:r>
    </w:p>
    <w:p>
      <w:r>
        <w:t>En relación con el impuesto de sociedades, el art. 9.1.a) de la Ley 27/2014, de 27 de noviembre, del</w:t>
      </w:r>
    </w:p>
    <w:p>
      <w:r>
        <w:t>impuesto de sociedades establece que estarán totalmente exentos del Impuesto: El Estado, las</w:t>
      </w:r>
    </w:p>
    <w:p>
      <w:r>
        <w:t>Comunidades Autónomas y las Entidades Locales.</w:t>
      </w:r>
    </w:p>
    <w:p>
      <w:r>
        <w:t>Respecto al Impuesto General Indirecto Canario, el art. 9.9 de la Ley 20/1991 considera no sujetas las</w:t>
      </w:r>
    </w:p>
    <w:p>
      <w:r>
        <w:t>entregas de bienes y prestaciones de servicios realizadas directamente por las Administraciones Públicas</w:t>
      </w:r>
    </w:p>
    <w:p>
      <w:r>
        <w:t>sin contraprestación o mediante contraprestación de naturaleza tributaria. No obstante lo anterior, si se ve</w:t>
      </w:r>
    </w:p>
    <w:p>
      <w:r>
        <w:t>afectado por los supuestos de inversión del sujeto pasivo previstos legalmente en el artículo 19.2 de la</w:t>
      </w:r>
    </w:p>
    <w:p>
      <w:r>
        <w:t>citada norma y en particular por los contemplados en la letra a (cuando las operaciones se efectúen por</w:t>
      </w:r>
    </w:p>
    <w:p>
      <w:r>
        <w:t>personas o entidades no establecidas en Canarias) y en la letra h (cuando se trate de ejecuciones de obra,</w:t>
      </w:r>
    </w:p>
    <w:p>
      <w:r>
        <w:t>con o sin aportación de materiales, así como las cesiones de personal para su realización, consecuencia de</w:t>
      </w:r>
    </w:p>
    <w:p>
      <w:r>
        <w:t>contratos directamente formalizados entre el promotor y el contratista que tengan por objeto la</w:t>
      </w:r>
    </w:p>
    <w:p>
      <w:r>
        <w:t>urbanización de terrenos o la construcción o rehabilitación de edificaciones).</w:t>
      </w:r>
    </w:p>
    <w:p>
      <w:r>
        <w:t>2. GESTIÓN INDIRECTA DE LOS SERVICIOS PÚBLICOS</w:t>
      </w:r>
    </w:p>
    <w:p>
      <w:r>
        <w:t>Los contratos de gestión indirecta de los servicios públicos realizados a lo largo del ejercicio del 2024 han</w:t>
      </w:r>
    </w:p>
    <w:p>
      <w:r>
        <w:t>sido los siguientes:</w:t>
      </w:r>
    </w:p>
    <w:p>
      <w:r>
        <w:t>Forma Plazo Bienes Aportaciones Bienes a</w:t>
      </w:r>
    </w:p>
    <w:p>
      <w:r>
        <w:t>Objeto Subvenciones Anticipos Préstamos</w:t>
      </w:r>
    </w:p>
    <w:p>
      <w:r>
        <w:t>(*) (años) Afectos no Dinerarias Revertir</w:t>
      </w:r>
    </w:p>
    <w:p>
      <w:r>
        <w:t>Atención sociosanitaria a</w:t>
      </w:r>
    </w:p>
    <w:p>
      <w:r>
        <w:t>personas mayores en el</w:t>
      </w:r>
    </w:p>
    <w:p>
      <w:r>
        <w:t>A 2 No hay No hay No hay No hay No hay</w:t>
      </w:r>
    </w:p>
    <w:p>
      <w:r>
        <w:t>Pabellón Norte de la</w:t>
      </w:r>
    </w:p>
    <w:p>
      <w:r>
        <w:t>Residencia Taliarte</w:t>
      </w:r>
    </w:p>
    <w:p>
      <w:r>
        <w:t>Atención sociosanitaria a</w:t>
      </w:r>
    </w:p>
    <w:p>
      <w:r>
        <w:t>personas mayores y con</w:t>
      </w:r>
    </w:p>
    <w:p>
      <w:r>
        <w:t>A 2 No hay No hay No hay No hay No hay</w:t>
      </w:r>
    </w:p>
    <w:p>
      <w:r>
        <w:t>discapacidad en la</w:t>
      </w:r>
    </w:p>
    <w:p>
      <w:r>
        <w:t>Residencia El Pino</w:t>
      </w:r>
    </w:p>
    <w:p>
      <w:r>
        <w:t>Atención sociosanitaria a</w:t>
      </w:r>
    </w:p>
    <w:p>
      <w:r>
        <w:t>personas mayores en la</w:t>
      </w:r>
    </w:p>
    <w:p>
      <w:r>
        <w:t>A 2 No hay No hay No hay No hay No hay</w:t>
      </w:r>
    </w:p>
    <w:p>
      <w:r>
        <w:t>Residencia San Nicolás</w:t>
      </w:r>
    </w:p>
    <w:p>
      <w:r>
        <w:t>de Bari</w:t>
      </w:r>
    </w:p>
    <w:p>
      <w:r>
        <w:t>Atención Minusválidos</w:t>
      </w:r>
    </w:p>
    <w:p>
      <w:r>
        <w:t>Psíquicos en el CAMP</w:t>
      </w:r>
    </w:p>
    <w:p>
      <w:r>
        <w:t>A 2 No hay No hay No hay No hay No hay</w:t>
      </w:r>
    </w:p>
    <w:p>
      <w:r>
        <w:t>San José de las</w:t>
      </w:r>
    </w:p>
    <w:p>
      <w:r>
        <w:t>Longueras</w:t>
      </w:r>
    </w:p>
    <w:p>
      <w:r>
        <w:t>Atención Minusválidos</w:t>
      </w:r>
    </w:p>
    <w:p>
      <w:r>
        <w:t>A Psíquicos en el CAMP 2 No hay No hay No hay No hay No hay</w:t>
      </w:r>
    </w:p>
    <w:p>
      <w:r>
        <w:t>Santa Mª de Guía</w:t>
      </w:r>
    </w:p>
    <w:p>
      <w:r>
        <w:t>Atención Minusválidos</w:t>
      </w:r>
    </w:p>
    <w:p>
      <w:r>
        <w:t>Psíquicos en el CAMP de</w:t>
      </w:r>
    </w:p>
    <w:p>
      <w:r>
        <w:t>A 2 No hay No hay No hay No hay No hay</w:t>
      </w:r>
    </w:p>
    <w:p>
      <w:r>
        <w:t>San Bartolomé de</w:t>
      </w:r>
    </w:p>
    <w:p>
      <w:r>
        <w:t>Tirajana</w:t>
      </w:r>
    </w:p>
    <w:p>
      <w:r>
        <w:t>Atención minusválidos 2</w:t>
      </w:r>
    </w:p>
    <w:p>
      <w:r>
        <w:t>A Psíquicos en el CAMP No hay No hay No hay No hay No hay</w:t>
      </w:r>
    </w:p>
    <w:p>
      <w:r>
        <w:t>Reina Sofía</w:t>
      </w:r>
    </w:p>
    <w:p>
      <w:r>
        <w:t>38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14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Atención sociosanitaria a</w:t>
      </w:r>
    </w:p>
    <w:p>
      <w:r>
        <w:t>personas con</w:t>
      </w:r>
    </w:p>
    <w:p>
      <w:r>
        <w:t>A discapacidad en el 1 No hay No hay No hay No hay No hay</w:t>
      </w:r>
    </w:p>
    <w:p>
      <w:r>
        <w:t>QUEEN VICTORIA</w:t>
      </w:r>
    </w:p>
    <w:p>
      <w:r>
        <w:t>HOSPITAL</w:t>
      </w:r>
    </w:p>
    <w:p>
      <w:r>
        <w:t>Atención sociosanitaria a</w:t>
      </w:r>
    </w:p>
    <w:p>
      <w:r>
        <w:t>personas con</w:t>
      </w:r>
    </w:p>
    <w:p>
      <w:r>
        <w:t>discapacidad en el</w:t>
      </w:r>
    </w:p>
    <w:p>
      <w:r>
        <w:t>A Centro de Día de 2 No hay No hay No hay No hay No hay</w:t>
      </w:r>
    </w:p>
    <w:p>
      <w:r>
        <w:t>Rehabilitación</w:t>
      </w:r>
    </w:p>
    <w:p>
      <w:r>
        <w:t>Psicosocial (CDRPS) en</w:t>
      </w:r>
    </w:p>
    <w:p>
      <w:r>
        <w:t>Mancomunidad del Norte</w:t>
      </w:r>
    </w:p>
    <w:p>
      <w:r>
        <w:t>Atención Social a 30</w:t>
      </w:r>
    </w:p>
    <w:p>
      <w:r>
        <w:t>personas con trastorno</w:t>
      </w:r>
    </w:p>
    <w:p>
      <w:r>
        <w:t>A mental grave en el 2 No hay No hay No hay No hay No hay</w:t>
      </w:r>
    </w:p>
    <w:p>
      <w:r>
        <w:t>CDRPS de San Bartolomé</w:t>
      </w:r>
    </w:p>
    <w:p>
      <w:r>
        <w:t>de Tirajana</w:t>
      </w:r>
    </w:p>
    <w:p>
      <w:r>
        <w:t>Atención sociosanitaria a</w:t>
      </w:r>
    </w:p>
    <w:p>
      <w:r>
        <w:t>personas con</w:t>
      </w:r>
    </w:p>
    <w:p>
      <w:r>
        <w:t>discapacidad en el</w:t>
      </w:r>
    </w:p>
    <w:p>
      <w:r>
        <w:t>A Centro de Día de 2 No hay No hay No hay No hay No hay</w:t>
      </w:r>
    </w:p>
    <w:p>
      <w:r>
        <w:t>Rehabilitación</w:t>
      </w:r>
    </w:p>
    <w:p>
      <w:r>
        <w:t>Psicosocial San</w:t>
      </w:r>
    </w:p>
    <w:p>
      <w:r>
        <w:t>Francisco I y II</w:t>
      </w:r>
    </w:p>
    <w:p>
      <w:r>
        <w:t>Atención sociosanitaria</w:t>
      </w:r>
    </w:p>
    <w:p>
      <w:r>
        <w:t>de 20 plazas</w:t>
      </w:r>
    </w:p>
    <w:p>
      <w:r>
        <w:t>A residenciales mayores en 2 No hay No hay No hay No hay No hay</w:t>
      </w:r>
    </w:p>
    <w:p>
      <w:r>
        <w:t>situación de dependencia</w:t>
      </w:r>
    </w:p>
    <w:p>
      <w:r>
        <w:t>(TACSAMES)</w:t>
      </w:r>
    </w:p>
    <w:p>
      <w:r>
        <w:t>Atención sociosanitaria a</w:t>
      </w:r>
    </w:p>
    <w:p>
      <w:r>
        <w:t>personas en situación de</w:t>
      </w:r>
    </w:p>
    <w:p>
      <w:r>
        <w:t>A dependencia con altera- 2 No hay No hay No hay No hay No hay</w:t>
      </w:r>
    </w:p>
    <w:p>
      <w:r>
        <w:t>ción o trastornos de la</w:t>
      </w:r>
    </w:p>
    <w:p>
      <w:r>
        <w:t>conducta (QUINTA MÉDI-</w:t>
      </w:r>
    </w:p>
    <w:p>
      <w:r>
        <w:t>CA DE RESPOSO)</w:t>
      </w:r>
    </w:p>
    <w:p>
      <w:r>
        <w:t>Atención sociosanitaria</w:t>
      </w:r>
    </w:p>
    <w:p>
      <w:r>
        <w:t>en centro de estancia</w:t>
      </w:r>
    </w:p>
    <w:p>
      <w:r>
        <w:t>diurna para 40 personas</w:t>
      </w:r>
    </w:p>
    <w:p>
      <w:r>
        <w:t>mayores en situación de</w:t>
      </w:r>
    </w:p>
    <w:p>
      <w:r>
        <w:t>A dependencia (SANITAS 1 No hay No hay No hay No hay No hay</w:t>
      </w:r>
    </w:p>
    <w:p>
      <w:r>
        <w:t>MAYORES, S.L. y ASID-</w:t>
      </w:r>
    </w:p>
    <w:p>
      <w:r>
        <w:t>MA SERVICIOS SOCIA-</w:t>
      </w:r>
    </w:p>
    <w:p>
      <w:r>
        <w:t>LES, S.L.)</w:t>
      </w:r>
    </w:p>
    <w:p>
      <w:r>
        <w:t>Inmueble</w:t>
      </w:r>
    </w:p>
    <w:p>
      <w:r>
        <w:t>Residencia Mayores Sta. y Inmueble y</w:t>
      </w:r>
    </w:p>
    <w:p>
      <w:r>
        <w:t>B 25 No hay No hay No hay No hay</w:t>
      </w:r>
    </w:p>
    <w:p>
      <w:r>
        <w:t>Brígida equipami equipamiento</w:t>
      </w:r>
    </w:p>
    <w:p>
      <w:r>
        <w:t>ento</w:t>
      </w:r>
    </w:p>
    <w:p>
      <w:r>
        <w:t>Inmueble</w:t>
      </w:r>
    </w:p>
    <w:p>
      <w:r>
        <w:t>Residencia Mayores y Inmueble y</w:t>
      </w:r>
    </w:p>
    <w:p>
      <w:r>
        <w:t>B 25 No hay No hay No hay No hay</w:t>
      </w:r>
    </w:p>
    <w:p>
      <w:r>
        <w:t>Arucas equipami equipamiento</w:t>
      </w:r>
    </w:p>
    <w:p>
      <w:r>
        <w:t>ento</w:t>
      </w:r>
    </w:p>
    <w:p>
      <w:r>
        <w:t>Inmueble</w:t>
      </w:r>
    </w:p>
    <w:p>
      <w:r>
        <w:t>Residencia Mayores de y Inmueble y</w:t>
      </w:r>
    </w:p>
    <w:p>
      <w:r>
        <w:t>B 25 No hay No hay No hay No hay</w:t>
      </w:r>
    </w:p>
    <w:p>
      <w:r>
        <w:t>Vecindario equipami equipamiento</w:t>
      </w:r>
    </w:p>
    <w:p>
      <w:r>
        <w:t>ento</w:t>
      </w:r>
    </w:p>
    <w:p>
      <w:r>
        <w:t>B Residencia Mayores 25 No hay Inmueble No hay No hay No hay Inmueble y</w:t>
      </w:r>
    </w:p>
    <w:p>
      <w:r>
        <w:t>39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24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y</w:t>
      </w:r>
    </w:p>
    <w:p>
      <w:r>
        <w:t>Agüimes equipami equipamiento</w:t>
      </w:r>
    </w:p>
    <w:p>
      <w:r>
        <w:t>ento</w:t>
      </w:r>
    </w:p>
    <w:p>
      <w:r>
        <w:t>Atención sociosanitaria a</w:t>
      </w:r>
    </w:p>
    <w:p>
      <w:r>
        <w:t>personas mayores y con</w:t>
      </w:r>
    </w:p>
    <w:p>
      <w:r>
        <w:t>C discapacidad en la 1 No hay No hay No hay No hay No hay</w:t>
      </w:r>
    </w:p>
    <w:p>
      <w:r>
        <w:t>Residencia de San</w:t>
      </w:r>
    </w:p>
    <w:p>
      <w:r>
        <w:t>Lorenzo</w:t>
      </w:r>
    </w:p>
    <w:p>
      <w:r>
        <w:t>Atención sociosanitaria a</w:t>
      </w:r>
    </w:p>
    <w:p>
      <w:r>
        <w:t>personas con</w:t>
      </w:r>
    </w:p>
    <w:p>
      <w:r>
        <w:t>C 1 No hay No hay No hay No hay No hay</w:t>
      </w:r>
    </w:p>
    <w:p>
      <w:r>
        <w:t>discapacidad en San</w:t>
      </w:r>
    </w:p>
    <w:p>
      <w:r>
        <w:t>Juan de Dios Tenerife</w:t>
      </w:r>
    </w:p>
    <w:p>
      <w:r>
        <w:t>Atención sociosanitaria a</w:t>
      </w:r>
    </w:p>
    <w:p>
      <w:r>
        <w:t>1 persona con</w:t>
      </w:r>
    </w:p>
    <w:p>
      <w:r>
        <w:t>C 1 No hay No hay No hay No hay No hay</w:t>
      </w:r>
    </w:p>
    <w:p>
      <w:r>
        <w:t>discapacidad en La</w:t>
      </w:r>
    </w:p>
    <w:p>
      <w:r>
        <w:t>Clínica El Serenil</w:t>
      </w:r>
    </w:p>
    <w:p>
      <w:r>
        <w:t>Convenio con el</w:t>
      </w:r>
    </w:p>
    <w:p>
      <w:r>
        <w:t>Ayuntamiento de</w:t>
      </w:r>
    </w:p>
    <w:p>
      <w:r>
        <w:t>Agüimes para la</w:t>
      </w:r>
    </w:p>
    <w:p>
      <w:r>
        <w:t>D 4 No hay No hay No hay No hay No hay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el</w:t>
      </w:r>
    </w:p>
    <w:p>
      <w:r>
        <w:t>Ayuntamiento de Arucas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Gáldar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Firgas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Ingenio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La</w:t>
      </w:r>
    </w:p>
    <w:p>
      <w:r>
        <w:t>Aldea para la prestación</w:t>
      </w:r>
    </w:p>
    <w:p>
      <w:r>
        <w:t>D 4 No hay No hay No hay No hay No hay</w:t>
      </w:r>
    </w:p>
    <w:p>
      <w:r>
        <w:t>de servicios a personas</w:t>
      </w:r>
    </w:p>
    <w:p>
      <w:r>
        <w:t>en situación de</w:t>
      </w:r>
    </w:p>
    <w:p>
      <w:r>
        <w:t>dependencia</w:t>
      </w:r>
    </w:p>
    <w:p>
      <w:r>
        <w:t>Convenio con el</w:t>
      </w:r>
    </w:p>
    <w:p>
      <w:r>
        <w:t>Ayuntamiento de Mogán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D Convenio con el 4 No hay No hay No hay No hay No hay</w:t>
      </w:r>
    </w:p>
    <w:p>
      <w:r>
        <w:t>Ayuntamiento de Moya</w:t>
      </w:r>
    </w:p>
    <w:p>
      <w:r>
        <w:t>40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para la prestación de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San</w:t>
      </w:r>
    </w:p>
    <w:p>
      <w:r>
        <w:t>Bartolomé de Tirajana</w:t>
      </w:r>
    </w:p>
    <w:p>
      <w:r>
        <w:t>D 4 No hay No hay No hay No hay No hay</w:t>
      </w:r>
    </w:p>
    <w:p>
      <w:r>
        <w:t>para la prestación de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San</w:t>
      </w:r>
    </w:p>
    <w:p>
      <w:r>
        <w:t>Mateo para la prestación</w:t>
      </w:r>
    </w:p>
    <w:p>
      <w:r>
        <w:t>D 4 No hay No hay No hay No hay No hay</w:t>
      </w:r>
    </w:p>
    <w:p>
      <w:r>
        <w:t>de servicios a personas</w:t>
      </w:r>
    </w:p>
    <w:p>
      <w:r>
        <w:t>en situación de</w:t>
      </w:r>
    </w:p>
    <w:p>
      <w:r>
        <w:t>dependencia</w:t>
      </w:r>
    </w:p>
    <w:p>
      <w:r>
        <w:t>Convenio con el</w:t>
      </w:r>
    </w:p>
    <w:p>
      <w:r>
        <w:t>Ayuntamiento de Sta.</w:t>
      </w:r>
    </w:p>
    <w:p>
      <w:r>
        <w:t>Brígida para la prestación</w:t>
      </w:r>
    </w:p>
    <w:p>
      <w:r>
        <w:t>D 4 No hay No hay No hay No hay No hay</w:t>
      </w:r>
    </w:p>
    <w:p>
      <w:r>
        <w:t>de servicios a personas</w:t>
      </w:r>
    </w:p>
    <w:p>
      <w:r>
        <w:t>en situación de</w:t>
      </w:r>
    </w:p>
    <w:p>
      <w:r>
        <w:t>dependencia</w:t>
      </w:r>
    </w:p>
    <w:p>
      <w:r>
        <w:t>Convenio con el</w:t>
      </w:r>
    </w:p>
    <w:p>
      <w:r>
        <w:t>Ayuntamiento de Sta.</w:t>
      </w:r>
    </w:p>
    <w:p>
      <w:r>
        <w:t>Lucía para la prestación</w:t>
      </w:r>
    </w:p>
    <w:p>
      <w:r>
        <w:t>D 4 No hay No hay No hay No hay No hay</w:t>
      </w:r>
    </w:p>
    <w:p>
      <w:r>
        <w:t>de servicios a personas</w:t>
      </w:r>
    </w:p>
    <w:p>
      <w:r>
        <w:t>en situación de</w:t>
      </w:r>
    </w:p>
    <w:p>
      <w:r>
        <w:t>dependencia</w:t>
      </w:r>
    </w:p>
    <w:p>
      <w:r>
        <w:t>Convenio con el</w:t>
      </w:r>
    </w:p>
    <w:p>
      <w:r>
        <w:t>Ayuntamiento de Guía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Telde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 Teror</w:t>
      </w:r>
    </w:p>
    <w:p>
      <w:r>
        <w:t>D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el</w:t>
      </w:r>
    </w:p>
    <w:p>
      <w:r>
        <w:t>Ayuntamiento de</w:t>
      </w:r>
    </w:p>
    <w:p>
      <w:r>
        <w:t>Valleseco para la</w:t>
      </w:r>
    </w:p>
    <w:p>
      <w:r>
        <w:t>D 4 No hay No hay No hay No hay No hay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el</w:t>
      </w:r>
    </w:p>
    <w:p>
      <w:r>
        <w:t>Ayuntamiento de</w:t>
      </w:r>
    </w:p>
    <w:p>
      <w:r>
        <w:t>Valsequillo para la</w:t>
      </w:r>
    </w:p>
    <w:p>
      <w:r>
        <w:t>D 4 No hay No hay No hay No hay No hay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D Convenio con el 4 No hay No hay No hay No hay No hay</w:t>
      </w:r>
    </w:p>
    <w:p>
      <w:r>
        <w:t>Ayuntamiento de</w:t>
      </w:r>
    </w:p>
    <w:p>
      <w:r>
        <w:t>41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Artenara para la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la</w:t>
      </w:r>
    </w:p>
    <w:p>
      <w:r>
        <w:t>Asociación ADEPSI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AFAES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APADIS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APNALP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APROSU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ASPACE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CIVITAS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Casa Ntra.</w:t>
      </w:r>
    </w:p>
    <w:p>
      <w:r>
        <w:t>Sra. del Pino Inst. HH.</w:t>
      </w:r>
    </w:p>
    <w:p>
      <w:r>
        <w:t>Fcnos. Cruz Blanca</w:t>
      </w:r>
    </w:p>
    <w:p>
      <w:r>
        <w:t>D 4 No hay No hay No hay No hay No hay</w:t>
      </w:r>
    </w:p>
    <w:p>
      <w:r>
        <w:t>Virgen del Pino para la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la</w:t>
      </w:r>
    </w:p>
    <w:p>
      <w:r>
        <w:t>Asociación SAN</w:t>
      </w:r>
    </w:p>
    <w:p>
      <w:r>
        <w:t>VICENTE DE PAÚL para</w:t>
      </w:r>
    </w:p>
    <w:p>
      <w:r>
        <w:t>D 4 No hay No hay No hay No hay No hay</w:t>
      </w:r>
    </w:p>
    <w:p>
      <w:r>
        <w:t>la prestación de servicios</w:t>
      </w:r>
    </w:p>
    <w:p>
      <w:r>
        <w:t>a personas en situación</w:t>
      </w:r>
    </w:p>
    <w:p>
      <w:r>
        <w:t>de dependencia</w:t>
      </w:r>
    </w:p>
    <w:p>
      <w:r>
        <w:t>D Convenio con la 4 No hay No hay No hay No hay No hay</w:t>
      </w:r>
    </w:p>
    <w:p>
      <w:r>
        <w:t>Asociación SANTA</w:t>
      </w:r>
    </w:p>
    <w:p>
      <w:r>
        <w:t>CATALINA LABOURÉ</w:t>
      </w:r>
    </w:p>
    <w:p>
      <w:r>
        <w:t>42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para la prestación de</w:t>
      </w:r>
    </w:p>
    <w:p>
      <w:r>
        <w:t>servicios a personas en</w:t>
      </w:r>
    </w:p>
    <w:p>
      <w:r>
        <w:t>situación de dependencia</w:t>
      </w:r>
    </w:p>
    <w:p>
      <w:r>
        <w:t>Convenio con la</w:t>
      </w:r>
    </w:p>
    <w:p>
      <w:r>
        <w:t>Asociación FUNDACION</w:t>
      </w:r>
    </w:p>
    <w:p>
      <w:r>
        <w:t>D SER para la prestación de 4 No hay No hay No hay No hay No hay</w:t>
      </w:r>
    </w:p>
    <w:p>
      <w:r>
        <w:t>servicios a personas en</w:t>
      </w:r>
    </w:p>
    <w:p>
      <w:r>
        <w:t>situación de dependencia</w:t>
      </w:r>
    </w:p>
    <w:p>
      <w:r>
        <w:t>Convenio con la</w:t>
      </w:r>
    </w:p>
    <w:p>
      <w:r>
        <w:t>Asociación ALCA para la</w:t>
      </w:r>
    </w:p>
    <w:p>
      <w:r>
        <w:t>D prestación de servicios a 4 No hay No hay No hay No hay No hay</w:t>
      </w:r>
    </w:p>
    <w:p>
      <w:r>
        <w:t>personas en situación de</w:t>
      </w:r>
    </w:p>
    <w:p>
      <w:r>
        <w:t>dependencia</w:t>
      </w:r>
    </w:p>
    <w:p>
      <w:r>
        <w:t>Convenio con la</w:t>
      </w:r>
    </w:p>
    <w:p>
      <w:r>
        <w:t>Asociación LAZOSS para 4</w:t>
      </w:r>
    </w:p>
    <w:p>
      <w:r>
        <w:t>D la prestación de servicios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la</w:t>
      </w:r>
    </w:p>
    <w:p>
      <w:r>
        <w:t>Asociación OSCAR</w:t>
      </w:r>
    </w:p>
    <w:p>
      <w:r>
        <w:t>GUTIERREZ para la</w:t>
      </w:r>
    </w:p>
    <w:p>
      <w:r>
        <w:t>D 4 No hay No hay No hay No hay No hay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CIUDAD</w:t>
      </w:r>
    </w:p>
    <w:p>
      <w:r>
        <w:t>SAN JUAN DE DIOS para</w:t>
      </w:r>
    </w:p>
    <w:p>
      <w:r>
        <w:t>D la prestación de servicios 4 No hay No hay No hay No hay No hay</w:t>
      </w:r>
    </w:p>
    <w:p>
      <w:r>
        <w:t>a personas en situación</w:t>
      </w:r>
    </w:p>
    <w:p>
      <w:r>
        <w:t>de dependencia</w:t>
      </w:r>
    </w:p>
    <w:p>
      <w:r>
        <w:t>Convenio con Asociación</w:t>
      </w:r>
    </w:p>
    <w:p>
      <w:r>
        <w:t>Daño Cerebral adquirido</w:t>
      </w:r>
    </w:p>
    <w:p>
      <w:r>
        <w:t>D Gran Canaria (ADACEA) 4 No hay No hay No hay No hay No hay</w:t>
      </w:r>
    </w:p>
    <w:p>
      <w:r>
        <w:t>para la prestación de</w:t>
      </w:r>
    </w:p>
    <w:p>
      <w:r>
        <w:t>servicios a personas en</w:t>
      </w:r>
    </w:p>
    <w:p>
      <w:r>
        <w:t>situación de dependencia</w:t>
      </w:r>
    </w:p>
    <w:p>
      <w:r>
        <w:t>Convenio con Asociación</w:t>
      </w:r>
    </w:p>
    <w:p>
      <w:r>
        <w:t>Mensajeros de La Paz</w:t>
      </w:r>
    </w:p>
    <w:p>
      <w:r>
        <w:t>Canaria para la</w:t>
      </w:r>
    </w:p>
    <w:p>
      <w:r>
        <w:t>D 4 No hay No hay No hay No hay No hay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Convenio con la Cruz</w:t>
      </w:r>
    </w:p>
    <w:p>
      <w:r>
        <w:t>Roja Española para la</w:t>
      </w:r>
    </w:p>
    <w:p>
      <w:r>
        <w:t>D prestación de servicios a 4 No hay No hay No hay No hay No hay</w:t>
      </w:r>
    </w:p>
    <w:p>
      <w:r>
        <w:t>personas en situación de</w:t>
      </w:r>
    </w:p>
    <w:p>
      <w:r>
        <w:t>dependencia</w:t>
      </w:r>
    </w:p>
    <w:p>
      <w:r>
        <w:t>Convenio con la</w:t>
      </w:r>
    </w:p>
    <w:p>
      <w:r>
        <w:t>Asociación de</w:t>
      </w:r>
    </w:p>
    <w:p>
      <w:r>
        <w:t>Empleados de Iberia</w:t>
      </w:r>
    </w:p>
    <w:p>
      <w:r>
        <w:t>Padres de Personas con</w:t>
      </w:r>
    </w:p>
    <w:p>
      <w:r>
        <w:t>D 4 No hay No hay No hay No hay No hay</w:t>
      </w:r>
    </w:p>
    <w:p>
      <w:r>
        <w:t>discapacidad para la</w:t>
      </w:r>
    </w:p>
    <w:p>
      <w:r>
        <w:t>prestación de servicios a</w:t>
      </w:r>
    </w:p>
    <w:p>
      <w:r>
        <w:t>personas en situación de</w:t>
      </w:r>
    </w:p>
    <w:p>
      <w:r>
        <w:t>dependencia</w:t>
      </w:r>
    </w:p>
    <w:p>
      <w:r>
        <w:t>*A Concesión de Servicio Público</w:t>
      </w:r>
    </w:p>
    <w:p>
      <w:r>
        <w:t>43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B Concesión de Obra Pública</w:t>
      </w:r>
    </w:p>
    <w:p>
      <w:r>
        <w:t>C Concierto</w:t>
      </w:r>
    </w:p>
    <w:p>
      <w:r>
        <w:t>D Convenio con Ayuntamiento y Asociaciones</w:t>
      </w:r>
    </w:p>
    <w:p>
      <w:r>
        <w:t>3. BASES DE PRESENTACIÓN DE LAS CUENTAS ANUALES</w:t>
      </w:r>
    </w:p>
    <w:p>
      <w:r>
        <w:t>En el ejercicio 2024 se han respetado los principios contables públicos recogidos en la parte primera:</w:t>
      </w:r>
    </w:p>
    <w:p>
      <w:r>
        <w:t>Marco Conceptual de la Contabilidad Pública, Anexo a la instrucción del modelo normal de Contabilidad,</w:t>
      </w:r>
    </w:p>
    <w:p>
      <w:r>
        <w:t>aprobada por la Orden del Ministerio de Hacienda y Administraciones Públicas número 1781/2013, de 20 de</w:t>
      </w:r>
    </w:p>
    <w:p>
      <w:r>
        <w:t>septiembre. Si en algún momento se ha atemperado el cumplimiento de algún principio ha sido atendiendo</w:t>
      </w:r>
    </w:p>
    <w:p>
      <w:r>
        <w:t>a la escasa importancia que la operación en cuestión pudiese tener.</w:t>
      </w:r>
    </w:p>
    <w:p>
      <w:r>
        <w:t>Por tanto, en orden a la consecución del principio de imagen fiel, la contabilidad se ha adaptado a</w:t>
      </w:r>
    </w:p>
    <w:p>
      <w:r>
        <w:t>los siguientes principios:</w:t>
      </w:r>
    </w:p>
    <w:p>
      <w:r>
        <w:t>1. Principio de gestión continuada</w:t>
      </w:r>
    </w:p>
    <w:p>
      <w:r>
        <w:t>2. Principio de devengo</w:t>
      </w:r>
    </w:p>
    <w:p>
      <w:r>
        <w:t>3. Principio de uniformidad</w:t>
      </w:r>
    </w:p>
    <w:p>
      <w:r>
        <w:t>4. Principio de Prudencia</w:t>
      </w:r>
    </w:p>
    <w:p>
      <w:r>
        <w:t>5. Principio de no compensación</w:t>
      </w:r>
    </w:p>
    <w:p>
      <w:r>
        <w:t>6. Principio de importancia relativa</w:t>
      </w:r>
    </w:p>
    <w:p>
      <w:r>
        <w:t>7. Principio de imputación presupuestaria</w:t>
      </w:r>
    </w:p>
    <w:p>
      <w:r>
        <w:t>8. Principio de desafectación</w:t>
      </w:r>
    </w:p>
    <w:p>
      <w:r>
        <w:t>Las cuotas de amortización del inmovilizado material e inmaterial se han determinado por el método de</w:t>
      </w:r>
    </w:p>
    <w:p>
      <w:r>
        <w:t>estimación directa, de forma lineal atendiendo a la vida útil estimada de los bienes amortizados. A tal fin,</w:t>
      </w:r>
    </w:p>
    <w:p>
      <w:r>
        <w:t>para el 2024 se han aplicado los coeficientes de amortización previstos en el artículo 12 de la Ley 27/2014,</w:t>
      </w:r>
    </w:p>
    <w:p>
      <w:r>
        <w:t>de 27 de noviembre, del Impuesto sobre Sociedades, si bien se ha mantenido la amortización acumulada</w:t>
      </w:r>
    </w:p>
    <w:p>
      <w:r>
        <w:t>hasta la fecha calculada conforme a los coeficientes de amortización reflejados en el Anexo al Real Decreto</w:t>
      </w:r>
    </w:p>
    <w:p>
      <w:r>
        <w:t>1777/2004, de 30 de julio, ya derogado.</w:t>
      </w:r>
    </w:p>
    <w:p>
      <w:r>
        <w:t>Respecto a la comparación de la Información con la del ejercicio anterior, ésta se realiza sin</w:t>
      </w:r>
    </w:p>
    <w:p>
      <w:r>
        <w:t>dificultad no habiendo sido necesario realizar adaptaciones relevantes a efectos de comparar las</w:t>
      </w:r>
    </w:p>
    <w:p>
      <w:r>
        <w:t>mencionadas cantidades.</w:t>
      </w:r>
    </w:p>
    <w:p>
      <w:r>
        <w:t>Tampoco han existido razones que hayan motivado cambios en los criterios de contabilización, más</w:t>
      </w:r>
    </w:p>
    <w:p>
      <w:r>
        <w:t>allá de los derivados de la entrada en vigor de la propia Instrucción de Contabilidad.</w:t>
      </w:r>
    </w:p>
    <w:p>
      <w:r>
        <w:t>44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4. NORMAS DE VALORACIÓN</w:t>
      </w:r>
    </w:p>
    <w:p>
      <w:r>
        <w:t>Las normas de valoración aplicadas son las desarrolladas en la quinta parte de la Instrucción del Modelo</w:t>
      </w:r>
    </w:p>
    <w:p>
      <w:r>
        <w:t>Normal del Contabilidad. Las citadas normas son de obligado cumplimiento, por lo que se ha respetado su</w:t>
      </w:r>
    </w:p>
    <w:p>
      <w:r>
        <w:t>aplicación escrupulosamente.</w:t>
      </w:r>
    </w:p>
    <w:p>
      <w:r>
        <w:t>Las cuotas de amortización del inmovilizado material se han determinado por el método de estimación</w:t>
      </w:r>
    </w:p>
    <w:p>
      <w:r>
        <w:t>directa, de forma lineal atendiendo a la vida útil estimada de los bienes amortizados.</w:t>
      </w:r>
    </w:p>
    <w:p>
      <w:r>
        <w:t>28. HECHOS POSTERIORES AL CIERRE</w:t>
      </w:r>
    </w:p>
    <w:p>
      <w:r>
        <w:t>No hay hechos posteriores al cierre dignos de reseñar.</w:t>
      </w:r>
    </w:p>
    <w:p>
      <w:r>
        <w:t>45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1. ORGANIZACIÓN Y ACTIVIDAD</w:t>
      </w:r>
    </w:p>
    <w:p>
      <w:r>
        <w:t>1.7 NÚMERO MEDIO DE EMPLEADOS DURANTE EL EJERCICIO Y A 31 DE DICIEMBRE, TANTO</w:t>
      </w:r>
    </w:p>
    <w:p>
      <w:r>
        <w:t>FUNCIONARIOS COMO PERSONAL LABORAL, DISTINGUIENDO POR CATEGORÍAS Y SEXOS</w:t>
      </w:r>
    </w:p>
    <w:p>
      <w:r>
        <w:t>Periodo: 2024</w:t>
      </w:r>
    </w:p>
    <w:p>
      <w:r>
        <w:t>EMPLEADOS PÚBLICOS Nº MEDIO DE EMPLEADOS DURANTE EL Nº DE EMPLEADOS A 31/12</w:t>
      </w:r>
    </w:p>
    <w:p>
      <w:r>
        <w:t>EJERCICIO</w:t>
      </w:r>
    </w:p>
    <w:p>
      <w:r>
        <w:t>Personal Funcionario 3,00 3,00</w:t>
      </w:r>
    </w:p>
    <w:p>
      <w:r>
        <w:t>Total personal Personal Laboral 504,00 488,00</w:t>
      </w:r>
    </w:p>
    <w:p>
      <w:r>
        <w:t>Personal Eventual 227,00 220,00</w:t>
      </w:r>
    </w:p>
    <w:p>
      <w:r>
        <w:t>Totales 734,00 711,00</w:t>
      </w:r>
    </w:p>
    <w:p>
      <w:r>
        <w:t>Página 1de 1 17 de Junio del 2025</w:t>
      </w:r>
    </w:p>
    <w:p>
      <w:r>
        <w:t>46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94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5 ) Inmovilizado Material</w:t>
      </w:r>
    </w:p>
    <w:p>
      <w:r>
        <w:t>47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INMOVILIZADO MATERIAL. VALORADO SEGÚN MODELO DE COSTE</w:t>
      </w:r>
    </w:p>
    <w:p>
      <w:r>
        <w:t>Periodo: 2024</w:t>
      </w:r>
    </w:p>
    <w:p>
      <w:r>
        <w:t>PARTIDA BALANCE SALDO INICIAL ENTRADAS AUMENTOS POR SALIDAS DISMINUCIONES POR CORRECCIONES AMORTIZACIÓN DEL SALDO FINAL</w:t>
      </w:r>
    </w:p>
    <w:p>
      <w:r>
        <w:t>TRASPASOS DE TRASPASOS A VALORATIVAS EJERCICIO</w:t>
      </w:r>
    </w:p>
    <w:p>
      <w:r>
        <w:t>OTRAS PARTIDAS OTRAS PARTIDAS NETAS POR</w:t>
      </w:r>
    </w:p>
    <w:p>
      <w:r>
        <w:t>DETERIORO DEL</w:t>
      </w:r>
    </w:p>
    <w:p>
      <w:r>
        <w:t>EJERCICIO</w:t>
      </w:r>
    </w:p>
    <w:p>
      <w:r>
        <w:t>210 0,00 0,00 0,00 0,00 0,00 0,00 0,00 0,00</w:t>
      </w:r>
    </w:p>
    <w:p>
      <w:r>
        <w:t>211 22.405.795,63 903.445,21 0,00 0,00 0,00 0,00 3.318.195,42 19.991.045,42</w:t>
      </w:r>
    </w:p>
    <w:p>
      <w:r>
        <w:t>212 0,00 0,00 0,00 0,00 0,00 0,00 0,00 0,00</w:t>
      </w:r>
    </w:p>
    <w:p>
      <w:r>
        <w:t>213 0,00 0,00 0,00 0,00 0,00 0,00 0,00 0,00</w:t>
      </w:r>
    </w:p>
    <w:p>
      <w:r>
        <w:t>214 523.102,04 601.962,55 0,00 0,00 0,00 0,00 289.916,55 835.148,04</w:t>
      </w:r>
    </w:p>
    <w:p>
      <w:r>
        <w:t>215 0,00 0,00 0,00 0,00 0,00 0,00 0,00 0,00</w:t>
      </w:r>
    </w:p>
    <w:p>
      <w:r>
        <w:t>216 491.627,91 316.960,41 0,00 0,00 0,00 0,00 288.573,62 520.014,70</w:t>
      </w:r>
    </w:p>
    <w:p>
      <w:r>
        <w:t>217 68.641,23 21.955,03 0,00 0,00 0,00 0,00 45.984,30 44.611,96</w:t>
      </w:r>
    </w:p>
    <w:p>
      <w:r>
        <w:t>218 0,00 0,00 0,00 0,00 0,00 0,00 0,00 0,00</w:t>
      </w:r>
    </w:p>
    <w:p>
      <w:r>
        <w:t>21901 0,00 0,00 0,00 0,00 0,00 0,00 0,00 0,00</w:t>
      </w:r>
    </w:p>
    <w:p>
      <w:r>
        <w:t>2300 0,00 0,00 0,00 0,00 0,00 0,00 0,00 0,00</w:t>
      </w:r>
    </w:p>
    <w:p>
      <w:r>
        <w:t>2310 25.761.471,44 24.862.829,08 0,00 0,00 894.771,79 0,00 0,00 49.729.528,73</w:t>
      </w:r>
    </w:p>
    <w:p>
      <w:r>
        <w:t>232 0,00 129.175,21 0,00 0,00 129.175,21 0,00 0,00 0,00</w:t>
      </w:r>
    </w:p>
    <w:p>
      <w:r>
        <w:t>233 0,00 0,00 0,00 0,00 0,00 0,00 0,00 0,00</w:t>
      </w:r>
    </w:p>
    <w:p>
      <w:r>
        <w:t>234 0,00 0,00 0,00 0,00 0,00 0,00 0,00 0,00</w:t>
      </w:r>
    </w:p>
    <w:p>
      <w:r>
        <w:t>235 0,00 0,00 0,00 0,00 0,00 0,00 0,00 0,00</w:t>
      </w:r>
    </w:p>
    <w:p>
      <w:r>
        <w:t>237 0,00 0,00 0,00 0,00 0,00 0,00 0,00 0,00</w:t>
      </w:r>
    </w:p>
    <w:p>
      <w:r>
        <w:t>238 0,00 0,00 0,00 0,00 0,00 0,00 0,00 0,00</w:t>
      </w:r>
    </w:p>
    <w:p>
      <w:r>
        <w:t>2390 0,00 0,00 0,00 0,00 0,00 0,00 0,00 0,00</w:t>
      </w:r>
    </w:p>
    <w:p>
      <w:r>
        <w:t>TOTAL 49.250.638,25 26.836.327,49 0,00 0,00 1.023.947,00 0,00 3.942.669,89 71.120.348,85</w:t>
      </w:r>
    </w:p>
    <w:p>
      <w:r>
        <w:t>Página 1de 1 17 de Junio del 2025</w:t>
      </w:r>
    </w:p>
    <w:p>
      <w:r>
        <w:t>48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INMOVILIZADO MATERIAL. VALORADO SEGÚN MODELO DE REVALORIZACIÓN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TOTAL</w:t>
      </w:r>
    </w:p>
    <w:p>
      <w:r>
        <w:t>Página 1de 1 17 de Junio del 2025</w:t>
      </w:r>
    </w:p>
    <w:p>
      <w:r>
        <w:t>49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6 ) Patrimonio público del suelo</w:t>
      </w:r>
    </w:p>
    <w:p>
      <w:r>
        <w:t>50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PATRIMONIO PÚBLICO DEL SUELO. VALORADO SEGÚN MODELO DE REVALORIZACIÓN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TOTAL</w:t>
      </w:r>
    </w:p>
    <w:p>
      <w:r>
        <w:t>Página 1de 1 17 de Junio del 2025</w:t>
      </w:r>
    </w:p>
    <w:p>
      <w:r>
        <w:t>51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PATRIMONIO PÚBLICO DEL SUELO. VALORADO SEGÚN MODELO DE REVALORIZACIÓN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TOTAL</w:t>
      </w:r>
    </w:p>
    <w:p>
      <w:r>
        <w:t>Página 1de 1 17 de Junio del 2025</w:t>
      </w:r>
    </w:p>
    <w:p>
      <w:r>
        <w:t>52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7 ) Inversiones inmobiliarias</w:t>
      </w:r>
    </w:p>
    <w:p>
      <w:r>
        <w:t>53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INVERSIONES INMOBILIARIAS. VALORADO SEGÚN MODELO DE COSTE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220 0,00 0,00 0,00 0,00 0,00 0,00 0,00 0,00 0,00</w:t>
      </w:r>
    </w:p>
    <w:p>
      <w:r>
        <w:t>221 0,00 0,00 0,00 0,00 0,00 0,00 0,00 0,00 0,00</w:t>
      </w:r>
    </w:p>
    <w:p>
      <w:r>
        <w:t>2301 0,00 0,00 0,00 0,00 0,00 0,00 0,00 0,00 0,00</w:t>
      </w:r>
    </w:p>
    <w:p>
      <w:r>
        <w:t>2311 0,00 0,00 0,00 0,00 0,00 0,00 0,00 0,00 0,00</w:t>
      </w:r>
    </w:p>
    <w:p>
      <w:r>
        <w:t>2391 0,00 0,00 0,00 0,00 0,00 0,00 0,00 0,00 0,00</w:t>
      </w:r>
    </w:p>
    <w:p>
      <w:r>
        <w:t>TOTAL 0,00 0,00 0,00 0,00 0,00 0,00 0,00 0,00 0,00</w:t>
      </w:r>
    </w:p>
    <w:p>
      <w:r>
        <w:t>Página 1de 1 17 de Junio del 2025</w:t>
      </w:r>
    </w:p>
    <w:p>
      <w:r>
        <w:t>54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INVERSIONES INMOBILIARIAS. VALORADO SEGÚN MODELO DE REVALORIZACIÓN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TOTAL</w:t>
      </w:r>
    </w:p>
    <w:p>
      <w:r>
        <w:t>Página 1de 1 17 de Junio del 2025</w:t>
      </w:r>
    </w:p>
    <w:p>
      <w:r>
        <w:t>55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8 ) Inmovilizado intangible</w:t>
      </w:r>
    </w:p>
    <w:p>
      <w:r>
        <w:t>56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95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INMOVILIZADO INTANGIBLE. VALORADO SEGÚN MODELO DE COSTE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200 0,00 0,00 0,00 0,00 0,00 0,00 0,00 0,00 0,00</w:t>
      </w:r>
    </w:p>
    <w:p>
      <w:r>
        <w:t>201 0,00 0,00 0,00 0,00 0,00 0,00 0,00 0,00 0,00</w:t>
      </w:r>
    </w:p>
    <w:p>
      <w:r>
        <w:t>203 670.963,36 0,00 0,00 0,00 0,00 0,00 115.614,04 0,00 555.349,32</w:t>
      </w:r>
    </w:p>
    <w:p>
      <w:r>
        <w:t>206 56.506,92 43.456,88 0,00 0,00 0,00 0,00 52.967,58 0,00 46.996,22</w:t>
      </w:r>
    </w:p>
    <w:p>
      <w:r>
        <w:t>207 0,00 0,00 0,00 0,00 0,00 0,00 0,00 0,00 0,00</w:t>
      </w:r>
    </w:p>
    <w:p>
      <w:r>
        <w:t>208 0,00 0,00 0,00 0,00 0,00 0,00 0,00 0,00 0,00</w:t>
      </w:r>
    </w:p>
    <w:p>
      <w:r>
        <w:t>209 0,00 0,00 0,00 0,00 0,00 0,00 0,00 0,00 0,00</w:t>
      </w:r>
    </w:p>
    <w:p>
      <w:r>
        <w:t>TOTAL 727.470,28 43.456,88 0,00 0,00 0,00 0,00 168.581,62 0,00 602.345,54</w:t>
      </w:r>
    </w:p>
    <w:p>
      <w:r>
        <w:t>Página 1de 1 17 de Junio del 2025</w:t>
      </w:r>
    </w:p>
    <w:p>
      <w:r>
        <w:t>57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INMOVILIZADO INTANGIBLE. VALORADO SEGÚN MODELO DE REVALORIZACIÓN</w:t>
      </w:r>
    </w:p>
    <w:p>
      <w:r>
        <w:t>Periodo: 2024</w:t>
      </w:r>
    </w:p>
    <w:p>
      <w:r>
        <w:t>PARTIDA BALANCE SALDO INICIAL ENTRADAS AUMENTOS POR SALIDAS DISMINUCIONES CORRECCIONES AMORTIZACIÓN REVALORIZACIÓN SALDO FINAL</w:t>
      </w:r>
    </w:p>
    <w:p>
      <w:r>
        <w:t>TRASPASOS DE POR TRASPASOS VALORATIVAS DEL EJERCICIO</w:t>
      </w:r>
    </w:p>
    <w:p>
      <w:r>
        <w:t>OTRAS PARTIDAS A OTRAS NETAS POR</w:t>
      </w:r>
    </w:p>
    <w:p>
      <w:r>
        <w:t>PARTIDAS DETERIORO DEL</w:t>
      </w:r>
    </w:p>
    <w:p>
      <w:r>
        <w:t>EJERCICIO</w:t>
      </w:r>
    </w:p>
    <w:p>
      <w:r>
        <w:t>TOTAL</w:t>
      </w:r>
    </w:p>
    <w:p>
      <w:r>
        <w:t>Página 1de 1 17 de Junio del 2025</w:t>
      </w:r>
    </w:p>
    <w:p>
      <w:r>
        <w:t>58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9 ) Arrendamientos financieros</w:t>
      </w:r>
    </w:p>
    <w:p>
      <w:r>
        <w:t>59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ARRENDAMIENTOS FINANCIEROS</w:t>
      </w:r>
    </w:p>
    <w:p>
      <w:r>
        <w:t>Periodo: 2024</w:t>
      </w:r>
    </w:p>
    <w:p>
      <w:r>
        <w:t>CLASE ACTIVO IMPORTE VALORACIÓN OPCIÓN DE COMPRA (SI/ ACUERDOS NATURALEZA DE LOS</w:t>
      </w:r>
    </w:p>
    <w:p>
      <w:r>
        <w:t>RECONOCIMIENTO NO) SIGNIFICATIVOS ACTIVOS QUE</w:t>
      </w:r>
    </w:p>
    <w:p>
      <w:r>
        <w:t>INICIAL ARRENDAMIENTO SURGEN DE ESTOS</w:t>
      </w:r>
    </w:p>
    <w:p>
      <w:r>
        <w:t>FINANCIERO CONTRATOS</w:t>
      </w:r>
    </w:p>
    <w:p>
      <w:r>
        <w:t>TOTAL</w:t>
      </w:r>
    </w:p>
    <w:p>
      <w:r>
        <w:t>Página 1de 1 17 de Junio del 2025</w:t>
      </w:r>
    </w:p>
    <w:p>
      <w:r>
        <w:t>60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10) Activos financieros</w:t>
      </w:r>
    </w:p>
    <w:p>
      <w:r>
        <w:t>61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Resumen Activos Financieros</w:t>
      </w:r>
    </w:p>
    <w:p>
      <w:r>
        <w:t>Periodo: 2024</w:t>
      </w:r>
    </w:p>
    <w:p>
      <w:r>
        <w:t>Activos financieros a Largo Plazo ACTIVOS FINANCIEROS A CORTO PLAZO</w:t>
      </w:r>
    </w:p>
    <w:p>
      <w:r>
        <w:t>VALORES REPRESENTATIVOS VALORES REPRESENTATIVOS TOTAL</w:t>
      </w:r>
    </w:p>
    <w:p>
      <w:r>
        <w:t>CATEGORIAS \ CLASES INVERSIONES EN PATRIMONIO OTRAS INVERSIONES INVERSIONES EN PATRIMONIO OTRAS INVERSIONES</w:t>
      </w:r>
    </w:p>
    <w:p>
      <w:r>
        <w:t>DE DEUDA DE DEUDA</w:t>
      </w:r>
    </w:p>
    <w:p>
      <w:r>
        <w:t>2024 2023 2024 2023 2024 2023 2024 2023 2024 2023 2024 2023 2024 2023</w:t>
      </w:r>
    </w:p>
    <w:p>
      <w:r>
        <w:t>CRÉDITOS Y PARTIDAS A COBRAR 0,00 0,00 0,00 0,00 550,00 550,00 0,00 0,00 0,00 0,00 133.969,01 111.213,81 134.519,01 111.763,81</w:t>
      </w:r>
    </w:p>
    <w:p>
      <w:r>
        <w:t>INVERSIONES MANTENIDAS 0,00 0,00 0,00 0,00 0,00 0,00 0,00 0,00 0,00 0,00 0,00 0,00 0,00 0,00</w:t>
      </w:r>
    </w:p>
    <w:p>
      <w:r>
        <w:t>HASTA EL VENCIMIENTO</w:t>
      </w:r>
    </w:p>
    <w:p>
      <w:r>
        <w:t>ACTIVOS FINANCIEROS A VALOR 0,00 0,00 0,00 0,00 0,00 0,00 0,00 0,00 0,00 0,00 0,00 0,00 0,00 0,00</w:t>
      </w:r>
    </w:p>
    <w:p>
      <w:r>
        <w:t>RAZONABLE CON CAMBIO EN</w:t>
      </w:r>
    </w:p>
    <w:p>
      <w:r>
        <w:t>RESULTADOS</w:t>
      </w:r>
    </w:p>
    <w:p>
      <w:r>
        <w:t>INVERSIONES EN ENTIDADES DEL 0,00 0,00 0,00 0,00 0,00 0,00 0,00 0,00 0,00 0,00 0,00 0,00 0,00 0,00</w:t>
      </w:r>
    </w:p>
    <w:p>
      <w:r>
        <w:t>GRUPO, MULTIGRUPO Y</w:t>
      </w:r>
    </w:p>
    <w:p>
      <w:r>
        <w:t>ASOCIADAS</w:t>
      </w:r>
    </w:p>
    <w:p>
      <w:r>
        <w:t>ACTIVOS FINANCIEROS 0,00 0,00 0,00 0,00 0,00 0,00 0,00 0,00 0,00 0,00 0,00 0,00 0,00 0,00</w:t>
      </w:r>
    </w:p>
    <w:p>
      <w:r>
        <w:t>DISPONIBLES PARA LA VENTA</w:t>
      </w:r>
    </w:p>
    <w:p>
      <w:r>
        <w:t>TOTAL 0,00 0,00 0,00 0,00 550,00 550,00 0,00 0,00 0,00 0,00 133.969,01 111.213,81 134.519,01 111.763,81</w:t>
      </w:r>
    </w:p>
    <w:p>
      <w:r>
        <w:t>Página 1de 1 17 de Junio del 2025</w:t>
      </w:r>
    </w:p>
    <w:p>
      <w:r>
        <w:t>62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Activos financieros. Correcciones por deterioro de valor</w:t>
      </w:r>
    </w:p>
    <w:p>
      <w:r>
        <w:t>Periodo: 2024</w:t>
      </w:r>
    </w:p>
    <w:p>
      <w:r>
        <w:t>DISMINUCIONES DE</w:t>
      </w:r>
    </w:p>
    <w:p>
      <w:r>
        <w:t>CLASES DE ACTIVOS REVERSIÓN DEL</w:t>
      </w:r>
    </w:p>
    <w:p>
      <w:r>
        <w:t>VALOR POR DETERIORO</w:t>
      </w:r>
    </w:p>
    <w:p>
      <w:r>
        <w:t>FINANCIEROS \ MOVIMIENTO SALDO INICIAL DETERIORO CREDITICIO SALDO FINAL</w:t>
      </w:r>
    </w:p>
    <w:p>
      <w:r>
        <w:t>CREDITICIO DEL</w:t>
      </w:r>
    </w:p>
    <w:p>
      <w:r>
        <w:t>CUENTAS CORRECTORAS EN EL EJERCICIO</w:t>
      </w:r>
    </w:p>
    <w:p>
      <w:r>
        <w:t>EJERCICIO</w:t>
      </w:r>
    </w:p>
    <w:p>
      <w:r>
        <w:t>Activos financieros a Largo</w:t>
      </w:r>
    </w:p>
    <w:p>
      <w:r>
        <w:t>Plazo</w:t>
      </w:r>
    </w:p>
    <w:p>
      <w:r>
        <w:t>Inversiones en patrimonio 0,00 0,00 0,00 0,00</w:t>
      </w:r>
    </w:p>
    <w:p>
      <w:r>
        <w:t>Valores representativos de 0,00 0,00 0,00 0,00</w:t>
      </w:r>
    </w:p>
    <w:p>
      <w:r>
        <w:t>deuda</w:t>
      </w:r>
    </w:p>
    <w:p>
      <w:r>
        <w:t>Otras inversiones 0,00 0,00 0,00 0,00</w:t>
      </w:r>
    </w:p>
    <w:p>
      <w:r>
        <w:t>Activos financieros a Corto</w:t>
      </w:r>
    </w:p>
    <w:p>
      <w:r>
        <w:t>Plazo</w:t>
      </w:r>
    </w:p>
    <w:p>
      <w:r>
        <w:t>Inversiones en patrimonio 0,00 0,00 0,00 0,00</w:t>
      </w:r>
    </w:p>
    <w:p>
      <w:r>
        <w:t>Valores representativos de 0,00 0,00 0,00 0,00</w:t>
      </w:r>
    </w:p>
    <w:p>
      <w:r>
        <w:t>deuda</w:t>
      </w:r>
    </w:p>
    <w:p>
      <w:r>
        <w:t>Otras inversiones 0,00 0,00 0,00 0,00</w:t>
      </w:r>
    </w:p>
    <w:p>
      <w:r>
        <w:t>Página 1de 1 17 de Junio del 2025</w:t>
      </w:r>
    </w:p>
    <w:p>
      <w:r>
        <w:t>63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RIESGO DE TIPO DE CAMBIO</w:t>
      </w:r>
    </w:p>
    <w:p>
      <w:r>
        <w:t>Periodo: 2024</w:t>
      </w:r>
    </w:p>
    <w:p>
      <w:r>
        <w:t>MONEDAS INVERSIONES EN VALORES OTRAS INVERSIONES TOTAL</w:t>
      </w:r>
    </w:p>
    <w:p>
      <w:r>
        <w:t>PATRIMONIO REPRESENTATIVOS DE LA</w:t>
      </w:r>
    </w:p>
    <w:p>
      <w:r>
        <w:t>DEUDA</w:t>
      </w:r>
    </w:p>
    <w:p>
      <w:r>
        <w:t>TOTAL</w:t>
      </w:r>
    </w:p>
    <w:p>
      <w:r>
        <w:t>% INVERSIONES EN MONEDA DISTINTA DEL EURO SOBRE INVERSIONES TOTALES 0,00</w:t>
      </w:r>
    </w:p>
    <w:p>
      <w:r>
        <w:t>Página 1de 1 17 de Junio del 2025</w:t>
      </w:r>
    </w:p>
    <w:p>
      <w:r>
        <w:t>64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Activos Financieros. Riesgos de tipo de interés</w:t>
      </w:r>
    </w:p>
    <w:p>
      <w:r>
        <w:t>Periodo: 2024</w:t>
      </w:r>
    </w:p>
    <w:p>
      <w:r>
        <w:t>CLASES DE ACTIVOS</w:t>
      </w:r>
    </w:p>
    <w:p>
      <w:r>
        <w:t>FINANCIEROS \ TIPO DE A TIPO INTERÉS FIJO A TIPO INTERÉS VARIABLE TOTAL</w:t>
      </w:r>
    </w:p>
    <w:p>
      <w:r>
        <w:t>INTERÉS</w:t>
      </w:r>
    </w:p>
    <w:p>
      <w:r>
        <w:t>VALORES 0,00 0,00 0,00</w:t>
      </w:r>
    </w:p>
    <w:p>
      <w:r>
        <w:t>REPRESENTATIVOS DE</w:t>
      </w:r>
    </w:p>
    <w:p>
      <w:r>
        <w:t>DEUDA</w:t>
      </w:r>
    </w:p>
    <w:p>
      <w:r>
        <w:t>OTROS ACTIVOS 0,00 0,00 0,00</w:t>
      </w:r>
    </w:p>
    <w:p>
      <w:r>
        <w:t>FINANCIEROS</w:t>
      </w:r>
    </w:p>
    <w:p>
      <w:r>
        <w:t>TOTAL IMPORTE 0,00 0,00 0,00</w:t>
      </w:r>
    </w:p>
    <w:p>
      <w:r>
        <w:t>% DE ACTIVOS FINANCIEROS</w:t>
      </w:r>
    </w:p>
    <w:p>
      <w:r>
        <w:t>A TIPO DE INTERÉS FIJO O 0,00 0,00 0,00</w:t>
      </w:r>
    </w:p>
    <w:p>
      <w:r>
        <w:t>VARIABLE SOBRE EL TOTAL</w:t>
      </w:r>
    </w:p>
    <w:p>
      <w:r>
        <w:t>Página 1de 1 17 de Junio del 2025</w:t>
      </w:r>
    </w:p>
    <w:p>
      <w:r>
        <w:t>65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11) Pasivos financieros</w:t>
      </w:r>
    </w:p>
    <w:p>
      <w:r>
        <w:t>66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96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1. SITUACIÓN Y MOVIMIENTOS DE LAS DEUDAS</w:t>
      </w:r>
    </w:p>
    <w:p>
      <w:r>
        <w:t>a) DEUDAS AL COSTE AMORTIZADO</w:t>
      </w:r>
    </w:p>
    <w:p>
      <w:r>
        <w:t>Periodo: 2024</w:t>
      </w:r>
    </w:p>
    <w:p>
      <w:r>
        <w:t>DEUDA AL 1 ENERO CREACIONES INTERESES DEVENGADOS DIFERENCIAS DE CAMBIO DISMINUCIONES DEUDA AL 31 DICIEMBRE</w:t>
      </w:r>
    </w:p>
    <w:p>
      <w:r>
        <w:t>SEGÚN T.I.E.</w:t>
      </w:r>
    </w:p>
    <w:p>
      <w:r>
        <w:t>IDENTIFICACIÓN DEUDA TIE COSTE INTERESES EFECTIVO (3) GASTOS (4) EXPLICITOS (5) RESTO (6) INTERESES DEL COSTE DE INTERESES VALOR RESULTADO COSTE INTERESES</w:t>
      </w:r>
    </w:p>
    <w:p>
      <w:r>
        <w:t>AMORTIZADO EXPLICITOS (2) CANCELADOS AMORTIZADO EXPLÍCITOS (9) CONTABLE (10) (11) AMORTIZADO EXPLÍCITOS =</w:t>
      </w:r>
    </w:p>
    <w:p>
      <w:r>
        <w:t>(1) (7) (8) = 1+3-4+6+8-10 2+5-7+9</w:t>
      </w:r>
    </w:p>
    <w:p>
      <w:r>
        <w:t>TOTAL 0,00 0,00 0,00 0,00</w:t>
      </w:r>
    </w:p>
    <w:p>
      <w:r>
        <w:t>Página 1de 1 17 de Junio del 2025</w:t>
      </w:r>
    </w:p>
    <w:p>
      <w:r>
        <w:t>67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1. SITUACIÓN Y MOVIMIENTOS DE LAS DEUDAS</w:t>
      </w:r>
    </w:p>
    <w:p>
      <w:r>
        <w:t>b) DEUDAS A VALOR RAZONABLE</w:t>
      </w:r>
    </w:p>
    <w:p>
      <w:r>
        <w:t>Periodo: 2024</w:t>
      </w:r>
    </w:p>
    <w:p>
      <w:r>
        <w:t>DEUDA AL 1 ENERO CREACIONES DIFERENCIAS DE CAMBIO DEUDA AL 31 DICIEMBRE</w:t>
      </w:r>
    </w:p>
    <w:p>
      <w:r>
        <w:t>INTERESES INTERESES VARIACIÓN DEL VALOR EX- DE INTERESES DISMINUCIONES VALOR EX- INTERESES</w:t>
      </w:r>
    </w:p>
    <w:p>
      <w:r>
        <w:t>IDENTIFICACIÓN DEUDA V C A U L P O Ó R N E (1 X ) - EX IN P T L E ÍC R I E T S O E S S ( 2) EFECTIVO (3) GASTOS (4) DEVEN (5 G ) ADOS CANCE (6 L ) ADOS RAZ V O A N L A O B R L E (7) CUPÓN (8) EXPLÍCITOS (9) (10) ( C 1 U )+ P (3 Ó ) N +( 7 (1 )+ 1) ( 8 = ) - (1 E 0 X )= P ( L 2) ÍC +( I 5 T ) O + S (9 )-</w:t>
      </w:r>
    </w:p>
    <w:p>
      <w:r>
        <w:t>(10) (6)</w:t>
      </w:r>
    </w:p>
    <w:p>
      <w:r>
        <w:t>TOTAL 0,00 0,00</w:t>
      </w:r>
    </w:p>
    <w:p>
      <w:r>
        <w:t>Página 1de 1 17 de Junio del 2025</w:t>
      </w:r>
    </w:p>
    <w:p>
      <w:r>
        <w:t>68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Pasivos Financieros, resumen por categorias</w:t>
      </w:r>
    </w:p>
    <w:p>
      <w:r>
        <w:t>Periodo: 2024</w:t>
      </w:r>
    </w:p>
    <w:p>
      <w:r>
        <w:t>LARGO PLAZO CORTO PLAZO</w:t>
      </w:r>
    </w:p>
    <w:p>
      <w:r>
        <w:t>OBLIGACIONES Y OTROS DEUDAS CON ENTIDADES DE OBLIGACIONES Y OTROS DEUDAS CON ENTIDADES DE TOTAL</w:t>
      </w:r>
    </w:p>
    <w:p>
      <w:r>
        <w:t>CATEGORIAS \ CLASES OTRAS DEUDAS OTRAS DEUDAS</w:t>
      </w:r>
    </w:p>
    <w:p>
      <w:r>
        <w:t>VALORES NEGOCIABLES CRÉDITO VALORES NEGOCIABLES CRÉDITO</w:t>
      </w:r>
    </w:p>
    <w:p>
      <w:r>
        <w:t>2024 2023 2024 2023 2024 2023 2024 2023 2024 2023 2024 2023 2024 2023</w:t>
      </w:r>
    </w:p>
    <w:p>
      <w:r>
        <w:t>DEUDAS A COSTE AMORTIZADO 0,00 0,00 0,00 0,00 7.332.501,88 8.133.223,16 0,00 0,00 0,00 0,00 9.216.431,63 7.127.450,97 16.548.933,51 15.260.674,13</w:t>
      </w:r>
    </w:p>
    <w:p>
      <w:r>
        <w:t>DEUDAS A VALOR RAZONABLE 0,00 0,00 0,00 0,00 0,00 0,00 0,00 0,00 0,00 0,00 0,00 0,00 0,00 0,00</w:t>
      </w:r>
    </w:p>
    <w:p>
      <w:r>
        <w:t>TOTAL 0,00 0,00 0,00 0,00 7.332.501,88 8.133.223,16 0,00 0,00 0,00 0,00 9.216.431,63 7.127.450,97 16.548.933,51 15.260.674,13</w:t>
      </w:r>
    </w:p>
    <w:p>
      <w:r>
        <w:t>Página 1de 1 17 de Junio del 2025</w:t>
      </w:r>
    </w:p>
    <w:p>
      <w:r>
        <w:t>69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Líneas de Crédito</w:t>
      </w:r>
    </w:p>
    <w:p>
      <w:r>
        <w:t>Periodo: 2024</w:t>
      </w:r>
    </w:p>
    <w:p>
      <w:r>
        <w:t>IDENTIFICACIÓN LÍMITE CONCEDIDO DISPUESTO DISPONIBLE COMISIÓN S/ NO</w:t>
      </w:r>
    </w:p>
    <w:p>
      <w:r>
        <w:t>DISPUESTO</w:t>
      </w:r>
    </w:p>
    <w:p>
      <w:r>
        <w:t>TOTAL</w:t>
      </w:r>
    </w:p>
    <w:p>
      <w:r>
        <w:t>Página 1de 1 17 de Junio del 2025</w:t>
      </w:r>
    </w:p>
    <w:p>
      <w:r>
        <w:t>70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Riesgo de tipo de cambio</w:t>
      </w:r>
    </w:p>
    <w:p>
      <w:r>
        <w:t>Periodo: 2024</w:t>
      </w:r>
    </w:p>
    <w:p>
      <w:r>
        <w:t>OBLIGACIONES Y OTROS DEUDAS CON ENTIDADES</w:t>
      </w:r>
    </w:p>
    <w:p>
      <w:r>
        <w:t>MONEDAS OTRAS DEUDAS TOTAL</w:t>
      </w:r>
    </w:p>
    <w:p>
      <w:r>
        <w:t>VALORES NEGOCIABLES DE CRÉDITO</w:t>
      </w:r>
    </w:p>
    <w:p>
      <w:r>
        <w:t>TOTAL</w:t>
      </w:r>
    </w:p>
    <w:p>
      <w:r>
        <w:t>% DEUDA EN MONEDA DISTINTA DEL EURO SOBRE DUDA TOTAL 0,00</w:t>
      </w:r>
    </w:p>
    <w:p>
      <w:r>
        <w:t>Página 1de 1 17 de Junio del 2025</w:t>
      </w:r>
    </w:p>
    <w:p>
      <w:r>
        <w:t>71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Pasivos Financieros. Riesgos de tipo de interés</w:t>
      </w:r>
    </w:p>
    <w:p>
      <w:r>
        <w:t>Periodo: 2024</w:t>
      </w:r>
    </w:p>
    <w:p>
      <w:r>
        <w:t>CLASES DE PASIVOS</w:t>
      </w:r>
    </w:p>
    <w:p>
      <w:r>
        <w:t>FINANCIEROS \ TIPO DE A TIPO INTERÉS FIJO A TIPO INTERÉS VARIABLE TOTAL</w:t>
      </w:r>
    </w:p>
    <w:p>
      <w:r>
        <w:t>INTERÉS</w:t>
      </w:r>
    </w:p>
    <w:p>
      <w:r>
        <w:t>OBLIGACIONES Y OTROS 0,00 0,00 0,00</w:t>
      </w:r>
    </w:p>
    <w:p>
      <w:r>
        <w:t>VAL. NEGOC.</w:t>
      </w:r>
    </w:p>
    <w:p>
      <w:r>
        <w:t>DEUDAS CON ENTIDADES DE 0,00 0,00 0,00</w:t>
      </w:r>
    </w:p>
    <w:p>
      <w:r>
        <w:t>CRÉDITO</w:t>
      </w:r>
    </w:p>
    <w:p>
      <w:r>
        <w:t>OTRAS DEUDAS 0,00 0,00 0,00</w:t>
      </w:r>
    </w:p>
    <w:p>
      <w:r>
        <w:t>TOTAL IMPORTE 0,00 0,00 0,00</w:t>
      </w:r>
    </w:p>
    <w:p>
      <w:r>
        <w:t>% DE PASIVOS FINANCIEROS</w:t>
      </w:r>
    </w:p>
    <w:p>
      <w:r>
        <w:t>A TIPO DE INTERÉS FIJO O 0,00 0,00 0,00</w:t>
      </w:r>
    </w:p>
    <w:p>
      <w:r>
        <w:t>VARIABLE SOBRE EL TOTAL</w:t>
      </w:r>
    </w:p>
    <w:p>
      <w:r>
        <w:t>Página 1de 1 17 de Junio del 2025</w:t>
      </w:r>
    </w:p>
    <w:p>
      <w:r>
        <w:t>72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Avales concedidos</w:t>
      </w:r>
    </w:p>
    <w:p>
      <w:r>
        <w:t>Periodo: 2024</w:t>
      </w:r>
    </w:p>
    <w:p>
      <w:r>
        <w:t>ENTIDAD AVALADA AVALES AVALES CANCELADOS EN EL EJERCICIO AVALES PROVISIONES</w:t>
      </w:r>
    </w:p>
    <w:p>
      <w:r>
        <w:t>FECHA FECHA AVALES</w:t>
      </w:r>
    </w:p>
    <w:p>
      <w:r>
        <w:t>IDENTIFICACIÓN FINALIDAD CONCEDIDOS PENDIENTES</w:t>
      </w:r>
    </w:p>
    <w:p>
      <w:r>
        <w:t>CONCESIÓN VENCIMIENTO PENDIENTES POR OTRAS</w:t>
      </w:r>
    </w:p>
    <w:p>
      <w:r>
        <w:t>AVAL NIF DENOMINACIÓN AVAL AVAL AVAL A 1 DE ENERO EN EL EJECUCIÓN CAUSAS TOTAL A 31 DE EJERCICIO ACUMULADA</w:t>
      </w:r>
    </w:p>
    <w:p>
      <w:r>
        <w:t>EJERCICIO DICIEMBRE</w:t>
      </w:r>
    </w:p>
    <w:p>
      <w:r>
        <w:t>0,00</w:t>
      </w:r>
    </w:p>
    <w:p>
      <w:r>
        <w:t>Página 1de 1 18 de Junio del 2025</w:t>
      </w:r>
    </w:p>
    <w:p>
      <w:r>
        <w:t>73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Avales ejecutados</w:t>
      </w:r>
    </w:p>
    <w:p>
      <w:r>
        <w:t>Periodo: 2024</w:t>
      </w:r>
    </w:p>
    <w:p>
      <w:r>
        <w:t>ENTIDAD AVALADA AVALES CANCELADOS</w:t>
      </w:r>
    </w:p>
    <w:p>
      <w:r>
        <w:t>FECHA CONCESIÓN FECHA VENCIMIENTO APLICACIÓN CONCEPTO NO</w:t>
      </w:r>
    </w:p>
    <w:p>
      <w:r>
        <w:t>IDENTIFICACIÓN AVAL FINALIDAD AVAL EN EL EJERCICIO POR</w:t>
      </w:r>
    </w:p>
    <w:p>
      <w:r>
        <w:t>NIF DENOMINACIÓN AVAL AVAL EJECUCIÓN PRESUPUESTARIA PRESUPUESTARIO</w:t>
      </w:r>
    </w:p>
    <w:p>
      <w:r>
        <w:t>Página 1de 1 18 de Junio del 2025</w:t>
      </w:r>
    </w:p>
    <w:p>
      <w:r>
        <w:t>74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Avales reintegrados</w:t>
      </w:r>
    </w:p>
    <w:p>
      <w:r>
        <w:t>Periodo: 2024</w:t>
      </w:r>
    </w:p>
    <w:p>
      <w:r>
        <w:t>IMPORTE REINTEGRADO EN EL</w:t>
      </w:r>
    </w:p>
    <w:p>
      <w:r>
        <w:t>AÑO DE EJECUCIÓN APLICACIÓN PRESUPUESTARIA CONCEPTO NO PRESUPUESTARIO</w:t>
      </w:r>
    </w:p>
    <w:p>
      <w:r>
        <w:t>EJERCICIO</w:t>
      </w:r>
    </w:p>
    <w:p>
      <w:r>
        <w:t>TOTAL</w:t>
      </w:r>
    </w:p>
    <w:p>
      <w:r>
        <w:t>Página 1de 1 18 de Junio del 2025</w:t>
      </w:r>
    </w:p>
    <w:p>
      <w:r>
        <w:t>75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13) Activos construidos para otras entidades</w:t>
      </w:r>
    </w:p>
    <w:p>
      <w:r>
        <w:t>76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97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Activos construidos para otras entidades</w:t>
      </w:r>
    </w:p>
    <w:p>
      <w:r>
        <w:t>Periodo: 2024</w:t>
      </w:r>
    </w:p>
    <w:p>
      <w:r>
        <w:t>IMPORTE DE LAS LIMITACIÓN DISPONIBILIDAD OBRAS Y OTRAS EXISTENCIAS</w:t>
      </w:r>
    </w:p>
    <w:p>
      <w:r>
        <w:t>IMPORTE COSTES</w:t>
      </w:r>
    </w:p>
    <w:p>
      <w:r>
        <w:t>PARTIDA BALANCE CORRECCIONES IMPORTE REVERSIÓN</w:t>
      </w:r>
    </w:p>
    <w:p>
      <w:r>
        <w:t>VALORATIVAS CAPITALIZADOS GARANTIAS PIGNORACIONES FIANZAS OTROS</w:t>
      </w:r>
    </w:p>
    <w:p>
      <w:r>
        <w:t>TOTAL</w:t>
      </w:r>
    </w:p>
    <w:p>
      <w:r>
        <w:t>Página 1de 1 18 de Junio del 2025</w:t>
      </w:r>
    </w:p>
    <w:p>
      <w:r>
        <w:t>77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14) Moneda Extranjera</w:t>
      </w:r>
    </w:p>
    <w:p>
      <w:r>
        <w:t>78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Transacciones liquidadas a lo largo del ejercicio</w:t>
      </w:r>
    </w:p>
    <w:p>
      <w:r>
        <w:t>Periodo: 2024</w:t>
      </w:r>
    </w:p>
    <w:p>
      <w:r>
        <w:t>DIFERENCIAS DE CAMBIO</w:t>
      </w:r>
    </w:p>
    <w:p>
      <w:r>
        <w:t>ELEMENTOS DEL ACTIVO O</w:t>
      </w:r>
    </w:p>
    <w:p>
      <w:r>
        <w:t>PARTIDA BALANCE IMPORTE TOTAL RECONOCIDAS EN EL</w:t>
      </w:r>
    </w:p>
    <w:p>
      <w:r>
        <w:t>PASIVO</w:t>
      </w:r>
    </w:p>
    <w:p>
      <w:r>
        <w:t>RESULTADO DEL EJERCICIO</w:t>
      </w:r>
    </w:p>
    <w:p>
      <w:r>
        <w:t>TOTAL</w:t>
      </w:r>
    </w:p>
    <w:p>
      <w:r>
        <w:t>Página 1de 1 18 de Junio del 2025</w:t>
      </w:r>
    </w:p>
    <w:p>
      <w:r>
        <w:t>79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Transacciones pendientes de vencimiento</w:t>
      </w:r>
    </w:p>
    <w:p>
      <w:r>
        <w:t>Periodo: 2024</w:t>
      </w:r>
    </w:p>
    <w:p>
      <w:r>
        <w:t>DIFERENCIAS DE CAMBIO</w:t>
      </w:r>
    </w:p>
    <w:p>
      <w:r>
        <w:t>ELEMENTOS DEL ACTIVO O</w:t>
      </w:r>
    </w:p>
    <w:p>
      <w:r>
        <w:t>PARTIDA BALANCE IMPORTE TOTAL RECONOCIDAS EN EL</w:t>
      </w:r>
    </w:p>
    <w:p>
      <w:r>
        <w:t>PASIVO</w:t>
      </w:r>
    </w:p>
    <w:p>
      <w:r>
        <w:t>RESULTADO DEL EJERCICIO</w:t>
      </w:r>
    </w:p>
    <w:p>
      <w:r>
        <w:t>TOTAL</w:t>
      </w:r>
    </w:p>
    <w:p>
      <w:r>
        <w:t>Página 1de 1 18 de Junio del 2025</w:t>
      </w:r>
    </w:p>
    <w:p>
      <w:r>
        <w:t>80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15) Transferencias y subvenciones</w:t>
      </w:r>
    </w:p>
    <w:p>
      <w:r>
        <w:t>81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Transferencias y Subvenciones recibidas</w:t>
      </w:r>
    </w:p>
    <w:p>
      <w:r>
        <w:t>Periodo: 2024</w:t>
      </w:r>
    </w:p>
    <w:p>
      <w:r>
        <w:t>CARACTERÍSTICAS IMPORTE RECIBIDO IMPORTE IMPORTE NO CANTIDAD IMPUTADA A RESULTADOS</w:t>
      </w:r>
    </w:p>
    <w:p>
      <w:r>
        <w:t>REINTEGRABLE REINTEGRABLE</w:t>
      </w:r>
    </w:p>
    <w:p>
      <w:r>
        <w:t>EJERCICIO EJERCICIOS EJERCICIO EJERCICIOS</w:t>
      </w:r>
    </w:p>
    <w:p>
      <w:r>
        <w:t>ACTUAL ANTERIORES ACTUAL ANTERIORES</w:t>
      </w:r>
    </w:p>
    <w:p>
      <w:r>
        <w:t>400000824/32024000022802/Importe Transf. Cabildo A 4.592.323,79 0,00 0,00 0,00 0,00 0,00</w:t>
      </w:r>
    </w:p>
    <w:p>
      <w:r>
        <w:t>400030024/32024000016315/Importe Transf. Cabildo p 2.437.959,63 0,00 0,00 0,00 0,00 0,00</w:t>
      </w:r>
    </w:p>
    <w:p>
      <w:r>
        <w:t>400000824/32024000016294/Importe Transf. Cabildo A 5.803.635,71 0,00 0,00 0,00 0,00 0,00</w:t>
      </w:r>
    </w:p>
    <w:p>
      <w:r>
        <w:t>400000824/32024000016293/Importe Transf. Cabildo A 5.803.635,71 0,00 0,00 0,00 0,00 0,00</w:t>
      </w:r>
    </w:p>
    <w:p>
      <w:r>
        <w:t>700000022/32024000003434/Ingreso anualidad 2022 de 12.500.000,00 0,00 0,00 0,00 0,00 0,00</w:t>
      </w:r>
    </w:p>
    <w:p>
      <w:r>
        <w:t>450010124/32024000010932/Transf. Cabildo de G.C. C 8.036,76 0,00 0,00 0,00 0,00 0,00</w:t>
      </w:r>
    </w:p>
    <w:p>
      <w:r>
        <w:t>450010124/32024000010933/Transf. CC.AA Ayudas Acci 10.285,45 0,00 0,00 0,00 0,00 0,00</w:t>
      </w:r>
    </w:p>
    <w:p>
      <w:r>
        <w:t>400000024/32024000016287/Importe Partic. Tributos 850.035,71 0,00 0,00 0,00 0,00 0,00</w:t>
      </w:r>
    </w:p>
    <w:p>
      <w:r>
        <w:t>400000024/32024000016288/Importe Partic. Tributos 850.035,71 0,00 0,00 0,00 0,00 0,00</w:t>
      </w:r>
    </w:p>
    <w:p>
      <w:r>
        <w:t>400000824/32024000016290/Importe Transf. Cabildo A 5.803.635,71 0,00 0,00 0,00 0,00 0,00</w:t>
      </w:r>
    </w:p>
    <w:p>
      <w:r>
        <w:t>400020024/32024000016307/Importe Transf. Cabildo p 2.437.349,91 0,00 0,00 0,00 0,00 0,00</w:t>
      </w:r>
    </w:p>
    <w:p>
      <w:r>
        <w:t>400030024/32024000016308/Importe Transf. Cabildo p 2.437.959,63 0,00 0,00 0,00 0,00 0,00</w:t>
      </w:r>
    </w:p>
    <w:p>
      <w:r>
        <w:t>400030024/32024000016309/Importe Transf. Cabildo p 2.437.959,63 0,00 0,00 0,00 0,00 0,00</w:t>
      </w:r>
    </w:p>
    <w:p>
      <w:r>
        <w:t>Página 1de 4 18 de Junio del 2025</w:t>
      </w:r>
    </w:p>
    <w:p>
      <w:r>
        <w:t>82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CARACTERÍSTICAS IMPORTE RECIBIDO IMPORTE IMPORTE NO CANTIDAD IMPUTADA A RESULTADOS</w:t>
      </w:r>
    </w:p>
    <w:p>
      <w:r>
        <w:t>REINTEGRABLE REINTEGRABLE</w:t>
      </w:r>
    </w:p>
    <w:p>
      <w:r>
        <w:t>EJERCICIO EJERCICIOS EJERCICIO EJERCICIOS</w:t>
      </w:r>
    </w:p>
    <w:p>
      <w:r>
        <w:t>ACTUAL ANTERIORES ACTUAL ANTERIORES</w:t>
      </w:r>
    </w:p>
    <w:p>
      <w:r>
        <w:t>400030024/32024000016310/Importe Transf. Cabildo p 2.437.959,63 0,00 0,00 0,00 0,00 0,00</w:t>
      </w:r>
    </w:p>
    <w:p>
      <w:r>
        <w:t>400030024/32024000016311/Importe Transf. Cabildo p 2.437.959,63 0,00 0,00 0,00 0,00 0,00</w:t>
      </w:r>
    </w:p>
    <w:p>
      <w:r>
        <w:t>400030024/32024000016312/Importe Transf. Cabildo p 2.437.959,63 0,00 0,00 0,00 0,00 0,00</w:t>
      </w:r>
    </w:p>
    <w:p>
      <w:r>
        <w:t>400020024/32024000016301/Importe Transf. Cabildo p 2.437.349,91 0,00 0,00 0,00 0,00 0,00</w:t>
      </w:r>
    </w:p>
    <w:p>
      <w:r>
        <w:t>400000024/32024000016282/Importe Partic. Tributos 850.035,71 0,00 0,00 0,00 0,00 0,00</w:t>
      </w:r>
    </w:p>
    <w:p>
      <w:r>
        <w:t>400000024/32024000016283/Importe Partic. Tributos 850.035,71 0,00 0,00 0,00 0,00 0,00</w:t>
      </w:r>
    </w:p>
    <w:p>
      <w:r>
        <w:t>400020024/32024000016299/Importe Transf. Cabildo p 2.437.349,91 0,00 0,00 0,00 0,00 0,00</w:t>
      </w:r>
    </w:p>
    <w:p>
      <w:r>
        <w:t>400020024/32024000016302/Importe Transf. Cabildo p 2.437.349,91 0,00 0,00 0,00 0,00 0,00</w:t>
      </w:r>
    </w:p>
    <w:p>
      <w:r>
        <w:t>400020024/32024000016303/Importe Transf. Cabildo p 2.437.349,91 0,00 0,00 0,00 0,00 0,00</w:t>
      </w:r>
    </w:p>
    <w:p>
      <w:r>
        <w:t>400020024/32024000016304/Importe Transf. Cabildo p 2.437.349,91 0,00 0,00 0,00 0,00 0,00</w:t>
      </w:r>
    </w:p>
    <w:p>
      <w:r>
        <w:t>400020024/32024000016305/Importe Transf. Cabildo p 2.437.349,91 0,00 0,00 0,00 0,00 0,00</w:t>
      </w:r>
    </w:p>
    <w:p>
      <w:r>
        <w:t>400020024/32024000016306/Importe Transf. Cabildo p 2.437.349,91 0,00 0,00 0,00 0,00 0,00</w:t>
      </w:r>
    </w:p>
    <w:p>
      <w:r>
        <w:t>400030024/32024000022789/Importe Transf. Cabildo p 2.437.959,63 0,00 0,00 0,00 0,00 0,00</w:t>
      </w:r>
    </w:p>
    <w:p>
      <w:r>
        <w:t>400000024/32024000022787/Importe Partic. Tributos 850.035,71 0,00 0,00 0,00 0,00 0,00</w:t>
      </w:r>
    </w:p>
    <w:p>
      <w:r>
        <w:t>400000024/32024000022788/Importe Partic. Tributos 850.035,71 0,00 0,00 0,00 0,00 0,00</w:t>
      </w:r>
    </w:p>
    <w:p>
      <w:r>
        <w:t>400030024/32024000022790/Importe Transf. Cabildo p 2.437.959,63 0,00 0,00 0,00 0,00 0,00</w:t>
      </w:r>
    </w:p>
    <w:p>
      <w:r>
        <w:t>Página 2de 4 18 de Junio del 2025</w:t>
      </w:r>
    </w:p>
    <w:p>
      <w:r>
        <w:t>83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CARACTERÍSTICAS IMPORTE RECIBIDO IMPORTE IMPORTE NO CANTIDAD IMPUTADA A RESULTADOS</w:t>
      </w:r>
    </w:p>
    <w:p>
      <w:r>
        <w:t>REINTEGRABLE REINTEGRABLE</w:t>
      </w:r>
    </w:p>
    <w:p>
      <w:r>
        <w:t>EJERCICIO EJERCICIOS EJERCICIO EJERCICIOS</w:t>
      </w:r>
    </w:p>
    <w:p>
      <w:r>
        <w:t>ACTUAL ANTERIORES ACTUAL ANTERIORES</w:t>
      </w:r>
    </w:p>
    <w:p>
      <w:r>
        <w:t>400000824/32024000022791/Importe Transf. Cabildo A 5.803.635,71 0,00 0,00 0,00 0,00 0,00</w:t>
      </w:r>
    </w:p>
    <w:p>
      <w:r>
        <w:t>400000824/32024000022792/Importe Transf. Cabildo A 5.803.635,71 0,00 0,00 0,00 0,00 0,00</w:t>
      </w:r>
    </w:p>
    <w:p>
      <w:r>
        <w:t>400000924/32024000022803/Importe Transf. Cabildo A 6.257.798,09 0,00 0,00 0,00 0,00 0,00</w:t>
      </w:r>
    </w:p>
    <w:p>
      <w:r>
        <w:t>700000022/32024000023225/Importe devolución import -6.757.779,10 0,00 0,00 0,00 0,00 0,00</w:t>
      </w:r>
    </w:p>
    <w:p>
      <w:r>
        <w:t>400020024/32024000022794/Importe Transf. Cabildo p 2.437.349,91 0,00 0,00 0,00 0,00 0,00</w:t>
      </w:r>
    </w:p>
    <w:p>
      <w:r>
        <w:t>400020024/32024000022795/Importe Transf. Cabildo p 2.437.349,91 0,00 0,00 0,00 0,00 0,00</w:t>
      </w:r>
    </w:p>
    <w:p>
      <w:r>
        <w:t>700000024/32024000022807/Importe anualidad año 202 895.776,62 0,00 0,00 0,00 0,00 0,00</w:t>
      </w:r>
    </w:p>
    <w:p>
      <w:r>
        <w:t>700000124/32024000022808/Importe anualidad año 202 4.550.997,00 0,00 0,00 0,00 0,00 0,00</w:t>
      </w:r>
    </w:p>
    <w:p>
      <w:r>
        <w:t>400000024/32024000022797/Importe Partic. Tributos 850.035,70 0,00 0,00 0,00 0,00 0,00</w:t>
      </w:r>
    </w:p>
    <w:p>
      <w:r>
        <w:t>400030024/32024000022799/Importe Transf. Cabildo p 2.437.959,60 0,00 0,00 0,00 0,00 0,00</w:t>
      </w:r>
    </w:p>
    <w:p>
      <w:r>
        <w:t>400000824/32024000022800/Importe Transf. Cabildo A 5.803.635,73 0,00 0,00 0,00 0,00 0,00</w:t>
      </w:r>
    </w:p>
    <w:p>
      <w:r>
        <w:t>400020024/32024000022801/Importe Transf. Cabildo p 2.437.349,92 0,00 0,00 0,00 0,00 0,00</w:t>
      </w:r>
    </w:p>
    <w:p>
      <w:r>
        <w:t>400030024/32024000016313/Importe Transf. Cabildo p 2.437.959,63 0,00 0,00 0,00 0,00 0,00</w:t>
      </w:r>
    </w:p>
    <w:p>
      <w:r>
        <w:t>400030024/32024000016314/Importe Transf. Cabildo p 2.437.959,63 0,00 0,00 0,00 0,00 0,00</w:t>
      </w:r>
    </w:p>
    <w:p>
      <w:r>
        <w:t>400030024/32024000016316/Importe Transf. Cabildo p 2.437.959,63 0,00 0,00 0,00 0,00 0,00</w:t>
      </w:r>
    </w:p>
    <w:p>
      <w:r>
        <w:t>400000024/32024000016284/Importe Partic. Tributos 850.035,71 0,00 0,00 0,00 0,00 0,00</w:t>
      </w:r>
    </w:p>
    <w:p>
      <w:r>
        <w:t>Página 3de 4 18 de Junio del 2025</w:t>
      </w:r>
    </w:p>
    <w:p>
      <w:r>
        <w:t>84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CARACTERÍSTICAS IMPORTE RECIBIDO IMPORTE IMPORTE NO CANTIDAD IMPUTADA A RESULTADOS</w:t>
      </w:r>
    </w:p>
    <w:p>
      <w:r>
        <w:t>REINTEGRABLE REINTEGRABLE</w:t>
      </w:r>
    </w:p>
    <w:p>
      <w:r>
        <w:t>EJERCICIO EJERCICIOS EJERCICIO EJERCICIOS</w:t>
      </w:r>
    </w:p>
    <w:p>
      <w:r>
        <w:t>ACTUAL ANTERIORES ACTUAL ANTERIORES</w:t>
      </w:r>
    </w:p>
    <w:p>
      <w:r>
        <w:t>400000024/32024000016285/Importe Partic. Tributos 850.035,71 0,00 0,00 0,00 0,00 0,00</w:t>
      </w:r>
    </w:p>
    <w:p>
      <w:r>
        <w:t>400000024/32024000016286/Importe Partic. Tributos 850.035,71 0,00 0,00 0,00 0,00 0,00</w:t>
      </w:r>
    </w:p>
    <w:p>
      <w:r>
        <w:t>400000824/32024000016291/Importe Transf. Cabildo A 5.803.635,71 0,00 0,00 0,00 0,00 0,00</w:t>
      </w:r>
    </w:p>
    <w:p>
      <w:r>
        <w:t>400000824/32024000016292/Importe Transf. Cabildo A 5.803.635,71 0,00 0,00 0,00 0,00 0,00</w:t>
      </w:r>
    </w:p>
    <w:p>
      <w:r>
        <w:t>400000824/32024000016295/Importe Transf. Cabildo A 5.803.635,71 0,00 0,00 0,00 0,00 0,00</w:t>
      </w:r>
    </w:p>
    <w:p>
      <w:r>
        <w:t>400000824/32024000016296/Importe Transf. Cabildo A 5.803.635,71 0,00 0,00 0,00 0,00 0,00</w:t>
      </w:r>
    </w:p>
    <w:p>
      <w:r>
        <w:t>400000824/32024000016297/Importe Transf. Cabildo A 5.803.635,71 0,00 0,00 0,00 0,00 0,00</w:t>
      </w:r>
    </w:p>
    <w:p>
      <w:r>
        <w:t>400000824/32024000016298/Importe Transf. Cabildo A 5.803.635,71 0,00 0,00 0,00 0,00 0,00</w:t>
      </w:r>
    </w:p>
    <w:p>
      <w:r>
        <w:t>400020024/32024000016300/Importe Transf. Cabildo p 2.437.349,91 0,00 0,00 0,00 0,00 0,00</w:t>
      </w:r>
    </w:p>
    <w:p>
      <w:r>
        <w:t>400000024/32024000016280/Importe Partic. Tributos 850.035,71 0,00 0,00 0,00 0,00 0,00</w:t>
      </w:r>
    </w:p>
    <w:p>
      <w:r>
        <w:t>400000024/32024000016281/Importe Partic. Tributos 850.035,71 0,00 0,00 0,00 0,00 0,00</w:t>
      </w:r>
    </w:p>
    <w:p>
      <w:r>
        <w:t>TOTAL 160.405.210,12 0,00 0,00 0,00 0,00 0,00</w:t>
      </w:r>
    </w:p>
    <w:p>
      <w:r>
        <w:t>Página 4de 4 18 de Junio del 2025</w:t>
      </w:r>
    </w:p>
    <w:p>
      <w:r>
        <w:t>85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TRANSFERENCIAS Y SUBVENCIONES CONCEDIDAS</w:t>
      </w:r>
    </w:p>
    <w:p>
      <w:r>
        <w:t>Periodo: 2024</w:t>
      </w:r>
    </w:p>
    <w:p>
      <w:r>
        <w:t>NOMBRE NIF DENOMINACIÓN DEL PERCEPTOR IMPORTE FINALIDAD REINTEGROS</w:t>
      </w:r>
    </w:p>
    <w:p>
      <w:r>
        <w:t>480000724/32024000014099/ G16839318 ASOCIACION ONG CIEN PIES 15.000,00 0,00</w:t>
      </w:r>
    </w:p>
    <w:p>
      <w:r>
        <w:t>Subvención del Proyecto "</w:t>
      </w:r>
    </w:p>
    <w:p>
      <w:r>
        <w:t>480000724/32024000014152/ G35042977 ASOC. DE FAMILIAS DE PERSONAS CON 15.000,00 0,00</w:t>
      </w:r>
    </w:p>
    <w:p>
      <w:r>
        <w:t>Subvención del 96,86% del AUTISMO DE LAS PALMAS</w:t>
      </w:r>
    </w:p>
    <w:p>
      <w:r>
        <w:t>480000724/32024000014380/ G35049923 ASOC. DE PERSONAS SORDAS DE LA 9.713,33 0,00</w:t>
      </w:r>
    </w:p>
    <w:p>
      <w:r>
        <w:t>Subvención del Proyecto " PROVINCIA DE LAS PALMAS</w:t>
      </w:r>
    </w:p>
    <w:p>
      <w:r>
        <w:t>480000724/32024000014260/ G35052992 ASOC. PADRES ALUMNOS COLEG. NAC. JUAN 5.400,00 0,00</w:t>
      </w:r>
    </w:p>
    <w:p>
      <w:r>
        <w:t>Subvención Proyecto "Prom DEL RIO AYALA STA. BRI</w:t>
      </w:r>
    </w:p>
    <w:p>
      <w:r>
        <w:t>480000724/32024000014155/ G35083112 ASOC. DE ENTIDADES PLENA INCLUSION 10.000,00 0,00</w:t>
      </w:r>
    </w:p>
    <w:p>
      <w:r>
        <w:t>Subvención del Proyecto " CANARIAS</w:t>
      </w:r>
    </w:p>
    <w:p>
      <w:r>
        <w:t>480000124/32024000014410/ G35249069 AGRUPACION DEPORTIVA DE MINUSVALIDOS 15.000,00 0,00</w:t>
      </w:r>
    </w:p>
    <w:p>
      <w:r>
        <w:t>Subvención del Proyecto " ECONY</w:t>
      </w:r>
    </w:p>
    <w:p>
      <w:r>
        <w:t>480000524/32024000018452/ G35669894 FUNDACION CANARIA LIDIA GARCIA 8.000,00 0,00</w:t>
      </w:r>
    </w:p>
    <w:p>
      <w:r>
        <w:t>Subvención nominada Proye</w:t>
      </w:r>
    </w:p>
    <w:p>
      <w:r>
        <w:t>479000124/32024000014413/ G35765015 ASOCIACION ACTIVA CANARIAS ASOC. CANARIA 5.000,00 0,00</w:t>
      </w:r>
    </w:p>
    <w:p>
      <w:r>
        <w:t>Subvención del 90.9% del DE TURISMO ACTIVO</w:t>
      </w:r>
    </w:p>
    <w:p>
      <w:r>
        <w:t>480000724/32024000014153/ G35872472 ASOC. ASPERGER ISLAS CANARIAS 15.000,00 0,00</w:t>
      </w:r>
    </w:p>
    <w:p>
      <w:r>
        <w:t>Subvención del Proyecto "</w:t>
      </w:r>
    </w:p>
    <w:p>
      <w:r>
        <w:t>480000724/32024000014161/ G35950500 ASOCIACION DE ENFERMEDADES 11.762,88 0,00</w:t>
      </w:r>
    </w:p>
    <w:p>
      <w:r>
        <w:t>Subvención Proyecto "Nave NEUROMUSCULARES DE CANARIAS</w:t>
      </w:r>
    </w:p>
    <w:p>
      <w:r>
        <w:t>480000724/32024000014389/ G35954056 ASOCIACION BENEFICA ONG SER HUMANO 14.279,60 0,00</w:t>
      </w:r>
    </w:p>
    <w:p>
      <w:r>
        <w:t>Subvención Proyecto "Plen</w:t>
      </w:r>
    </w:p>
    <w:p>
      <w:r>
        <w:t>480000724/32024000014154/ G38438750 FEDERACION DE ASOC DE SORDOS DE LAS 13.020,96 0,00</w:t>
      </w:r>
    </w:p>
    <w:p>
      <w:r>
        <w:t>Subvención del Proyecto " ISLAS CANARIAS</w:t>
      </w:r>
    </w:p>
    <w:p>
      <w:r>
        <w:t>480000724/32024000014397/ G76003250 ASOC. CANARIAS HABLA 10.000,00 0,00</w:t>
      </w:r>
    </w:p>
    <w:p>
      <w:r>
        <w:t>Subvención del Proyecto "</w:t>
      </w:r>
    </w:p>
    <w:p>
      <w:r>
        <w:t>480000724/32024000014390/ G76241934 ASOCIACION DEPORTIVA Y SOCIAL LA VIDA 12.550,00 0,00</w:t>
      </w:r>
    </w:p>
    <w:p>
      <w:r>
        <w:t>Subvención del 42.23% del SIGUE EN POSITIVO</w:t>
      </w:r>
    </w:p>
    <w:p>
      <w:r>
        <w:t>479000224/32024000012191/ G76262047 ASOCIACION SOCIO DEPORTIVA LOS 8.000,00 0,00</w:t>
      </w:r>
    </w:p>
    <w:p>
      <w:r>
        <w:t>R.C. para subvención del MUELLITOS</w:t>
      </w:r>
    </w:p>
    <w:p>
      <w:r>
        <w:t>480000724/32024000014393/ G76715234 ASOC. DE PERSONAS SORDOCIEGAS DE 5.333,89 0,00</w:t>
      </w:r>
    </w:p>
    <w:p>
      <w:r>
        <w:t>Subvención del 99,07% del CANARIAS</w:t>
      </w:r>
    </w:p>
    <w:p>
      <w:r>
        <w:t>480000324/32024000009439/ G76715234 ASOC. DE PERSONAS SORDOCIEGAS DE 15.000,00 0,00</w:t>
      </w:r>
    </w:p>
    <w:p>
      <w:r>
        <w:t>Subvención del 99,63% del CANARIAS</w:t>
      </w:r>
    </w:p>
    <w:p>
      <w:r>
        <w:t>480000724/32024000014388/ G83844316 FUNDACION RANDSTAD 10.000,00 0,00</w:t>
      </w:r>
    </w:p>
    <w:p>
      <w:r>
        <w:t>Subvención del Proyecto "</w:t>
      </w:r>
    </w:p>
    <w:p>
      <w:r>
        <w:t>762001722/32024000008594/ P3500200E AYUNTAMIENTO DE AGUIMES 8.000,00 0,00</w:t>
      </w:r>
    </w:p>
    <w:p>
      <w:r>
        <w:t>Subvención proyecto "Obra</w:t>
      </w:r>
    </w:p>
    <w:p>
      <w:r>
        <w:t>762000024/32024000015387/ P3501000H AYUNTAMIENTO DE SANTA MARIA DE GUIA 748.541,37 0,00</w:t>
      </w:r>
    </w:p>
    <w:p>
      <w:r>
        <w:t>Subvención Ayto de Guía.</w:t>
      </w:r>
    </w:p>
    <w:p>
      <w:r>
        <w:t>462000224/32024000023210/ P3501200D AYUNTAMIENTO DE INGENIO 14.900,00 0,00</w:t>
      </w:r>
    </w:p>
    <w:p>
      <w:r>
        <w:t>Subvención del 30,48% del</w:t>
      </w:r>
    </w:p>
    <w:p>
      <w:r>
        <w:t>462000424/32024000019360/ P3502200CE AYUNTAMIENTO DE SANTA BRIGIDA 15.000,00 0,00</w:t>
      </w:r>
    </w:p>
    <w:p>
      <w:r>
        <w:t>Subvención del proyecto "</w:t>
      </w:r>
    </w:p>
    <w:p>
      <w:r>
        <w:t>462000324/32024000011885/ P3503100D AYUNTAMIENTO DE VALSEQUILLO 25.188,64 0,00</w:t>
      </w:r>
    </w:p>
    <w:p>
      <w:r>
        <w:t>Decreto 2024-0793 Expte.</w:t>
      </w:r>
    </w:p>
    <w:p>
      <w:r>
        <w:t>762000422/32024000006739/ P3503200B AYUNTAMIENTO DE VALLESECO 1.568.730,55 0,00</w:t>
      </w:r>
    </w:p>
    <w:p>
      <w:r>
        <w:t>Subvención de la "Remodel</w:t>
      </w:r>
    </w:p>
    <w:p>
      <w:r>
        <w:t>462000424/32024000019364/ P3503200B AYUNTAMIENTO DE VALLESECO 12.500,00 0,00</w:t>
      </w:r>
    </w:p>
    <w:p>
      <w:r>
        <w:t>Subvención del proyecto "</w:t>
      </w:r>
    </w:p>
    <w:p>
      <w:r>
        <w:t>462000424/32024000019362/ P3503300J AYUNTAMIENTO DE LA VEGA DE SAN MATEO 15.000,00 0,00</w:t>
      </w:r>
    </w:p>
    <w:p>
      <w:r>
        <w:t>Subvención proyecto "Prog</w:t>
      </w:r>
    </w:p>
    <w:p>
      <w:r>
        <w:t>480000424/32024000011889/ R3500025F HOGAR Nª Sª DEL PINO, HNAS. ANCIANOS 80.140,00 0,00</w:t>
      </w:r>
    </w:p>
    <w:p>
      <w:r>
        <w:t>Decreto 2024-0773 Expte. DESAMP.</w:t>
      </w:r>
    </w:p>
    <w:p>
      <w:r>
        <w:t>480000224/32024000011886/ R3500025F HOGAR Nª Sª DEL PINO, HNAS. ANCIANOS 159.247,56 0,00</w:t>
      </w:r>
    </w:p>
    <w:p>
      <w:r>
        <w:t>Decreto 2024-0722 Expte. DESAMP.</w:t>
      </w:r>
    </w:p>
    <w:p>
      <w:r>
        <w:t>TOTAL 2.845.308,78 0,00</w:t>
      </w:r>
    </w:p>
    <w:p>
      <w:r>
        <w:t>Página 1de 1 18 de Junio del 2025</w:t>
      </w:r>
    </w:p>
    <w:p>
      <w:r>
        <w:t>86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98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16) Provisiones y contingencias</w:t>
      </w:r>
    </w:p>
    <w:p>
      <w:r>
        <w:t>87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PROVISIONES Y CONTINGENCIAS</w:t>
      </w:r>
    </w:p>
    <w:p>
      <w:r>
        <w:t>Periodo: 2024</w:t>
      </w:r>
    </w:p>
    <w:p>
      <w:r>
        <w:t>EPÍGRAFE BALANCE SALDO INICIAL AUMENTOS PROVISIONES DISMINUCIONES SALDO FINAL</w:t>
      </w:r>
    </w:p>
    <w:p>
      <w:r>
        <w:t>PROVISIONES PROVISIONES PROVISIONES</w:t>
      </w:r>
    </w:p>
    <w:p>
      <w:r>
        <w:t>PROVISIONES A LARGO PLAZO 0,00 0,00 0,00 0,00</w:t>
      </w:r>
    </w:p>
    <w:p>
      <w:r>
        <w:t>PROVISIONES A CORTO PLAZO 0,00 0,00 0,00 0,00</w:t>
      </w:r>
    </w:p>
    <w:p>
      <w:r>
        <w:t>TOTAL 0,00 0,00 0,00 0,00</w:t>
      </w:r>
    </w:p>
    <w:p>
      <w:r>
        <w:t>Página 1de 1 18 de Junio del 2025</w:t>
      </w:r>
    </w:p>
    <w:p>
      <w:r>
        <w:t>88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17) Información sobre el medio ambiente</w:t>
      </w:r>
    </w:p>
    <w:p>
      <w:r>
        <w:t>89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OBLIGACIONES RECONOCIDAS EN EL EJERCICIO CON CARGO A MEDIO AMBIENTE</w:t>
      </w:r>
    </w:p>
    <w:p>
      <w:r>
        <w:t>Periodo: 2024</w:t>
      </w:r>
    </w:p>
    <w:p>
      <w:r>
        <w:t>GRUPO DE PROGRAMAS</w:t>
      </w:r>
    </w:p>
    <w:p>
      <w:r>
        <w:t>( 17. MEDIO AMBIENTE )</w:t>
      </w:r>
    </w:p>
    <w:p>
      <w:r>
        <w:t>CÓDIGO DESCRIPCIÓN IMPORTE</w:t>
      </w:r>
    </w:p>
    <w:p>
      <w:r>
        <w:t>TOTAL</w:t>
      </w:r>
    </w:p>
    <w:p>
      <w:r>
        <w:t>Página 1de 1 18 de Junio del 2025</w:t>
      </w:r>
    </w:p>
    <w:p>
      <w:r>
        <w:t>90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Beneficios fiscales por razones medioambientales en tributos propios</w:t>
      </w:r>
    </w:p>
    <w:p>
      <w:r>
        <w:t>Periodo: 2024</w:t>
      </w:r>
    </w:p>
    <w:p>
      <w:r>
        <w:t>CÓDIGO</w:t>
      </w:r>
    </w:p>
    <w:p>
      <w:r>
        <w:t>TRIBUTO TOTAL</w:t>
      </w:r>
    </w:p>
    <w:p>
      <w:r>
        <w:t>ECONÓMICO</w:t>
      </w:r>
    </w:p>
    <w:p>
      <w:r>
        <w:t>TOTAL</w:t>
      </w:r>
    </w:p>
    <w:p>
      <w:r>
        <w:t>Página 1de 1 18 de Junio del 2025</w:t>
      </w:r>
    </w:p>
    <w:p>
      <w:r>
        <w:t>91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18) Activos en estado de venta</w:t>
      </w:r>
    </w:p>
    <w:p>
      <w:r>
        <w:t>92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Activos en estado de venta</w:t>
      </w:r>
    </w:p>
    <w:p>
      <w:r>
        <w:t>Periodo: 2024</w:t>
      </w:r>
    </w:p>
    <w:p>
      <w:r>
        <w:t>DESCRIPCIÓN ACTIVOS EN ESTADO VENTA IMPORTE</w:t>
      </w:r>
    </w:p>
    <w:p>
      <w:r>
        <w:t>TOTAL</w:t>
      </w:r>
    </w:p>
    <w:p>
      <w:r>
        <w:t>Página 1de 1 18 de Junio del 2025</w:t>
      </w:r>
    </w:p>
    <w:p>
      <w:r>
        <w:t>93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19) Presentación por actividades de la cuenta del</w:t>
      </w:r>
    </w:p>
    <w:p>
      <w:r>
        <w:t>resultado económico-patrimonial</w:t>
      </w:r>
    </w:p>
    <w:p>
      <w:r>
        <w:t>94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PRESENTACIÓN POR ACTIVIDADES DE LA CUENTA DEL RESULTADO ECONÓMICO PATRIMONIAL</w:t>
      </w:r>
    </w:p>
    <w:p>
      <w:r>
        <w:t>Periodo: 2024</w:t>
      </w:r>
    </w:p>
    <w:p>
      <w:r>
        <w:t>GASTOS EJERCICIO: 2024 EJERCICIO: 2023 INGRESOS EJERCICIO: 2024 EJERCICIO: 2023</w:t>
      </w:r>
    </w:p>
    <w:p>
      <w:r>
        <w:t>CÓDIGO GRUPO DESCRIPCIÓN PRESUPUESTARIOS NO TOTAL PRESUPUESTARIOS NO TOTAL</w:t>
      </w:r>
    </w:p>
    <w:p>
      <w:r>
        <w:t>DE PROGRAMAS GRUPO DE PRESUPUESTARIOS PRESUPUESTARIOS</w:t>
      </w:r>
    </w:p>
    <w:p>
      <w:r>
        <w:t>PROGRAMAS</w:t>
      </w:r>
    </w:p>
    <w:p>
      <w:r>
        <w:t>231 Asistencia social 128.622.380,58 3.339.370,21 131.961.750,79 121.822.773,96 3.222.719,07 125.045.493,03</w:t>
      </w:r>
    </w:p>
    <w:p>
      <w:r>
        <w:t>primaria</w:t>
      </w:r>
    </w:p>
    <w:p>
      <w:r>
        <w:t>INGRESOS DE 167.771.484,73 141.342.322,09</w:t>
      </w:r>
    </w:p>
    <w:p>
      <w:r>
        <w:t>GESTIÓN</w:t>
      </w:r>
    </w:p>
    <w:p>
      <w:r>
        <w:t>ORDINARIA</w:t>
      </w:r>
    </w:p>
    <w:p>
      <w:r>
        <w:t>INGRESOS 253.822,30 102.013,70</w:t>
      </w:r>
    </w:p>
    <w:p>
      <w:r>
        <w:t>FINANCIEROS</w:t>
      </w:r>
    </w:p>
    <w:p>
      <w:r>
        <w:t>OTROS INGRESOS 306.217,57 665.060,74</w:t>
      </w:r>
    </w:p>
    <w:p>
      <w:r>
        <w:t>TOTAL 128.622.380,58 3.339.370,21 131.961.750,79 121.822.773,96 3.222.719,07 125.045.493,03 TOTAL 168.331.524,60 142.109.396,53</w:t>
      </w:r>
    </w:p>
    <w:p>
      <w:r>
        <w:t>Página 1de 1 18 de Junio del 2025</w:t>
      </w:r>
    </w:p>
    <w:p>
      <w:r>
        <w:t>95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20) Operaciones por administración de Recursos</w:t>
      </w:r>
    </w:p>
    <w:p>
      <w:r>
        <w:t>de Otros Entes públicos</w:t>
      </w:r>
    </w:p>
    <w:p>
      <w:r>
        <w:t>96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99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ROE: OBLIGACIONES DERIVADAS DE LA GESTIÓN</w:t>
      </w:r>
    </w:p>
    <w:p>
      <w:r>
        <w:t>Periodo: 2024</w:t>
      </w:r>
    </w:p>
    <w:p>
      <w:r>
        <w:t>ENTE TITULAR CONCEPTO PENDIENTES DE MODIFICACIONES RECAUDACIÓN REINTEGROS TOTAL A PAGAR PAGOS PENDIENTE DE</w:t>
      </w:r>
    </w:p>
    <w:p>
      <w:r>
        <w:t>PAGO A 1 DE SALDO INICIAL LÍQUIDA REALIZADOS PAGO A 31 DE</w:t>
      </w:r>
    </w:p>
    <w:p>
      <w:r>
        <w:t>NIF DENOMINACIÓN CÓDIGO DESCRIPCIÓN</w:t>
      </w:r>
    </w:p>
    <w:p>
      <w:r>
        <w:t>ENERO DICIEMBRE</w:t>
      </w:r>
    </w:p>
    <w:p>
      <w:r>
        <w:t>TOTAL</w:t>
      </w:r>
    </w:p>
    <w:p>
      <w:r>
        <w:t>Página 1de 1 18 de Junio del 2025</w:t>
      </w:r>
    </w:p>
    <w:p>
      <w:r>
        <w:t>97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ROE: Cuentas Corrientes en Efectivo</w:t>
      </w:r>
    </w:p>
    <w:p>
      <w:r>
        <w:t>Periodo: 2024</w:t>
      </w:r>
    </w:p>
    <w:p>
      <w:r>
        <w:t>ENTE TITULAR CARGO ABONO SALDO A 31 DE DICIEMBRE</w:t>
      </w:r>
    </w:p>
    <w:p>
      <w:r>
        <w:t>NIF DENOMINACIÓN SALDO INICIAL PAGOS TOTAL CARGO SALDO INICIAL COBROS TOTAL ABONO DEUDOR ACREEDOR</w:t>
      </w:r>
    </w:p>
    <w:p>
      <w:r>
        <w:t>DEUDOR ACREEDOR</w:t>
      </w:r>
    </w:p>
    <w:p>
      <w:r>
        <w:t>TOTAL</w:t>
      </w:r>
    </w:p>
    <w:p>
      <w:r>
        <w:t>Página 1de 1 18 de Junio del 2025</w:t>
      </w:r>
    </w:p>
    <w:p>
      <w:r>
        <w:t>98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ROE: Resumen de la gestión</w:t>
      </w:r>
    </w:p>
    <w:p>
      <w:r>
        <w:t>Periodo: 2024</w:t>
      </w:r>
    </w:p>
    <w:p>
      <w:r>
        <w:t>CONCEPTO DERECHOS MODIFICACIONES DERECHOS DERECHOS DERECHOS RECAUDACIÓN DERECHOS</w:t>
      </w:r>
    </w:p>
    <w:p>
      <w:r>
        <w:t>PENDIENTES DE SALDO INICIAL RECONOCIDOS ANULADOS CANCELADOS NETA PENDIENTES DE</w:t>
      </w:r>
    </w:p>
    <w:p>
      <w:r>
        <w:t>CÓDIGO DESCRIPCIÓN COBRO A 1 DE COBRO A 31 DE</w:t>
      </w:r>
    </w:p>
    <w:p>
      <w:r>
        <w:t>ENERO DICIEMBRE</w:t>
      </w:r>
    </w:p>
    <w:p>
      <w:r>
        <w:t>TOTAL</w:t>
      </w:r>
    </w:p>
    <w:p>
      <w:r>
        <w:t>Página 1de 1 18 de Junio del 2025</w:t>
      </w:r>
    </w:p>
    <w:p>
      <w:r>
        <w:t>99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RECURSOS DE OTROS ENTES: DERECHOS ANULADOS</w:t>
      </w:r>
    </w:p>
    <w:p>
      <w:r>
        <w:t>Periodo: 2024</w:t>
      </w:r>
    </w:p>
    <w:p>
      <w:r>
        <w:t>CONCEPTO ANULACIÓN DE LIQUIDACIÓN DEVOLUCIÓN DE INGRESOS TOTAL DERECHOS ANULADOS</w:t>
      </w:r>
    </w:p>
    <w:p>
      <w:r>
        <w:t>CÓDIGO DESCRIPCIÓN</w:t>
      </w:r>
    </w:p>
    <w:p>
      <w:r>
        <w:t>TOTAL 0,00</w:t>
      </w:r>
    </w:p>
    <w:p>
      <w:r>
        <w:t>Página 1de 1 18 de Junio del 2025</w:t>
      </w:r>
    </w:p>
    <w:p>
      <w:r>
        <w:t>100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RECURSOS DE OTROS ENTES: DERECHOS CANCELADOS</w:t>
      </w:r>
    </w:p>
    <w:p>
      <w:r>
        <w:t>Periodo: 2024</w:t>
      </w:r>
    </w:p>
    <w:p>
      <w:r>
        <w:t>CONCEPTO COBROS EN ESPECIE INSOLVENCIAS PRESCRIPCIONES OTRAS CAUSAS TOTAL DERECHOS</w:t>
      </w:r>
    </w:p>
    <w:p>
      <w:r>
        <w:t>CANCELADOS</w:t>
      </w:r>
    </w:p>
    <w:p>
      <w:r>
        <w:t>CÓDIGO DESCRIPCIÓN</w:t>
      </w:r>
    </w:p>
    <w:p>
      <w:r>
        <w:t>TOTAL</w:t>
      </w:r>
    </w:p>
    <w:p>
      <w:r>
        <w:t>Página 1de 1 18 de Junio del 2025</w:t>
      </w:r>
    </w:p>
    <w:p>
      <w:r>
        <w:t>101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RECURSOS DE OTROS ENTES: DEVOLUCIONES DE INGRESO</w:t>
      </w:r>
    </w:p>
    <w:p>
      <w:r>
        <w:t>Periodo: 2024</w:t>
      </w:r>
    </w:p>
    <w:p>
      <w:r>
        <w:t>CONCEPTO PENDIENTES DE PAGO MODIFICACIONES RECONOCIDAS EN TOTAL PRESCRIPCIONES PAGADAS EN EL PENDIENTE DE PAGO</w:t>
      </w:r>
    </w:p>
    <w:p>
      <w:r>
        <w:t>A 1 DE ENERO SALDO INICIAL Y EL EJERCICIO DEVOLUCIONES EJERCICIO A 31 DE DICIEMBRE</w:t>
      </w:r>
    </w:p>
    <w:p>
      <w:r>
        <w:t>CÓDIGO DESCRIPCIÓN ANULACIONES RECONOCIDAS</w:t>
      </w:r>
    </w:p>
    <w:p>
      <w:r>
        <w:t>TOTAL 0,00 0,00</w:t>
      </w:r>
    </w:p>
    <w:p>
      <w:r>
        <w:t>Página 1de 1 18 de Junio del 2025</w:t>
      </w:r>
    </w:p>
    <w:p>
      <w:r>
        <w:t>102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21) Operaciones no presupuestarias de</w:t>
      </w:r>
    </w:p>
    <w:p>
      <w:r>
        <w:t>tesorería</w:t>
      </w:r>
    </w:p>
    <w:p>
      <w:r>
        <w:t>103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DEUDORES NO PRESUPUESTARIOS</w:t>
      </w:r>
    </w:p>
    <w:p>
      <w:r>
        <w:t>Periodo: 2024</w:t>
      </w:r>
    </w:p>
    <w:p>
      <w:r>
        <w:t>CUENTA CONCEPTO SALDO A 1 DE ENERO MODIFICACIONES CARGOS TOTAL DEUDORES ABONOS DEUDORES</w:t>
      </w:r>
    </w:p>
    <w:p>
      <w:r>
        <w:t>SALDO INICIAL REALIZADOS EN EL REALIZADOS EN EL PENDIENTES DE</w:t>
      </w:r>
    </w:p>
    <w:p>
      <w:r>
        <w:t>CÓDIGO DESCRIPCIÓN EJERCICIO EJERCICIO COBRO A 31</w:t>
      </w:r>
    </w:p>
    <w:p>
      <w:r>
        <w:t>DICIEMBRE</w:t>
      </w:r>
    </w:p>
    <w:p>
      <w:r>
        <w:t>270 10501 Fianzas constituidas a largo plazo 550,00 0,00 0,00 550,00 0,00 550,00</w:t>
      </w:r>
    </w:p>
    <w:p>
      <w:r>
        <w:t>TOTAL CUENTA 270 550,00 0,00 0,00 550,00 0,00 550,00</w:t>
      </w:r>
    </w:p>
    <w:p>
      <w:r>
        <w:t>44900 10100 Otros deudores no presupuestarios 14.931,74 0,00 0,00 14.931,74 0,00 14.931,74</w:t>
      </w:r>
    </w:p>
    <w:p>
      <w:r>
        <w:t>TOTAL CUENTA 44900 14.931,74 0,00 0,00 14.931,74 0,00 14.931,74</w:t>
      </w:r>
    </w:p>
    <w:p>
      <w:r>
        <w:t>44907 10107 Deudores por copago farmacéutico 0,00 0,00 0,00 0,00 0,00 0,00</w:t>
      </w:r>
    </w:p>
    <w:p>
      <w:r>
        <w:t>TOTAL CUENTA 44907 0,00 0,00 0,00 0,00 0,00 0,00</w:t>
      </w:r>
    </w:p>
    <w:p>
      <w:r>
        <w:t>4710 10200 Seguridad Social Deudora Cabildo 0,00 0,00 0,00 0,00 0,00 0,00</w:t>
      </w:r>
    </w:p>
    <w:p>
      <w:r>
        <w:t>4710 10201 Seguridad Social Deudora CIA 0,00 0,00 0,00 0,00 0,00 0,00</w:t>
      </w:r>
    </w:p>
    <w:p>
      <w:r>
        <w:t>4710 10202 Seguridad Social Deudora IASS 0,00 0,00 0,00 0,00 0,00 0,00</w:t>
      </w:r>
    </w:p>
    <w:p>
      <w:r>
        <w:t>4710 10203 Seguridad Social Deudora IID 0,00 0,00 0,00 0,00 0,00 0,00</w:t>
      </w:r>
    </w:p>
    <w:p>
      <w:r>
        <w:t>4710 10204 Seguridad Social Deudora FEDAC 0,00 0,00 0,00 0,00 0,00 0,00</w:t>
      </w:r>
    </w:p>
    <w:p>
      <w:r>
        <w:t>4710 10205 Seguridad Social Deudora Patronato 0,00 0,00 0,00 0,00 0,00 0,00</w:t>
      </w:r>
    </w:p>
    <w:p>
      <w:r>
        <w:t>Turismo</w:t>
      </w:r>
    </w:p>
    <w:p>
      <w:r>
        <w:t>4710 10206 Seguridad Social Deudora Valora 0,00 0,00 0,00 0,00 0,00 0,00</w:t>
      </w:r>
    </w:p>
    <w:p>
      <w:r>
        <w:t>Página 1de 2 18 de Junio del 2025</w:t>
      </w:r>
    </w:p>
    <w:p>
      <w:r>
        <w:t>104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701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TOTAL CUENTA 4710 0,00 0,00 0,00 0,00 0,00 0,00</w:t>
      </w:r>
    </w:p>
    <w:p>
      <w:r>
        <w:t>4727 90001 Hacienda Pública IVA/IGIC Soportado 0,00 0,00 0,00 0,00 0,00 0,00</w:t>
      </w:r>
    </w:p>
    <w:p>
      <w:r>
        <w:t>TOTAL CUENTA 4727 0,00 0,00 0,00 0,00 0,00 0,00</w:t>
      </w:r>
    </w:p>
    <w:p>
      <w:r>
        <w:t>565 10500 Fianzas constituidas a corto plazo 1.150,00 0,00 0,00 1.150,00 0,00 1.150,00</w:t>
      </w:r>
    </w:p>
    <w:p>
      <w:r>
        <w:t>TOTAL CUENTA 565 1.150,00 0,00 0,00 1.150,00 0,00 1.150,00</w:t>
      </w:r>
    </w:p>
    <w:p>
      <w:r>
        <w:t>TOTAL 16.631,74 0,00 0,00 16.631,74 0,00 16.631,74</w:t>
      </w:r>
    </w:p>
    <w:p>
      <w:r>
        <w:t>Página 2de 2 18 de Junio del 2025</w:t>
      </w:r>
    </w:p>
    <w:p>
      <w:r>
        <w:t>105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801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ACREEDORES NO PRESUPUESTARIOS</w:t>
      </w:r>
    </w:p>
    <w:p>
      <w:r>
        <w:t>Periodo: 2024</w:t>
      </w:r>
    </w:p>
    <w:p>
      <w:r>
        <w:t>CUENTA CONCEPTO SALDO A 1 DE ENERO MODIFICACIONES ABONOS TOTAL CARGOS ACREEDORES</w:t>
      </w:r>
    </w:p>
    <w:p>
      <w:r>
        <w:t>SALDO INICIAL REALIZADOS EN EL ACREEDORES REALIZADOS EN EL PENDIENTES DE</w:t>
      </w:r>
    </w:p>
    <w:p>
      <w:r>
        <w:t>CÓDIGO DESCRIPCIÓN EJERCICIO EJERCICIO PAGO A 31</w:t>
      </w:r>
    </w:p>
    <w:p>
      <w:r>
        <w:t>DICIEMBRE</w:t>
      </w:r>
    </w:p>
    <w:p>
      <w:r>
        <w:t>41401 21101 E.P. Acreed. recaudac. recursos - CIA 0,00 0,00 0,00 0,00 0,00 0,00</w:t>
      </w:r>
    </w:p>
    <w:p>
      <w:r>
        <w:t>TOTAL CUENTA 41401 0,00 0,00 0,00 0,00 0,00 0,00</w:t>
      </w:r>
    </w:p>
    <w:p>
      <w:r>
        <w:t>41402 21102 E.P. Acreed. recaudac. recursos - Manc. N- 0,00 0,00 0,00 0,00 0,00 0,00</w:t>
      </w:r>
    </w:p>
    <w:p>
      <w:r>
        <w:t>M</w:t>
      </w:r>
    </w:p>
    <w:p>
      <w:r>
        <w:t>TOTAL CUENTA 41402 0,00 0,00 0,00 0,00 0,00 0,00</w:t>
      </w:r>
    </w:p>
    <w:p>
      <w:r>
        <w:t>41403 21103 E.P. Acreed. recaudac. recursos - Cons. 0,00 0,00 0,00 0,00 0,00 0,00</w:t>
      </w:r>
    </w:p>
    <w:p>
      <w:r>
        <w:t>Emerg. GC</w:t>
      </w:r>
    </w:p>
    <w:p>
      <w:r>
        <w:t>TOTAL CUENTA 41403 0,00 0,00 0,00 0,00 0,00 0,00</w:t>
      </w:r>
    </w:p>
    <w:p>
      <w:r>
        <w:t>41900 20100 Otros acreedores no presupuestarios 112.910,52 0,00 6.766,46 119.676,98 53.285,87 66.391,11</w:t>
      </w:r>
    </w:p>
    <w:p>
      <w:r>
        <w:t>TOTAL CUENTA 41900 112.910,52 0,00 6.766,46 119.676,98 53.285,87 66.391,11</w:t>
      </w:r>
    </w:p>
    <w:p>
      <w:r>
        <w:t>41901 20101 Acreedores por cuotas sindicales 0,00 0,00 45.461,60 45.461,60 45.461,60 0,00</w:t>
      </w:r>
    </w:p>
    <w:p>
      <w:r>
        <w:t>TOTAL CUENTA 41901 0,00 0,00 45.461,60 45.461,60 45.461,60 0,00</w:t>
      </w:r>
    </w:p>
    <w:p>
      <w:r>
        <w:t>41902 20102 Muface 0,00 0,00 0,00 0,00 0,00 0,00</w:t>
      </w:r>
    </w:p>
    <w:p>
      <w:r>
        <w:t>TOTAL CUENTA 41902 0,00 0,00 0,00 0,00 0,00 0,00</w:t>
      </w:r>
    </w:p>
    <w:p>
      <w:r>
        <w:t>41903 20103 Derechos pasivos 0,00 0,00 0,00 0,00 0,00 0,00</w:t>
      </w:r>
    </w:p>
    <w:p>
      <w:r>
        <w:t>Página 1de 4 18 de Junio del 2025</w:t>
      </w:r>
    </w:p>
    <w:p>
      <w:r>
        <w:t>106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901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SALDO A 1 DE ENERO MODIFICACIONES ABONOS TOTAL CARGOS ACREEDORES</w:t>
      </w:r>
    </w:p>
    <w:p>
      <w:r>
        <w:t>SALDO INICIAL REALIZADOS EN EL ACREEDORES REALIZADOS EN EL PENDIENTES DE</w:t>
      </w:r>
    </w:p>
    <w:p>
      <w:r>
        <w:t>CÓDIGO DESCRIPCIÓN EJERCICIO EJERCICIO PAGO A 31</w:t>
      </w:r>
    </w:p>
    <w:p>
      <w:r>
        <w:t>DICIEMBRE</w:t>
      </w:r>
    </w:p>
    <w:p>
      <w:r>
        <w:t>TOTAL CUENTA 41903 0,00 0,00 0,00 0,00 0,00 0,00</w:t>
      </w:r>
    </w:p>
    <w:p>
      <w:r>
        <w:t>41906 20106 Provisión de fondos de tutelados 36.718,17 0,00 292,52 37.010,69 0,00 37.010,69</w:t>
      </w:r>
    </w:p>
    <w:p>
      <w:r>
        <w:t>TOTAL CUENTA 41906 36.718,17 0,00 292,52 37.010,69 0,00 37.010,69</w:t>
      </w:r>
    </w:p>
    <w:p>
      <w:r>
        <w:t>41907 20107 Provisión de fondos de pacientes 30.001,10 0,00 0,00 30.001,10 0,00 30.001,10</w:t>
      </w:r>
    </w:p>
    <w:p>
      <w:r>
        <w:t>TOTAL CUENTA 41907 30.001,10 0,00 0,00 30.001,10 0,00 30.001,10</w:t>
      </w:r>
    </w:p>
    <w:p>
      <w:r>
        <w:t>41908 20108 Acreedores varios. Instituto AS 11.165,34 0,00 0,00 11.165,34 0,00 11.165,34</w:t>
      </w:r>
    </w:p>
    <w:p>
      <w:r>
        <w:t>TOTAL CUENTA 41908 11.165,34 0,00 0,00 11.165,34 0,00 11.165,34</w:t>
      </w:r>
    </w:p>
    <w:p>
      <w:r>
        <w:t>475100 20200 H.P., Acreedor ret. trab. pnal. 515.697,68 0,00 3.652.941,59 4.168.639,27 3.679.276,15 489.363,12</w:t>
      </w:r>
    </w:p>
    <w:p>
      <w:r>
        <w:t>TOTAL CUENTA 475100 515.697,68 0,00 3.652.941,59 4.168.639,27 3.679.276,15 489.363,12</w:t>
      </w:r>
    </w:p>
    <w:p>
      <w:r>
        <w:t>475101 20201 IRPF RET. ACTIV. EC. Y GP 2.835,38 0,00 12.105,33 14.940,71 14.220,71 720,00</w:t>
      </w:r>
    </w:p>
    <w:p>
      <w:r>
        <w:t>TOTAL CUENTA 475101 2.835,38 0,00 12.105,33 14.940,71 14.220,71 720,00</w:t>
      </w:r>
    </w:p>
    <w:p>
      <w:r>
        <w:t>475102 20202 H.P., Acreedor ret. no residentes 0,00 0,00 0,00 0,00 0,00 0,00</w:t>
      </w:r>
    </w:p>
    <w:p>
      <w:r>
        <w:t>TOTAL CUENTA 475102 0,00 0,00 0,00 0,00 0,00 0,00</w:t>
      </w:r>
    </w:p>
    <w:p>
      <w:r>
        <w:t>475103 20203 H.P., Acreedor ret. int. deuda 0,00 0,00 0,00 0,00 0,00 0,00</w:t>
      </w:r>
    </w:p>
    <w:p>
      <w:r>
        <w:t>TOTAL CUENTA 475103 0,00 0,00 0,00 0,00 0,00 0,00</w:t>
      </w:r>
    </w:p>
    <w:p>
      <w:r>
        <w:t>475104 20204 H.P., Acreedor ret. arrendamientos 0,00 0,00 0,00 0,00 0,00 0,00</w:t>
      </w:r>
    </w:p>
    <w:p>
      <w:r>
        <w:t>Página 2de 4 18 de Junio del 2025</w:t>
      </w:r>
    </w:p>
    <w:p>
      <w:r>
        <w:t>107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SALDO A 1 DE ENERO MODIFICACIONES ABONOS TOTAL CARGOS ACREEDORES</w:t>
      </w:r>
    </w:p>
    <w:p>
      <w:r>
        <w:t>SALDO INICIAL REALIZADOS EN EL ACREEDORES REALIZADOS EN EL PENDIENTES DE</w:t>
      </w:r>
    </w:p>
    <w:p>
      <w:r>
        <w:t>CÓDIGO DESCRIPCIÓN EJERCICIO EJERCICIO PAGO A 31</w:t>
      </w:r>
    </w:p>
    <w:p>
      <w:r>
        <w:t>DICIEMBRE</w:t>
      </w:r>
    </w:p>
    <w:p>
      <w:r>
        <w:t>TOTAL CUENTA 475104 0,00 0,00 0,00 0,00 0,00 0,00</w:t>
      </w:r>
    </w:p>
    <w:p>
      <w:r>
        <w:t>4757 20300 Hacienda Pública, acreedora por IGIC 53.061,57 0,00 7.412,43 60.474,00 0,00 60.474,00</w:t>
      </w:r>
    </w:p>
    <w:p>
      <w:r>
        <w:t>TOTAL CUENTA 4757 53.061,57 0,00 7.412,43 60.474,00 0,00 60.474,00</w:t>
      </w:r>
    </w:p>
    <w:p>
      <w:r>
        <w:t>47600 20400 Seguridad Social Acreedora 129.800,33 0,00 1.446.029,82 1.575.830,15 1.453.974,38 121.855,77</w:t>
      </w:r>
    </w:p>
    <w:p>
      <w:r>
        <w:t>TOTAL CUENTA 47600 129.800,33 0,00 1.446.029,82 1.575.830,15 1.453.974,38 121.855,77</w:t>
      </w:r>
    </w:p>
    <w:p>
      <w:r>
        <w:t>560 20500 Fianzas recibidas a corto plazo 445.120,39 0,00 90.473,20 535.593,59 282.717,18 252.876,41</w:t>
      </w:r>
    </w:p>
    <w:p>
      <w:r>
        <w:t>TOTAL CUENTA 560 445.120,39 0,00 90.473,20 535.593,59 282.717,18 252.876,41</w:t>
      </w:r>
    </w:p>
    <w:p>
      <w:r>
        <w:t>56101 20601 Depósitos recibidos a c/p de SS BS 0,00 0,00 0,00 0,00 0,00 0,00</w:t>
      </w:r>
    </w:p>
    <w:p>
      <w:r>
        <w:t>TOTAL CUENTA 56101 0,00 0,00 0,00 0,00 0,00 0,00</w:t>
      </w:r>
    </w:p>
    <w:p>
      <w:r>
        <w:t>56102 20602 Depósitos recibidos a c/p de pacientes 1.168.141,82 0,00 0,00 1.168.141,82 0,00 1.168.141,82</w:t>
      </w:r>
    </w:p>
    <w:p>
      <w:r>
        <w:t>TOTAL CUENTA 56102 1.168.141,82 0,00 0,00 1.168.141,82 0,00 1.168.141,82</w:t>
      </w:r>
    </w:p>
    <w:p>
      <w:r>
        <w:t>56103 20603 Depósitos recibidos a c/p por retención 0,00 0,00 0,00 0,00 0,00 0,00</w:t>
      </w:r>
    </w:p>
    <w:p>
      <w:r>
        <w:t>judicial de haberes</w:t>
      </w:r>
    </w:p>
    <w:p>
      <w:r>
        <w:t>TOTAL CUENTA 56103 0,00 0,00 0,00 0,00 0,00 0,00</w:t>
      </w:r>
    </w:p>
    <w:p>
      <w:r>
        <w:t>56104 20604 Depósitos recibidos a c/p de particulares 0,00 0,00 0,00 0,00 0,00 0,00</w:t>
      </w:r>
    </w:p>
    <w:p>
      <w:r>
        <w:t>Hospital Psiquiátr</w:t>
      </w:r>
    </w:p>
    <w:p>
      <w:r>
        <w:t>TOTAL CUENTA 56104 0,00 0,00 0,00 0,00 0,00 0,00</w:t>
      </w:r>
    </w:p>
    <w:p>
      <w:r>
        <w:t>Página 3de 4 18 de Junio del 2025</w:t>
      </w:r>
    </w:p>
    <w:p>
      <w:r>
        <w:t>108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SALDO A 1 DE ENERO MODIFICACIONES ABONOS TOTAL CARGOS ACREEDORES</w:t>
      </w:r>
    </w:p>
    <w:p>
      <w:r>
        <w:t>SALDO INICIAL REALIZADOS EN EL ACREEDORES REALIZADOS EN EL PENDIENTES DE</w:t>
      </w:r>
    </w:p>
    <w:p>
      <w:r>
        <w:t>CÓDIGO DESCRIPCIÓN EJERCICIO EJERCICIO PAGO A 31</w:t>
      </w:r>
    </w:p>
    <w:p>
      <w:r>
        <w:t>DICIEMBRE</w:t>
      </w:r>
    </w:p>
    <w:p>
      <w:r>
        <w:t>TOTAL 2.505.452,30 0,00 5.261.482,95 7.766.935,25 5.528.935,89 2.237.999,36</w:t>
      </w:r>
    </w:p>
    <w:p>
      <w:r>
        <w:t>Página 4de 4 18 de Junio del 2025</w:t>
      </w:r>
    </w:p>
    <w:p>
      <w:r>
        <w:t>109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COBROS PENDIENTES DE APLICACIÓN</w:t>
      </w:r>
    </w:p>
    <w:p>
      <w:r>
        <w:t>Periodo: 2024</w:t>
      </w:r>
    </w:p>
    <w:p>
      <w:r>
        <w:t>CUENTA CONCEPTO COBROS PENDIENTES MODIFICACIONES COBROS TOTAL COBROS COBROS COBROS</w:t>
      </w:r>
    </w:p>
    <w:p>
      <w:r>
        <w:t>DE APLICACIÓN A 1 DE SALDO INICIAL REALIZADOS EN EL PENDIENTES APLICADOS EN EL PENDIENTES DE</w:t>
      </w:r>
    </w:p>
    <w:p>
      <w:r>
        <w:t>CÓDIGO DESCRIPCIÓN ENERO EJERCICIO APLICACIÓN EJERCICIO APLICACIÓN A 31</w:t>
      </w:r>
    </w:p>
    <w:p>
      <w:r>
        <w:t>DICIEMBRE</w:t>
      </w:r>
    </w:p>
    <w:p>
      <w:r>
        <w:t>55400 30100 Cobros pendientes de aplicación - Cuentas 0,00 0,00 0,00 0,00 0,00 0,00</w:t>
      </w:r>
    </w:p>
    <w:p>
      <w:r>
        <w:t>operativas</w:t>
      </w:r>
    </w:p>
    <w:p>
      <w:r>
        <w:t>TOTAL CUENTA 55400 0,00 0,00 0,00 0,00 0,00 0,00</w:t>
      </w:r>
    </w:p>
    <w:p>
      <w:r>
        <w:t>55401 30101 Cobros pendientes de aplicación - 0,00 0,00 0,00 0,00 0,00 0,00</w:t>
      </w:r>
    </w:p>
    <w:p>
      <w:r>
        <w:t>Sanciones</w:t>
      </w:r>
    </w:p>
    <w:p>
      <w:r>
        <w:t>TOTAL CUENTA 55401 0,00 0,00 0,00 0,00 0,00 0,00</w:t>
      </w:r>
    </w:p>
    <w:p>
      <w:r>
        <w:t>55402 30102 Cobros pendientes de aplicación - IASS 0,00 0,00 150.799.318,92 150.799.318,92 150.799.318,92 0,00</w:t>
      </w:r>
    </w:p>
    <w:p>
      <w:r>
        <w:t>TOTAL CUENTA 55402 0,00 0,00 150.799.318,92 150.799.318,92 150.799.318,92 0,00</w:t>
      </w:r>
    </w:p>
    <w:p>
      <w:r>
        <w:t>55403 30103 Cobros pendientes de aplicación - Otros 0,00 0,00 0,00 0,00 0,00 0,00</w:t>
      </w:r>
    </w:p>
    <w:p>
      <w:r>
        <w:t>TOTAL CUENTA 55403 0,00 0,00 0,00 0,00 0,00 0,00</w:t>
      </w:r>
    </w:p>
    <w:p>
      <w:r>
        <w:t>55404 30104 Cobros pendientes de aplicación - 0,00 0,00 16.540,78 16.540,78 16.540,78 0,00</w:t>
      </w:r>
    </w:p>
    <w:p>
      <w:r>
        <w:t>Formalizac. retenc. judici</w:t>
      </w:r>
    </w:p>
    <w:p>
      <w:r>
        <w:t>TOTAL CUENTA 55404 0,00 0,00 16.540,78 16.540,78 16.540,78 0,00</w:t>
      </w:r>
    </w:p>
    <w:p>
      <w:r>
        <w:t>55405 30105 Cobros pendientes de aplicación - Retenc. 0,00 0,00 0,00 0,00 0,00 0,00</w:t>
      </w:r>
    </w:p>
    <w:p>
      <w:r>
        <w:t>honorarios téc. fu</w:t>
      </w:r>
    </w:p>
    <w:p>
      <w:r>
        <w:t>TOTAL CUENTA 55405 0,00 0,00 0,00 0,00 0,00 0,00</w:t>
      </w:r>
    </w:p>
    <w:p>
      <w:r>
        <w:t>55406 30106 Cobros pendientes de aplicación - Otras 0,00 0,00 4.927.489,19 4.927.489,19 4.927.489,19 0,00</w:t>
      </w:r>
    </w:p>
    <w:p>
      <w:r>
        <w:t>retenciones</w:t>
      </w:r>
    </w:p>
    <w:p>
      <w:r>
        <w:t>Página 1de 3 18 de Junio del 2025</w:t>
      </w:r>
    </w:p>
    <w:p>
      <w:r>
        <w:t>110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311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COBROS PENDIENTES MODIFICACIONES COBROS TOTAL COBROS COBROS COBROS</w:t>
      </w:r>
    </w:p>
    <w:p>
      <w:r>
        <w:t>DE APLICACIÓN A 1 DE SALDO INICIAL REALIZADOS EN EL PENDIENTES APLICADOS EN EL PENDIENTES DE</w:t>
      </w:r>
    </w:p>
    <w:p>
      <w:r>
        <w:t>CÓDIGO DESCRIPCIÓN ENERO EJERCICIO APLICACIÓN EJERCICIO APLICACIÓN A 31</w:t>
      </w:r>
    </w:p>
    <w:p>
      <w:r>
        <w:t>DICIEMBRE</w:t>
      </w:r>
    </w:p>
    <w:p>
      <w:r>
        <w:t>TOTAL CUENTA 55406 0,00 0,00 4.927.489,19 4.927.489,19 4.927.489,19 0,00</w:t>
      </w:r>
    </w:p>
    <w:p>
      <w:r>
        <w:t>55407 30107 Cobros pendientes de aplicación - 0,00 0,00 57.381,99 57.381,99 57.381,99 0,00</w:t>
      </w:r>
    </w:p>
    <w:p>
      <w:r>
        <w:t>Anticipos reintegrables</w:t>
      </w:r>
    </w:p>
    <w:p>
      <w:r>
        <w:t>TOTAL CUENTA 55407 0,00 0,00 57.381,99 57.381,99 57.381,99 0,00</w:t>
      </w:r>
    </w:p>
    <w:p>
      <w:r>
        <w:t>55408 30108 Cobros pendientes de aplicación - Pagos a 0,00 0,00 0,00 0,00 0,00 0,00</w:t>
      </w:r>
    </w:p>
    <w:p>
      <w:r>
        <w:t>justificar</w:t>
      </w:r>
    </w:p>
    <w:p>
      <w:r>
        <w:t>TOTAL CUENTA 55408 0,00 0,00 0,00 0,00 0,00 0,00</w:t>
      </w:r>
    </w:p>
    <w:p>
      <w:r>
        <w:t>55409 30109 Cobros pendientes de aplicación - 0,00 0,00 0,00 0,00 0,00 0,00</w:t>
      </w:r>
    </w:p>
    <w:p>
      <w:r>
        <w:t>Reintegros F.J.</w:t>
      </w:r>
    </w:p>
    <w:p>
      <w:r>
        <w:t>TOTAL CUENTA 55409 0,00 0,00 0,00 0,00 0,00 0,00</w:t>
      </w:r>
    </w:p>
    <w:p>
      <w:r>
        <w:t>55410 30110 Cobros pendientes de aplicación - 0,00 0,00 0,00 0,00 0,00 0,00</w:t>
      </w:r>
    </w:p>
    <w:p>
      <w:r>
        <w:t>Reintegros F.J. cerrados</w:t>
      </w:r>
    </w:p>
    <w:p>
      <w:r>
        <w:t>TOTAL CUENTA 55410 0,00 0,00 0,00 0,00 0,00 0,00</w:t>
      </w:r>
    </w:p>
    <w:p>
      <w:r>
        <w:t>55411 30111 Cobros pendientes de aplicación - 0,00 0,00 0,00 0,00 0,00 0,00</w:t>
      </w:r>
    </w:p>
    <w:p>
      <w:r>
        <w:t>Proyectos asociados</w:t>
      </w:r>
    </w:p>
    <w:p>
      <w:r>
        <w:t>TOTAL CUENTA 55411 0,00 0,00 0,00 0,00 0,00 0,00</w:t>
      </w:r>
    </w:p>
    <w:p>
      <w:r>
        <w:t>55414 31114 Cobros pendientes de aplicación - 0,00 0,00 0,00 0,00 0,00 0,00</w:t>
      </w:r>
    </w:p>
    <w:p>
      <w:r>
        <w:t>Intereses préstamos</w:t>
      </w:r>
    </w:p>
    <w:p>
      <w:r>
        <w:t>TOTAL CUENTA 55414 0,00 0,00 0,00 0,00 0,00 0,00</w:t>
      </w:r>
    </w:p>
    <w:p>
      <w:r>
        <w:t>55415 31115 Cobros pendientes de aplicación - Tasa 0,00 0,00 0,00 0,00 0,00 0,00</w:t>
      </w:r>
    </w:p>
    <w:p>
      <w:r>
        <w:t>vertidos sólidos</w:t>
      </w:r>
    </w:p>
    <w:p>
      <w:r>
        <w:t>TOTAL CUENTA 55415 0,00 0,00 0,00 0,00 0,00 0,00</w:t>
      </w:r>
    </w:p>
    <w:p>
      <w:r>
        <w:t>55416 31116 Cobros pendientes de aplicación - IAE 0,00 0,00 0,00 0,00 0,00 0,00</w:t>
      </w:r>
    </w:p>
    <w:p>
      <w:r>
        <w:t>Página 2de 3 18 de Junio del 2025</w:t>
      </w:r>
    </w:p>
    <w:p>
      <w:r>
        <w:t>111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COBROS PENDIENTES MODIFICACIONES COBROS TOTAL COBROS COBROS COBROS</w:t>
      </w:r>
    </w:p>
    <w:p>
      <w:r>
        <w:t>DE APLICACIÓN A 1 DE SALDO INICIAL REALIZADOS EN EL PENDIENTES APLICADOS EN EL PENDIENTES DE</w:t>
      </w:r>
    </w:p>
    <w:p>
      <w:r>
        <w:t>CÓDIGO DESCRIPCIÓN ENERO EJERCICIO APLICACIÓN EJERCICIO APLICACIÓN A 31</w:t>
      </w:r>
    </w:p>
    <w:p>
      <w:r>
        <w:t>DICIEMBRE</w:t>
      </w:r>
    </w:p>
    <w:p>
      <w:r>
        <w:t>TOTAL CUENTA 55416 0,00 0,00 0,00 0,00 0,00 0,00</w:t>
      </w:r>
    </w:p>
    <w:p>
      <w:r>
        <w:t>55417 31117 Cobros pendientes de aplicación - 0,00 0,00 0,00 0,00 0,00 0,00</w:t>
      </w:r>
    </w:p>
    <w:p>
      <w:r>
        <w:t>Convenio protecc. animales</w:t>
      </w:r>
    </w:p>
    <w:p>
      <w:r>
        <w:t>TOTAL CUENTA 55417 0,00 0,00 0,00 0,00 0,00 0,00</w:t>
      </w:r>
    </w:p>
    <w:p>
      <w:r>
        <w:t>55418 31118 Cobros pendientes de aplicación - Cert. de 0,00 0,00 0,00 0,00 0,00 0,00</w:t>
      </w:r>
    </w:p>
    <w:p>
      <w:r>
        <w:t>obra (fondos prop</w:t>
      </w:r>
    </w:p>
    <w:p>
      <w:r>
        <w:t>TOTAL CUENTA 55418 0,00 0,00 0,00 0,00 0,00 0,00</w:t>
      </w:r>
    </w:p>
    <w:p>
      <w:r>
        <w:t>55419 31119 Cobros pendientes de aplicación - 0,00 0,00 0,00 0,00 0,00 0,00</w:t>
      </w:r>
    </w:p>
    <w:p>
      <w:r>
        <w:t>Anticipos a Ayuntamientos</w:t>
      </w:r>
    </w:p>
    <w:p>
      <w:r>
        <w:t>TOTAL CUENTA 55419 0,00 0,00 0,00 0,00 0,00 0,00</w:t>
      </w:r>
    </w:p>
    <w:p>
      <w:r>
        <w:t>TOTAL 0,00 0,00 155.800.730,88 155.800.730,88 155.800.730,88 0,00</w:t>
      </w:r>
    </w:p>
    <w:p>
      <w:r>
        <w:t>Página 3de 3 18 de Junio del 2025</w:t>
      </w:r>
    </w:p>
    <w:p>
      <w:r>
        <w:t>112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PAGOS PENDIENTES DE APLICACIÓN</w:t>
      </w:r>
    </w:p>
    <w:p>
      <w:r>
        <w:t>Periodo: 2024</w:t>
      </w:r>
    </w:p>
    <w:p>
      <w:r>
        <w:t>CUENTA CONCEPTO PAGOS PENDIENTES MODIFICACIONES PAGOS TOTAL PAGOS PAGOS PAGOS</w:t>
      </w:r>
    </w:p>
    <w:p>
      <w:r>
        <w:t>DE APLICACIÓN A 1 DE SALDO INICIAL REALIZADOS EN EL PENDIENTES APLICADOS EN EL PENDIENTES DE</w:t>
      </w:r>
    </w:p>
    <w:p>
      <w:r>
        <w:t>CÓDIGO DESCRIPCIÓN ENERO EJERCICIO APLICACIÓN EJERCICIO APLICACIÓN A 31</w:t>
      </w:r>
    </w:p>
    <w:p>
      <w:r>
        <w:t>DICIEMBRE</w:t>
      </w:r>
    </w:p>
    <w:p>
      <w:r>
        <w:t>555 40001 Pagos Pendientes Aplicación 0,00 0,00 0,00 0,00 0,00 0,00</w:t>
      </w:r>
    </w:p>
    <w:p>
      <w:r>
        <w:t>TOTAL CUENTA 555 0,00 0,00 0,00 0,00 0,00 0,00</w:t>
      </w:r>
    </w:p>
    <w:p>
      <w:r>
        <w:t>558101 58101 Prov. fondos pdte. just. Caja Fija Farmacia 0,00 0,00 34.733,42 34.733,42 34.733,42 0,00</w:t>
      </w:r>
    </w:p>
    <w:p>
      <w:r>
        <w:t>TOTAL CUENTA 558101 0,00 0,00 34.733,42 34.733,42 34.733,42 0,00</w:t>
      </w:r>
    </w:p>
    <w:p>
      <w:r>
        <w:t>558102 58102 Prov. f. pdte. just. C. F. C.S.Sabinal y P. 0,00 0,00 1.285,96 1.285,96 1.285,96 0,00</w:t>
      </w:r>
    </w:p>
    <w:p>
      <w:r>
        <w:t>Asist.</w:t>
      </w:r>
    </w:p>
    <w:p>
      <w:r>
        <w:t>TOTAL CUENTA 558102 0,00 0,00 1.285,96 1.285,96 1.285,96 0,00</w:t>
      </w:r>
    </w:p>
    <w:p>
      <w:r>
        <w:t>558103 58103 Prov. f. pdte. just. Caja Fija R.M.Taliarte 0,00 0,00 1.904,53 1.904,53 1.904,53 0,00</w:t>
      </w:r>
    </w:p>
    <w:p>
      <w:r>
        <w:t>TOTAL CUENTA 558103 0,00 0,00 1.904,53 1.904,53 1.904,53 0,00</w:t>
      </w:r>
    </w:p>
    <w:p>
      <w:r>
        <w:t>558104 58104 Prov. f. pdte. just. Caja Fija Gerencia. 0,00 0,00 8.532,95 8.532,95 8.532,95 0,00</w:t>
      </w:r>
    </w:p>
    <w:p>
      <w:r>
        <w:t>TOTAL CUENTA 558104 0,00 0,00 8.532,95 8.532,95 8.532,95 0,00</w:t>
      </w:r>
    </w:p>
    <w:p>
      <w:r>
        <w:t>558501 58501 Libram. para prov. fondos C.F.Farmacia 0,00 0,00 34.733,42 34.733,42 34.733,42 0,00</w:t>
      </w:r>
    </w:p>
    <w:p>
      <w:r>
        <w:t>TOTAL CUENTA 558501 0,00 0,00 34.733,42 34.733,42 34.733,42 0,00</w:t>
      </w:r>
    </w:p>
    <w:p>
      <w:r>
        <w:t>558502 58502 Libram. para prov. fondos C.S.Sabinal y 0,00 0,00 1.285,96 1.285,96 1.285,96 0,00</w:t>
      </w:r>
    </w:p>
    <w:p>
      <w:r>
        <w:t>Pisos asis</w:t>
      </w:r>
    </w:p>
    <w:p>
      <w:r>
        <w:t>Página 1de 2 18 de Junio del 2025</w:t>
      </w:r>
    </w:p>
    <w:p>
      <w:r>
        <w:t>113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611</w:t>
      </w:r>
    </w:p>
    <w:p>
      <w:r>
        <w:t>anigáP</w:t>
      </w:r>
    </w:p>
    <w:p>
      <w:r>
        <w:t>| 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CUENTA CONCEPTO PAGOS PENDIENTES MODIFICACIONES PAGOS TOTAL PAGOS PAGOS PAGOS</w:t>
      </w:r>
    </w:p>
    <w:p>
      <w:r>
        <w:t>DE APLICACIÓN A 1 DE SALDO INICIAL REALIZADOS EN EL PENDIENTES APLICADOS EN EL PENDIENTES DE</w:t>
      </w:r>
    </w:p>
    <w:p>
      <w:r>
        <w:t>CÓDIGO DESCRIPCIÓN ENERO EJERCICIO APLICACIÓN EJERCICIO APLICACIÓN A 31</w:t>
      </w:r>
    </w:p>
    <w:p>
      <w:r>
        <w:t>DICIEMBRE</w:t>
      </w:r>
    </w:p>
    <w:p>
      <w:r>
        <w:t>TOTAL CUENTA 558502 0,00 0,00 1.285,96 1.285,96 1.285,96 0,00</w:t>
      </w:r>
    </w:p>
    <w:p>
      <w:r>
        <w:t>558503 58503 Libram. para prov. fondos R.M.P.Taliarte 0,00 0,00 1.904,53 1.904,53 1.904,53 0,00</w:t>
      </w:r>
    </w:p>
    <w:p>
      <w:r>
        <w:t>TOTAL CUENTA 558503 0,00 0,00 1.904,53 1.904,53 1.904,53 0,00</w:t>
      </w:r>
    </w:p>
    <w:p>
      <w:r>
        <w:t>558504 58504 Libram. para prov. fondos Gerencia. 0,00 0,00 8.532,95 8.532,95 8.532,95 0,00</w:t>
      </w:r>
    </w:p>
    <w:p>
      <w:r>
        <w:t>TOTAL CUENTA 558504 0,00 0,00 8.532,95 8.532,95 8.532,95 0,00</w:t>
      </w:r>
    </w:p>
    <w:p>
      <w:r>
        <w:t>TOTAL 0,00 0,00 92.913,72 92.913,72 92.913,72 0,00</w:t>
      </w:r>
    </w:p>
    <w:p>
      <w:r>
        <w:t>Página 2de 2 18 de Junio del 2025</w:t>
      </w:r>
    </w:p>
    <w:p>
      <w:r>
        <w:t>114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22) Contratación administrativa.</w:t>
      </w:r>
    </w:p>
    <w:p>
      <w:r>
        <w:t>Procedimientos de adjudicación</w:t>
      </w:r>
    </w:p>
    <w:p>
      <w:r>
        <w:t>115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CONTRATACIÓN ADMINISTRATIVA</w:t>
      </w:r>
    </w:p>
    <w:p>
      <w:r>
        <w:t>Periodo: 2024</w:t>
      </w:r>
    </w:p>
    <w:p>
      <w:r>
        <w:t>TIPO DE PROCEDIMIENTO ABIERTO PROCEDIMIENTO RESTRINGIDO PROCEDIMIENTO NEGOCIADO DIÁLOGO ADJUDICACIÓN TOTAL</w:t>
      </w:r>
    </w:p>
    <w:p>
      <w:r>
        <w:t>CONTRATO COMPETITIVO DIRECTA</w:t>
      </w:r>
    </w:p>
    <w:p>
      <w:r>
        <w:t>MULTIPLIC ÚNICO TOTAL MULTIPLIC ÚNICO TOTAL CON SIN TOTAL</w:t>
      </w:r>
    </w:p>
    <w:p>
      <w:r>
        <w:t>CRITERIO CRITERIO CRITERIO CRITERIO PUBLICIDAD PUBLICIDAD</w:t>
      </w:r>
    </w:p>
    <w:p>
      <w:r>
        <w:t>De obras 12.670.676,92 0,00 12.670.676,92 0,00 0,00 0,00 0,00 0,00 0,00 0,00 0,00 12.670.676,92</w:t>
      </w:r>
    </w:p>
    <w:p>
      <w:r>
        <w:t>De suministro 3.732.707,37 0,00 3.732.707,37 0,00 0,00 0,00 0,00 0,00 0,00 0,00 0,00 3.732.707,37</w:t>
      </w:r>
    </w:p>
    <w:p>
      <w:r>
        <w:t>Patrimoniales 0,00 0,00 0,00 0,00 0,00 0,00 0,00 0,00 0,00 0,00 0,00 0,00</w:t>
      </w:r>
    </w:p>
    <w:p>
      <w:r>
        <w:t>De gestión de 0,00 0,00 0,00 0,00 0,00 0,00 0,00 0,00 0,00 0,00 0,00 0,00</w:t>
      </w:r>
    </w:p>
    <w:p>
      <w:r>
        <w:t>servicios públicos</w:t>
      </w:r>
    </w:p>
    <w:p>
      <w:r>
        <w:t>De servicios 48.707.269,34 0,00 48.707.269,34 0,00 0,00 0,00 0,00 1.654.326,00 1.654.326,00 0,00 0,00 50.361.595,34</w:t>
      </w:r>
    </w:p>
    <w:p>
      <w:r>
        <w:t>De concesión de 0,00 0,00 0,00 0,00 0,00 0,00 0,00 0,00 0,00 0,00 0,00 0,00</w:t>
      </w:r>
    </w:p>
    <w:p>
      <w:r>
        <w:t>obra pública</w:t>
      </w:r>
    </w:p>
    <w:p>
      <w:r>
        <w:t>De colaboración 0,00 0,00 0,00 0,00 0,00 0,00 0,00 0,00 0,00 0,00 0,00 0,00</w:t>
      </w:r>
    </w:p>
    <w:p>
      <w:r>
        <w:t>del sector público</w:t>
      </w:r>
    </w:p>
    <w:p>
      <w:r>
        <w:t>y sector privado</w:t>
      </w:r>
    </w:p>
    <w:p>
      <w:r>
        <w:t>De carácter 0,00 0,00 0,00 0,00 0,00 0,00 0,00 0,00 0,00 0,00 0,00 0,00</w:t>
      </w:r>
    </w:p>
    <w:p>
      <w:r>
        <w:t>administrativo</w:t>
      </w:r>
    </w:p>
    <w:p>
      <w:r>
        <w:t>especial</w:t>
      </w:r>
    </w:p>
    <w:p>
      <w:r>
        <w:t>Otros 0,00 0,00 0,00 0,00 0,00 0,00 0,00 0,00 0,00 0,00 0,00 0,00</w:t>
      </w:r>
    </w:p>
    <w:p>
      <w:r>
        <w:t>TOTAL 65.110.653,63 0,00 65.110.653,63 0,00 0,00 0,00 0,00 1.654.326,00 1.654.326,00 0,00 0,00 66.764.979,63</w:t>
      </w:r>
    </w:p>
    <w:p>
      <w:r>
        <w:t>Página 1de 1 18 de Junio del 2025</w:t>
      </w:r>
    </w:p>
    <w:p>
      <w:r>
        <w:t>116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911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23) Valores recibidos en depósito</w:t>
      </w:r>
    </w:p>
    <w:p>
      <w:r>
        <w:t>117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 VALORES RECIBIDOS EN DEPÓSITO</w:t>
      </w:r>
    </w:p>
    <w:p>
      <w:r>
        <w:t>Periodo: 2024</w:t>
      </w:r>
    </w:p>
    <w:p>
      <w:r>
        <w:t>CONCEPTO DESCRIPCIÓN SALDO A 1 DE MODIFICACIONES DEPÓSITOS TOTAL DEPÓSITOS DEPÓSITOS DEPÓSITOS</w:t>
      </w:r>
    </w:p>
    <w:p>
      <w:r>
        <w:t>ENERO SALDO INICIAL RECIBIDOS EN EL RECIBIDOS CANCELADOS PENDIENTES DE</w:t>
      </w:r>
    </w:p>
    <w:p>
      <w:r>
        <w:t>EJERCICIO DEVOLUCIÓN A 31</w:t>
      </w:r>
    </w:p>
    <w:p>
      <w:r>
        <w:t>DE DICIEMBRE</w:t>
      </w:r>
    </w:p>
    <w:p>
      <w:r>
        <w:t>70100 Fianzas en valores 10.440.874,61 0,00 1.548.973,64 11.989.848,25 1.145.042,51 10.844.805,74</w:t>
      </w:r>
    </w:p>
    <w:p>
      <w:r>
        <w:t>TOTAL 10.440.874,61 0,00 1.548.973,64 11.989.848,25 1.145.042,51 10.844.805,74</w:t>
      </w:r>
    </w:p>
    <w:p>
      <w:r>
        <w:t>Página 1de 1 18 de Junio del 2025</w:t>
      </w:r>
    </w:p>
    <w:p>
      <w:r>
        <w:t>118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24) Información presupuestaria</w:t>
      </w:r>
    </w:p>
    <w:p>
      <w:r>
        <w:t>119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24.1) Ejercicio Corriente</w:t>
      </w:r>
    </w:p>
    <w:p>
      <w:r>
        <w:t>120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Modificaciones de Crédito</w:t>
      </w:r>
    </w:p>
    <w:p>
      <w:r>
        <w:t>Periodo: 2024</w:t>
      </w:r>
    </w:p>
    <w:p>
      <w:r>
        <w:t>APLICACIÓN CRÉDITOS SUPLEMENTOS AMPLIACIONES TRANSFERENCIAS DE CRÉDITO INCORPORACIÓN CRÉDITOS BAJAS POR AJUSTES POR TOTAL</w:t>
      </w:r>
    </w:p>
    <w:p>
      <w:r>
        <w:t>PRESUPUESTARIA DESCRIPCIÓN EXTRAORDINARIOSDE CRÉDITO DE CRÉDITO POSITIVAS NEGATIVAS DE D R E E M CR A É N D E I N T T O ES P G O E R N I E N R G A R D E O SO S S ANULACIÓN PRÓRROGA MODIFICACIONES</w:t>
      </w:r>
    </w:p>
    <w:p>
      <w:r>
        <w:t>09701 / 231 / Retribuciones Basicas. 0,00 0,00 0,00 0,00 687.000,00 0,00 0,00 0,00 0,00 -687.000,00</w:t>
      </w:r>
    </w:p>
    <w:p>
      <w:r>
        <w:t>13000</w:t>
      </w:r>
    </w:p>
    <w:p>
      <w:r>
        <w:t>09701 / 231 / Estudios y trabajos técnicos 0,00 0,00 0,00 0,00 10.000,00 0,00 0,00 0,00 0,00 -10.000,00</w:t>
      </w:r>
    </w:p>
    <w:p>
      <w:r>
        <w:t>22706</w:t>
      </w:r>
    </w:p>
    <w:p>
      <w:r>
        <w:t>09701 / 231 / Del Personal No Directivo. 0,00 0,00 0,00 15.000,00 0,00 0,00 0,00 0,00 0,00 15.000,00</w:t>
      </w:r>
    </w:p>
    <w:p>
      <w:r>
        <w:t>23020</w:t>
      </w:r>
    </w:p>
    <w:p>
      <w:r>
        <w:t>09701 / 231 / Adquisición Inmueble Santa Rosalía - Museo Canario 4.000.000,00 0,00 0,00 0,00 0,00 0,00 0,00 0,00 0,00 4.000.000,00</w:t>
      </w:r>
    </w:p>
    <w:p>
      <w:r>
        <w:t>62200</w:t>
      </w:r>
    </w:p>
    <w:p>
      <w:r>
        <w:t>09701 / 231 / Edificios y Otras Construcciones. Plan Infraestructuras 0,00 0,00 0,00 0,00 0,00 7.937,30 0,00 0,00 0,00 7.937,30</w:t>
      </w:r>
    </w:p>
    <w:p>
      <w:r>
        <w:t>63200</w:t>
      </w:r>
    </w:p>
    <w:p>
      <w:r>
        <w:t>09701 / 231 / Edificios y Otras Construcciones. Plan Infraestructuras 0,00 0,00 0,00 0,00 0,00 4.776,44 0,00 0,00 0,00 4.776,44</w:t>
      </w:r>
    </w:p>
    <w:p>
      <w:r>
        <w:t>63200</w:t>
      </w:r>
    </w:p>
    <w:p>
      <w:r>
        <w:t>09701 / 231 / Mobiliario 0,00 0,00 0,00 0,00 0,00 6.045,00 0,00 0,00 0,00 6.045,00</w:t>
      </w:r>
    </w:p>
    <w:p>
      <w:r>
        <w:t>63500</w:t>
      </w:r>
    </w:p>
    <w:p>
      <w:r>
        <w:t>09701 / 231 / Honorarios y Proyectos Técnicos 0,00 0,00 0,00 0,00 0,00 162.954,10 0,00 0,00 0,00 162.954,10</w:t>
      </w:r>
    </w:p>
    <w:p>
      <w:r>
        <w:t>64001</w:t>
      </w:r>
    </w:p>
    <w:p>
      <w:r>
        <w:t>09701 / 231 / Honorarios y Proyectos Técnicos. Plan Infraestructuras 0,00 0,00 0,00 0,00 0,00 555.411,50 0,00 0,00 0,00 555.411,50</w:t>
      </w:r>
    </w:p>
    <w:p>
      <w:r>
        <w:t>64001</w:t>
      </w:r>
    </w:p>
    <w:p>
      <w:r>
        <w:t>09701 / 231 / Honorarios y Proyectos Técnicos. Plan Infraestructuras 0,00 0,00 0,00 0,00 0,00 38.453,11 0,00 0,00 0,00 38.453,11</w:t>
      </w:r>
    </w:p>
    <w:p>
      <w:r>
        <w:t>64001</w:t>
      </w:r>
    </w:p>
    <w:p>
      <w:r>
        <w:t>09710 / 231 / Acciones Básicas Gran Canaria Accesible 0,00 0,00 0,00 0,00 42.500,00 0,00 0,00 0,00 0,00 -42.500,00</w:t>
      </w:r>
    </w:p>
    <w:p>
      <w:r>
        <w:t>22602</w:t>
      </w:r>
    </w:p>
    <w:p>
      <w:r>
        <w:t>09710 / 231 / A Aytos. Subvenciones GC Accesible 0,00 0,00 0,00 42.500,00 0,00 0,00 0,00 0,00 0,00 42.500,00</w:t>
      </w:r>
    </w:p>
    <w:p>
      <w:r>
        <w:t>46200</w:t>
      </w:r>
    </w:p>
    <w:p>
      <w:r>
        <w:t>09710 / 231 / A Ayto. Teror "Res. May." - Plan Infraestructuras 0,00 0,00 0,00 0,00 0,00 433.961,65 0,00 0,00 0,00 433.961,65</w:t>
      </w:r>
    </w:p>
    <w:p>
      <w:r>
        <w:t>76200</w:t>
      </w:r>
    </w:p>
    <w:p>
      <w:r>
        <w:t>09710 / 231 / A Ayto. Valleseco "Ampliación Resid.Mayores" - Plan Infraestructuras 0,00 0,00 0,00 0,00 0,00 1.568.730,55 0,00 0,00 0,00 1.568.730,55</w:t>
      </w:r>
    </w:p>
    <w:p>
      <w:r>
        <w:t>76200</w:t>
      </w:r>
    </w:p>
    <w:p>
      <w:r>
        <w:t>09710 / 231 / A Ayto. Aguimes "Obras reparación" 0,00 0,00 0,00 0,00 0,00 8.000,00 0,00 0,00 0,00 8.000,00</w:t>
      </w:r>
    </w:p>
    <w:p>
      <w:r>
        <w:t>76200</w:t>
      </w:r>
    </w:p>
    <w:p>
      <w:r>
        <w:t>09710 / 231 / A Ayto. Artenara. Res. Mayores - Plan Infraestructuras 0,00 0,00 0,00 0,00 0,00 109.531,78 0,00 0,00 0,00 109.531,78</w:t>
      </w:r>
    </w:p>
    <w:p>
      <w:r>
        <w:t>76200</w:t>
      </w:r>
    </w:p>
    <w:p>
      <w:r>
        <w:t>09720 / 231 / Retribuciones Basicas. 0,00 0,00 0,00 0,00 1.250.000,00 0,00 0,00 0,00 0,00 -1.250.000,00</w:t>
      </w:r>
    </w:p>
    <w:p>
      <w:r>
        <w:t>13000</w:t>
      </w:r>
    </w:p>
    <w:p>
      <w:r>
        <w:t>09720 / 231 / Laboral Temporal. 0,00 0,00 0,00 228.864,59 0,00 0,00 0,00 0,00 0,00 228.864,59</w:t>
      </w:r>
    </w:p>
    <w:p>
      <w:r>
        <w:t>13100</w:t>
      </w:r>
    </w:p>
    <w:p>
      <w:r>
        <w:t>09720 / 231 / Del Personal No Directivo. 0,00 0,00 0,00 10.000,00 0,00 0,00 0,00 0,00 0,00 10.000,00</w:t>
      </w:r>
    </w:p>
    <w:p>
      <w:r>
        <w:t>23020</w:t>
      </w:r>
    </w:p>
    <w:p>
      <w:r>
        <w:t>Página 1de 4 18 de Junio del 2025</w:t>
      </w:r>
    </w:p>
    <w:p>
      <w:r>
        <w:t>121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CRÉDITOS SUPLEMENTOS AMPLIACIONES TRANSFERENCIAS DE CRÉDITO INCORPORACIÓN CRÉDITOS BAJAS POR AJUSTES POR TOTAL</w:t>
      </w:r>
    </w:p>
    <w:p>
      <w:r>
        <w:t>PRESUPUESTARIA DESCRIPCIÓN EXTRAORDINARIOSDE CRÉDITO DE CRÉDITO POSITIVAS NEGATIVAS DE D R E E M CR A É N D E I N T T O ES P G O E R N I E N R G A R D E O SO S S ANULACIÓN PRÓRROGA MODIFICACIONES</w:t>
      </w:r>
    </w:p>
    <w:p>
      <w:r>
        <w:t>09720 / 231 / Edificios Y Otras Construcciones. 0,00 0,00 0,00 0,00 0,00 57.807,70 0,00 0,00 0,00 57.807,70</w:t>
      </w:r>
    </w:p>
    <w:p>
      <w:r>
        <w:t>63200</w:t>
      </w:r>
    </w:p>
    <w:p>
      <w:r>
        <w:t>09720 / 231 / Edificios y Otras Construcciones 0,00 0,00 0,00 0,00 0,00 6.098,33 0,00 0,00 0,00 6.098,33</w:t>
      </w:r>
    </w:p>
    <w:p>
      <w:r>
        <w:t>63200</w:t>
      </w:r>
    </w:p>
    <w:p>
      <w:r>
        <w:t>09720 / 231 / Edificios y Otras Construcciones 609.728,63 0,00 0,00 0,00 0,00 0,00 0,00 0,00 0,00 609.728,63</w:t>
      </w:r>
    </w:p>
    <w:p>
      <w:r>
        <w:t>63200</w:t>
      </w:r>
    </w:p>
    <w:p>
      <w:r>
        <w:t>09720 / 231 / Reposicion Maquinaria 0,00 0,00 0,00 0,00 0,00 189.374,80 0,00 0,00 0,00 189.374,80</w:t>
      </w:r>
    </w:p>
    <w:p>
      <w:r>
        <w:t>63303</w:t>
      </w:r>
    </w:p>
    <w:p>
      <w:r>
        <w:t>09720 / 231 / Reposicion Maquinaria 0,00 0,00 0,00 0,00 0,00 88.868,85 0,00 0,00 0,00 88.868,85</w:t>
      </w:r>
    </w:p>
    <w:p>
      <w:r>
        <w:t>63303</w:t>
      </w:r>
    </w:p>
    <w:p>
      <w:r>
        <w:t>09720 / 231 / Mobiliario 0,00 0,00 0,00 0,00 0,00 277.950,84 0,00 0,00 0,00 277.950,84</w:t>
      </w:r>
    </w:p>
    <w:p>
      <w:r>
        <w:t>63500</w:t>
      </w:r>
    </w:p>
    <w:p>
      <w:r>
        <w:t>09720 / 231 / Mobiliario 0,00 0,00 0,00 0,00 0,00 71.192,96 0,00 0,00 0,00 71.192,96</w:t>
      </w:r>
    </w:p>
    <w:p>
      <w:r>
        <w:t>63500</w:t>
      </w:r>
    </w:p>
    <w:p>
      <w:r>
        <w:t>09720 / 231 / Mobiliario. Plan Infraestructuras 0,00 0,00 0,00 0,00 0,00 308.790,15 0,00 0,00 0,00 308.790,15</w:t>
      </w:r>
    </w:p>
    <w:p>
      <w:r>
        <w:t>63500</w:t>
      </w:r>
    </w:p>
    <w:p>
      <w:r>
        <w:t>09720 / 231 / Honorarios y Proyectos Técnicos 0,00 0,00 0,00 0,00 0,00 130.701,25 0,00 0,00 0,00 130.701,25</w:t>
      </w:r>
    </w:p>
    <w:p>
      <w:r>
        <w:t>64001</w:t>
      </w:r>
    </w:p>
    <w:p>
      <w:r>
        <w:t>09720 / 231 / Honorarios y Proyectos Técnicos 0,00 0,00 0,00 0,00 0,00 55.013,50 0,00 0,00 0,00 55.013,50</w:t>
      </w:r>
    </w:p>
    <w:p>
      <w:r>
        <w:t>64001</w:t>
      </w:r>
    </w:p>
    <w:p>
      <w:r>
        <w:t>09730 / 231 / Laboral Temporal. 0,00 0,00 0,00 400.000,00 0,00 0,00 0,00 0,00 0,00 400.000,00</w:t>
      </w:r>
    </w:p>
    <w:p>
      <w:r>
        <w:t>13100</w:t>
      </w:r>
    </w:p>
    <w:p>
      <w:r>
        <w:t>09730 / 231 / Seguridad Social. 0,00 0,00 0,00 250.000,00 0,00 0,00 0,00 0,00 0,00 250.000,00</w:t>
      </w:r>
    </w:p>
    <w:p>
      <w:r>
        <w:t>16000</w:t>
      </w:r>
    </w:p>
    <w:p>
      <w:r>
        <w:t>09730 / 231 / Edificios y Otras Construcciones. Plan Infraestructuras 0,00 0,00 0,00 0,00 0,00 4.365,60 0,00 0,00 0,00 4.365,60</w:t>
      </w:r>
    </w:p>
    <w:p>
      <w:r>
        <w:t>62200</w:t>
      </w:r>
    </w:p>
    <w:p>
      <w:r>
        <w:t>09730 / 231 / Edificios Y Otras Construcciones. 0,00 0,00 0,00 0,00 0,00 315.124,80 0,00 0,00 0,00 315.124,80</w:t>
      </w:r>
    </w:p>
    <w:p>
      <w:r>
        <w:t>63200</w:t>
      </w:r>
    </w:p>
    <w:p>
      <w:r>
        <w:t>09730 / 231 / Rehabilitación Hospital Psiquiatrico 40.217.107,56 0,00 0,00 0,00 0,00 0,00 0,00 0,00 0,00 40.217.107,56</w:t>
      </w:r>
    </w:p>
    <w:p>
      <w:r>
        <w:t>63200</w:t>
      </w:r>
    </w:p>
    <w:p>
      <w:r>
        <w:t>09730 / 231 / Edificios y Otras Construcciones. Plan Infraestructuras 0,00 0,00 0,00 0,00 0,00 10.479,29 0,00 0,00 0,00 10.479,29</w:t>
      </w:r>
    </w:p>
    <w:p>
      <w:r>
        <w:t>63200</w:t>
      </w:r>
    </w:p>
    <w:p>
      <w:r>
        <w:t>09730 / 231 / Edificios y Otras Construcciones. Plan Infraestructuras 0,00 0,00 0,00 0,00 0,00 62.729,27 0,00 0,00 0,00 62.729,27</w:t>
      </w:r>
    </w:p>
    <w:p>
      <w:r>
        <w:t>63200</w:t>
      </w:r>
    </w:p>
    <w:p>
      <w:r>
        <w:t>09730 / 231 / Edificios y Otras Construcciones. Plan Infraestructuras 0,00 0,00 0,00 0,00 0,00 100.671,38 0,00 0,00 0,00 100.671,38</w:t>
      </w:r>
    </w:p>
    <w:p>
      <w:r>
        <w:t>63200</w:t>
      </w:r>
    </w:p>
    <w:p>
      <w:r>
        <w:t>09730 / 231 / Mobiliario 0,00 0,00 0,00 0,00 0,00 81.877,23 0,00 0,00 0,00 81.877,23</w:t>
      </w:r>
    </w:p>
    <w:p>
      <w:r>
        <w:t>63500</w:t>
      </w:r>
    </w:p>
    <w:p>
      <w:r>
        <w:t>09730 / 231 / Mobiliario 0,00 0,00 0,00 0,00 0,00 9.365,09 0,00 0,00 0,00 9.365,09</w:t>
      </w:r>
    </w:p>
    <w:p>
      <w:r>
        <w:t>63500</w:t>
      </w:r>
    </w:p>
    <w:p>
      <w:r>
        <w:t>09730 / 231 / Mobiliario 0,00 0,00 0,00 0,00 0,00 169.901,99 0,00 0,00 0,00 169.901,99</w:t>
      </w:r>
    </w:p>
    <w:p>
      <w:r>
        <w:t>63500</w:t>
      </w:r>
    </w:p>
    <w:p>
      <w:r>
        <w:t>09770 / 231 / Gestion Ext. C.s. Sta. Brigida 0,00 0,00 0,00 0,00 0,00 263.330,24 0,00 0,00 0,00 263.330,24</w:t>
      </w:r>
    </w:p>
    <w:p>
      <w:r>
        <w:t>22799</w:t>
      </w:r>
    </w:p>
    <w:p>
      <w:r>
        <w:t>09770 / 231 / Gest. Ext. Sº PAP 0,00 0,00 0,00 0,00 400.000,00 0,00 0,00 0,00 0,00 -400.000,00</w:t>
      </w:r>
    </w:p>
    <w:p>
      <w:r>
        <w:t>22799</w:t>
      </w:r>
    </w:p>
    <w:p>
      <w:r>
        <w:t>09770 / 231 / Gestión Ext. Plazas Dependencia 0,00 0,00 0,00 0,00 487.040,00 0,00 0,00 0,00 0,00 -487.040,00</w:t>
      </w:r>
    </w:p>
    <w:p>
      <w:r>
        <w:t>22799</w:t>
      </w:r>
    </w:p>
    <w:p>
      <w:r>
        <w:t>Página 2de 4 18 de Junio del 2025</w:t>
      </w:r>
    </w:p>
    <w:p>
      <w:r>
        <w:t>122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CRÉDITOS SUPLEMENTOS AMPLIACIONES TRANSFERENCIAS DE CRÉDITO INCORPORACIÓN CRÉDITOS BAJAS POR AJUSTES POR TOTAL</w:t>
      </w:r>
    </w:p>
    <w:p>
      <w:r>
        <w:t>PRESUPUESTARIA DESCRIPCIÓN EXTRAORDINARIOSDE CRÉDITO DE CRÉDITO POSITIVAS NEGATIVAS DE D R E E M CR A É N D E I N T T O ES P G O E R N I E N R G A R D E O SO S S ANULACIÓN PRÓRROGA MODIFICACIONES</w:t>
      </w:r>
    </w:p>
    <w:p>
      <w:r>
        <w:t>09770 / 231 / Gest. Ext. Plazas Dependencia 5ª Adenda-Anualidad 2023 0,00 0,00 0,00 0,00 0,00 0,00 6.257.798,09 0,00 0,00 6.257.798,09</w:t>
      </w:r>
    </w:p>
    <w:p>
      <w:r>
        <w:t>22799</w:t>
      </w:r>
    </w:p>
    <w:p>
      <w:r>
        <w:t>09770 / 231 / Gest. Ext. Plazas Dependencia 6ª Adenda 0,00 0,00 0,00 0,00 0,00 0,00 1.875.739,13 0,00 0,00 1.875.739,13</w:t>
      </w:r>
    </w:p>
    <w:p>
      <w:r>
        <w:t>22799</w:t>
      </w:r>
    </w:p>
    <w:p>
      <w:r>
        <w:t>09770 / 231 / Con. Ayto. Mogán Plazas Depend. 0,00 0,00 0,00 0,00 0,00 0,00 44.287,97 0,00 0,00 44.287,97</w:t>
      </w:r>
    </w:p>
    <w:p>
      <w:r>
        <w:t>25000</w:t>
      </w:r>
    </w:p>
    <w:p>
      <w:r>
        <w:t>09770 / 231 / Con. Ayto. Teror Plazas Depend. 0,00 0,00 0,00 0,00 0,00 0,00 145.512,84 0,00 0,00 145.512,84</w:t>
      </w:r>
    </w:p>
    <w:p>
      <w:r>
        <w:t>25000</w:t>
      </w:r>
    </w:p>
    <w:p>
      <w:r>
        <w:t>09770 / 231 / Con. Aytos. Prom. Auton.Pnal. (PAP) 0,00 0,00 0,00 0,00 15.000,00 0,00 0,00 0,00 0,00 -15.000,00</w:t>
      </w:r>
    </w:p>
    <w:p>
      <w:r>
        <w:t>25000</w:t>
      </w:r>
    </w:p>
    <w:p>
      <w:r>
        <w:t>09770 / 231 / Con. Asoc. APROSU Plazas Depend. 0,00 0,00 0,00 0,00 0,00 0,00 20.431,28 0,00 0,00 20.431,28</w:t>
      </w:r>
    </w:p>
    <w:p>
      <w:r>
        <w:t>26000</w:t>
      </w:r>
    </w:p>
    <w:p>
      <w:r>
        <w:t>09770 / 231 / Con. Asoc. ALCA Plazas Depend. 0,00 0,00 0,00 0,00 0,00 0,00 5.600,00 0,00 0,00 5.600,00</w:t>
      </w:r>
    </w:p>
    <w:p>
      <w:r>
        <w:t>26000</w:t>
      </w:r>
    </w:p>
    <w:p>
      <w:r>
        <w:t>09770 / 231 / Con. Asoc. Lazoss Plazas Depend. 0,00 0,00 0,00 0,00 0,00 0,00 280.526,40 0,00 0,00 280.526,40</w:t>
      </w:r>
    </w:p>
    <w:p>
      <w:r>
        <w:t>26000</w:t>
      </w:r>
    </w:p>
    <w:p>
      <w:r>
        <w:t>09770 / 231 / Con. Asoc. Envera Plazas Dependencia 0,00 0,00 0,00 0,00 0,00 0,00 85.386,25 0,00 0,00 85.386,25</w:t>
      </w:r>
    </w:p>
    <w:p>
      <w:r>
        <w:t>26000</w:t>
      </w:r>
    </w:p>
    <w:p>
      <w:r>
        <w:t>09770 / 231 / Con. Asoc. Óscar Gutiérrez Plazas Depend. 0,00 0,00 0,00 0,00 0,00 0,00 19.160,55 0,00 0,00 19.160,55</w:t>
      </w:r>
    </w:p>
    <w:p>
      <w:r>
        <w:t>26000</w:t>
      </w:r>
    </w:p>
    <w:p>
      <w:r>
        <w:t>09770 / 231 / Con.Asoc. FEPAS (SAD) 0,00 0,00 0,00 0,00 0,00 0,00 1.114.400,00 0,00 0,00 1.114.400,00</w:t>
      </w:r>
    </w:p>
    <w:p>
      <w:r>
        <w:t>26000</w:t>
      </w:r>
    </w:p>
    <w:p>
      <w:r>
        <w:t>09770 / 231 / Con. San Juan de Dios Plazas Depend. 0,00 0,00 0,00 0,00 0,00 0,00 273.978,00 0,00 0,00 273.978,00</w:t>
      </w:r>
    </w:p>
    <w:p>
      <w:r>
        <w:t>26000</w:t>
      </w:r>
    </w:p>
    <w:p>
      <w:r>
        <w:t>09770 / 231 / Conv. Asoc.Cruz Roja. Teleasistencia 0,00 0,00 0,00 0,00 0,00 0,00 13.176,00 0,00 0,00 13.176,00</w:t>
      </w:r>
    </w:p>
    <w:p>
      <w:r>
        <w:t>26000</w:t>
      </w:r>
    </w:p>
    <w:p>
      <w:r>
        <w:t>09770 / 231 / Con. C.Día Mayores-Casa Hortensia 0,00 0,00 0,00 887.040,00 0,00 0,00 704.514,21 0,00 0,00 1.591.554,21</w:t>
      </w:r>
    </w:p>
    <w:p>
      <w:r>
        <w:t>26000</w:t>
      </w:r>
    </w:p>
    <w:p>
      <w:r>
        <w:t>09770 / 231 / Con. Fundac. Sindrome de Down 0,00 0,00 0,00 0,00 0,00 0,00 9.611,16 0,00 0,00 9.611,16</w:t>
      </w:r>
    </w:p>
    <w:p>
      <w:r>
        <w:t>26000</w:t>
      </w:r>
    </w:p>
    <w:p>
      <w:r>
        <w:t>09770 / 231 / Edificios y Otras Construcciones. Plan Infraestructuras 0,00 0,00 0,00 0,00 0,00 13.636.322,96 0,00 0,00 0,00 13.636.322,96</w:t>
      </w:r>
    </w:p>
    <w:p>
      <w:r>
        <w:t>62200</w:t>
      </w:r>
    </w:p>
    <w:p>
      <w:r>
        <w:t>09770 / 231 / Edificios y Otras Construcciones. Plan Infraestructuras 0,00 0,00 0,00 0,00 0,00 3.965.148,64 12.500.000,00 0,00 0,00 16.465.148,64</w:t>
      </w:r>
    </w:p>
    <w:p>
      <w:r>
        <w:t>62200</w:t>
      </w:r>
    </w:p>
    <w:p>
      <w:r>
        <w:t>09770 / 231 / Edificios y Otras Construcciones. Plan Infraestructuras 0,00 0,00 0,00 0,00 0,00 13.152.886,71 0,00 0,00 0,00 13.152.886,71</w:t>
      </w:r>
    </w:p>
    <w:p>
      <w:r>
        <w:t>62200</w:t>
      </w:r>
    </w:p>
    <w:p>
      <w:r>
        <w:t>09770 / 231 / Maquinaria 0,00 0,00 0,00 0,00 0,00 27.565,67 0,00 0,00 0,00 27.565,67</w:t>
      </w:r>
    </w:p>
    <w:p>
      <w:r>
        <w:t>62303</w:t>
      </w:r>
    </w:p>
    <w:p>
      <w:r>
        <w:t>09770 / 231 / Edificios Y Otras Construcciones. 0,00 0,00 0,00 0,00 0,00 63.719,50 0,00 0,00 0,00 63.719,50</w:t>
      </w:r>
    </w:p>
    <w:p>
      <w:r>
        <w:t>63200</w:t>
      </w:r>
    </w:p>
    <w:p>
      <w:r>
        <w:t>09770 / 231 / Edificios Y Otras Construcciones. 0,00 0,00 0,00 0,00 0,00 11.877,00 0,00 0,00 0,00 11.877,00</w:t>
      </w:r>
    </w:p>
    <w:p>
      <w:r>
        <w:t>63200</w:t>
      </w:r>
    </w:p>
    <w:p>
      <w:r>
        <w:t>09770 / 231 / Edificios y Otras Construcciones. Plan Infraestructuras 0,00 0,00 0,00 0,00 0,00 9.662,29 0,00 0,00 0,00 9.662,29</w:t>
      </w:r>
    </w:p>
    <w:p>
      <w:r>
        <w:t>63200</w:t>
      </w:r>
    </w:p>
    <w:p>
      <w:r>
        <w:t>09770 / 231 / Edificios y Otras Construcciones. Plan Infraestructuras 0,00 0,00 0,00 0,00 0,00 720.949,22 0,00 0,00 0,00 720.949,22</w:t>
      </w:r>
    </w:p>
    <w:p>
      <w:r>
        <w:t>63200</w:t>
      </w:r>
    </w:p>
    <w:p>
      <w:r>
        <w:t>09770 / 231 / Edificios y Otras Construcciones. Plan Infraestructuras 2.366.934,99 0,00 0,00 0,00 0,00 0,00 0,00 0,00 0,00 2.366.934,99</w:t>
      </w:r>
    </w:p>
    <w:p>
      <w:r>
        <w:t>63200</w:t>
      </w:r>
    </w:p>
    <w:p>
      <w:r>
        <w:t>Página 3de 4 18 de Junio del 2025</w:t>
      </w:r>
    </w:p>
    <w:p>
      <w:r>
        <w:t>123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CRÉDITOS SUPLEMENTOS AMPLIACIONES TRANSFERENCIAS DE CRÉDITO INCORPORACIÓN CRÉDITOS BAJAS POR AJUSTES POR TOTAL</w:t>
      </w:r>
    </w:p>
    <w:p>
      <w:r>
        <w:t>PRESUPUESTARIA DESCRIPCIÓN EXTRAORDINARIOSDE CRÉDITO DE CRÉDITO POSITIVAS NEGATIVAS DE D R E E M CR A É N D E I N T T O ES P G O E R N I E N R G A R D E O SO S S ANULACIÓN PRÓRROGA MODIFICACIONES</w:t>
      </w:r>
    </w:p>
    <w:p>
      <w:r>
        <w:t>09770 / 231 / Reposicion Maquinaria 0,00 0,00 0,00 0,00 0,00 116.596,57 0,00 0,00 0,00 116.596,57</w:t>
      </w:r>
    </w:p>
    <w:p>
      <w:r>
        <w:t>63303</w:t>
      </w:r>
    </w:p>
    <w:p>
      <w:r>
        <w:t>09770 / 231 / Reposicion Maquinaria 0,00 0,00 0,00 0,00 0,00 145.551,83 0,00 0,00 0,00 145.551,83</w:t>
      </w:r>
    </w:p>
    <w:p>
      <w:r>
        <w:t>63303</w:t>
      </w:r>
    </w:p>
    <w:p>
      <w:r>
        <w:t>09770 / 231 / Mobiliario. 0,00 0,00 0,00 0,00 0,00 815.658,20 0,00 0,00 0,00 815.658,20</w:t>
      </w:r>
    </w:p>
    <w:p>
      <w:r>
        <w:t>63500</w:t>
      </w:r>
    </w:p>
    <w:p>
      <w:r>
        <w:t>09770 / 231 / Mobiliario. 0,00 0,00 0,00 0,00 0,00 72.834,90 0,00 0,00 0,00 72.834,90</w:t>
      </w:r>
    </w:p>
    <w:p>
      <w:r>
        <w:t>63500</w:t>
      </w:r>
    </w:p>
    <w:p>
      <w:r>
        <w:t>09770 / 231 / Honorarios y Proyectos Técnicos 0,00 0,00 0,00 0,00 0,00 12.604,60 0,00 0,00 0,00 12.604,60</w:t>
      </w:r>
    </w:p>
    <w:p>
      <w:r>
        <w:t>64001</w:t>
      </w:r>
    </w:p>
    <w:p>
      <w:r>
        <w:t>09791 / 231 / Sueldos Del Grupo A2. 0,00 0,00 0,00 25.000,00 0,00 0,00 0,00 0,00 0,00 25.000,00</w:t>
      </w:r>
    </w:p>
    <w:p>
      <w:r>
        <w:t>12001</w:t>
      </w:r>
    </w:p>
    <w:p>
      <w:r>
        <w:t>09791 / 231 / Complemento De Destino. 0,00 0,00 0,00 12.000,00 0,00 0,00 0,00 0,00 0,00 12.000,00</w:t>
      </w:r>
    </w:p>
    <w:p>
      <w:r>
        <w:t>12100</w:t>
      </w:r>
    </w:p>
    <w:p>
      <w:r>
        <w:t>09791 / 231 / Retribuciones Basicas. 0,00 0,00 0,00 0,00 228.864,59 0,00 0,00 0,00 0,00 -228.864,59</w:t>
      </w:r>
    </w:p>
    <w:p>
      <w:r>
        <w:t>13000</w:t>
      </w:r>
    </w:p>
    <w:p>
      <w:r>
        <w:t>09791 / 231 / Laboral Temporal. 0,00 0,00 0,00 1.000.000,00 0,00 0,00 0,00 0,00 0,00 1.000.000,00</w:t>
      </w:r>
    </w:p>
    <w:p>
      <w:r>
        <w:t>13100</w:t>
      </w:r>
    </w:p>
    <w:p>
      <w:r>
        <w:t>09791 / 231 / Seguridad Social. 0,00 0,00 0,00 250.000,00 0,00 0,00 0,00 0,00 0,00 250.000,00</w:t>
      </w:r>
    </w:p>
    <w:p>
      <w:r>
        <w:t>16000</w:t>
      </w:r>
    </w:p>
    <w:p>
      <w:r>
        <w:t>09791 / 231 / Edificios Y Otras Construcciones. 0,00 0,00 0,00 0,00 0,00 93.749,33 0,00 0,00 0,00 93.749,33</w:t>
      </w:r>
    </w:p>
    <w:p>
      <w:r>
        <w:t>63200</w:t>
      </w:r>
    </w:p>
    <w:p>
      <w:r>
        <w:t>09791 / 231 / Edificios Y Otras Construcciones. 242.133,86 0,00 0,00 0,00 0,00 0,00 0,00 0,00 0,00 242.133,86</w:t>
      </w:r>
    </w:p>
    <w:p>
      <w:r>
        <w:t>63200</w:t>
      </w:r>
    </w:p>
    <w:p>
      <w:r>
        <w:t>09791 / 231 / Reposición Maquinaria 0,00 0,00 0,00 0,00 0,00 306.916,82 0,00 0,00 0,00 306.916,82</w:t>
      </w:r>
    </w:p>
    <w:p>
      <w:r>
        <w:t>63303</w:t>
      </w:r>
    </w:p>
    <w:p>
      <w:r>
        <w:t>09791 / 231 / Reposición Maquinaria 0,00 0,00 0,00 0,00 0,00 37.843,23 0,00 0,00 0,00 37.843,23</w:t>
      </w:r>
    </w:p>
    <w:p>
      <w:r>
        <w:t>63303</w:t>
      </w:r>
    </w:p>
    <w:p>
      <w:r>
        <w:t>09791 / 231 / Mobiliario 0,00 0,00 0,00 0,00 0,00 307.557,83 0,00 0,00 0,00 307.557,83</w:t>
      </w:r>
    </w:p>
    <w:p>
      <w:r>
        <w:t>63500</w:t>
      </w:r>
    </w:p>
    <w:p>
      <w:r>
        <w:t>09791 / 231 / Mobiliario 0,00 0,00 0,00 0,00 0,00 39.903,10 0,00 0,00 0,00 39.903,10</w:t>
      </w:r>
    </w:p>
    <w:p>
      <w:r>
        <w:t>63500</w:t>
      </w:r>
    </w:p>
    <w:p>
      <w:r>
        <w:t>09792 / 231 / Edificios Y Otras Construcciones. 0,00 0,00 0,00 0,00 0,00 900.368,33 0,00 0,00 0,00 900.368,33</w:t>
      </w:r>
    </w:p>
    <w:p>
      <w:r>
        <w:t>63200</w:t>
      </w:r>
    </w:p>
    <w:p>
      <w:r>
        <w:t>09792 / 231 / Edificios y Otras Construcciones 0,00 0,00 0,00 0,00 0,00 20.403,42 0,00 0,00 0,00 20.403,42</w:t>
      </w:r>
    </w:p>
    <w:p>
      <w:r>
        <w:t>63200</w:t>
      </w:r>
    </w:p>
    <w:p>
      <w:r>
        <w:t>09792 / 231 / Edificios y Otras Construcciones 409.196,63 0,00 0,00 0,00 0,00 0,00 0,00 0,00 0,00 409.196,63</w:t>
      </w:r>
    </w:p>
    <w:p>
      <w:r>
        <w:t>63200</w:t>
      </w:r>
    </w:p>
    <w:p>
      <w:r>
        <w:t>09792 / 231 / Reposición Maquinaria 0,00 0,00 0,00 0,00 0,00 185.023,17 0,00 0,00 0,00 185.023,17</w:t>
      </w:r>
    </w:p>
    <w:p>
      <w:r>
        <w:t>63303</w:t>
      </w:r>
    </w:p>
    <w:p>
      <w:r>
        <w:t>09792 / 231 / Reposición Maquinaria 0,00 0,00 0,00 0,00 0,00 12.305,00 0,00 0,00 0,00 12.305,00</w:t>
      </w:r>
    </w:p>
    <w:p>
      <w:r>
        <w:t>63303</w:t>
      </w:r>
    </w:p>
    <w:p>
      <w:r>
        <w:t>09792 / 231 / Mobiliario. 0,00 0,00 0,00 0,00 0,00 135.967,40 0,00 0,00 0,00 135.967,40</w:t>
      </w:r>
    </w:p>
    <w:p>
      <w:r>
        <w:t>63500</w:t>
      </w:r>
    </w:p>
    <w:p>
      <w:r>
        <w:t>09792 / 231 / Mobiliario. 0,00 0,00 0,00 0,00 0,00 7.075,38 0,00 0,00 0,00 7.075,38</w:t>
      </w:r>
    </w:p>
    <w:p>
      <w:r>
        <w:t>63500</w:t>
      </w:r>
    </w:p>
    <w:p>
      <w:r>
        <w:t>TOTAL 47.845.101,67 0,00 0,00 3.120.404,59 3.120.404,59 39.897.935,80 23.350.121,88 0,00 0,00 111.093.159,35</w:t>
      </w:r>
    </w:p>
    <w:p>
      <w:r>
        <w:t>Página 4de 4 18 de Junio del 2025</w:t>
      </w:r>
    </w:p>
    <w:p>
      <w:r>
        <w:t>124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REMANENTES DE CRÉDITO</w:t>
      </w:r>
    </w:p>
    <w:p>
      <w:r>
        <w:t>Periodo: 2024</w:t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09701 / 231 / 13000 Retribuciones básicas. 0,00 0,00 0,00 101.011,34 0,00 101.011,34</w:t>
      </w:r>
    </w:p>
    <w:p>
      <w:r>
        <w:t>09701 / 231 / 13001 Horas extraordinarias. 0,00 0,00 0,00 1.000,00 0,00 1.000,00</w:t>
      </w:r>
    </w:p>
    <w:p>
      <w:r>
        <w:t>09701 / 231 / 13002 Otras remuneraciones 0,00 0,00 0,00 90.998,08 0,00 90.998,08</w:t>
      </w:r>
    </w:p>
    <w:p>
      <w:r>
        <w:t>09701 / 231 / 13100 Laboral temporal. 0,00 0,00 0,00 -86.008,98 0,00 -86.008,98</w:t>
      </w:r>
    </w:p>
    <w:p>
      <w:r>
        <w:t>09701 / 231 / 13100 Laboral temporal. 0,00 0,00 0,00 29.834,90 0,00 29.834,90</w:t>
      </w:r>
    </w:p>
    <w:p>
      <w:r>
        <w:t>09701 / 231 / 15000 Productividad. 0,00 0,00 0,00 51.927,06 0,00 51.927,06</w:t>
      </w:r>
    </w:p>
    <w:p>
      <w:r>
        <w:t>09701 / 231 / 16000 Seguridad Social. 10.852,03 0,00 10.852,03 94.551,89 0,00 94.551,89</w:t>
      </w:r>
    </w:p>
    <w:p>
      <w:r>
        <w:t>09701 / 231 / 16000 Seguridad Social. 0,00 0,00 0,00 10.481,75 0,00 10.481,75</w:t>
      </w:r>
    </w:p>
    <w:p>
      <w:r>
        <w:t>09701 / 231 / 21200 Edificios y otras construcciones. 0,00 0,00 0,00 4.590,00 0,00 4.590,00</w:t>
      </w:r>
    </w:p>
    <w:p>
      <w:r>
        <w:t>09701 / 231 / 21300 Maquinaria, instalaciones técnicas y utillaje. 11.836,88 0,00 11.836,88 -5.704,67 0,00 -5.704,67</w:t>
      </w:r>
    </w:p>
    <w:p>
      <w:r>
        <w:t>09701 / 231 / 21400 Elementos de transporte. 0,00 0,00 0,00 4.739,73 0,00 4.739,73</w:t>
      </w:r>
    </w:p>
    <w:p>
      <w:r>
        <w:t>09701 / 231 / 21500 Mobiliario. 0,00 0,00 0,00 4.049,10 0,00 4.049,10</w:t>
      </w:r>
    </w:p>
    <w:p>
      <w:r>
        <w:t>09701 / 231 / 21600 Equipos para procesos de información. 0,00 0,00 0,00 16.830,00 0,00 16.830,00</w:t>
      </w:r>
    </w:p>
    <w:p>
      <w:r>
        <w:t>09701 / 231 / 22000 Ordinario no inventariable. 0,00 0,00 0,00 2.142,00 0,00 2.142,00</w:t>
      </w:r>
    </w:p>
    <w:p>
      <w:r>
        <w:t>09701 / 231 / 22001 Prensa, revistas, libros y otras publicaciones. 0,00 0,00 0,00 116,97 0,00 116,97</w:t>
      </w:r>
    </w:p>
    <w:p>
      <w:r>
        <w:t>09701 / 231 / 22002 Material informático no inventariable. 0,00 0,00 0,00 6.416,45 0,00 6.416,45</w:t>
      </w:r>
    </w:p>
    <w:p>
      <w:r>
        <w:t>09701 / 231 / 22101 Agua. 0,00 0,00 0,00 -2.672,70 0,00 -2.672,70</w:t>
      </w:r>
    </w:p>
    <w:p>
      <w:r>
        <w:t>09701 / 231 / 22104 Vestuario. 6,25 0,00 6,25 4.323,57 0,00 4.323,57</w:t>
      </w:r>
    </w:p>
    <w:p>
      <w:r>
        <w:t>09701 / 231 / 22105 Productos alimenticios. 1.120,23 0,00 1.120,23 -3.870,50 0,00 -3.870,50</w:t>
      </w:r>
    </w:p>
    <w:p>
      <w:r>
        <w:t>09701 / 231 / 22110 Productos de limpieza y aseo. 0,00 0,00 0,00 102,00 0,00 102,00</w:t>
      </w:r>
    </w:p>
    <w:p>
      <w:r>
        <w:t>09701 / 231 / 22199 Otros suministros. 4.197,07 0,00 4.197,07 -5.464,89 0,00 -5.464,89</w:t>
      </w:r>
    </w:p>
    <w:p>
      <w:r>
        <w:t>09701 / 231 / 22200 Servicios de Telecomunicaciones. 0,00 0,00 0,00 24.555,72 0,00 24.555,72</w:t>
      </w:r>
    </w:p>
    <w:p>
      <w:r>
        <w:t>09701 / 231 / 22201 Postales. 1.152,94 0,00 1.152,94 -9.853,63 0,00 -9.853,63</w:t>
      </w:r>
    </w:p>
    <w:p>
      <w:r>
        <w:t>09701 / 231 / 22299 Otros gastos en comunicaciones. 0,00 0,00 0,00 102,00 0,00 102,00</w:t>
      </w:r>
    </w:p>
    <w:p>
      <w:r>
        <w:t>09701 / 231 / 22300 Transportes. 385,40 0,00 385,40 -1.220,40 0,00 -1.220,40</w:t>
      </w:r>
    </w:p>
    <w:p>
      <w:r>
        <w:t>09701 / 231 / 22601 Atenciones protocolarias y representativas. 0,00 0,00 0,00 5.062,76 0,00 5.062,76</w:t>
      </w:r>
    </w:p>
    <w:p>
      <w:r>
        <w:t>09701 / 231 / 22602 Publicidad y propaganda. 0,00 0,00 0,00 373,50 0,00 373,50</w:t>
      </w:r>
    </w:p>
    <w:p>
      <w:r>
        <w:t>09701 / 231 / 22700 Limpieza y aseo. 0,00 0,00 0,00 79.982,60 0,00 79.982,60</w:t>
      </w:r>
    </w:p>
    <w:p>
      <w:r>
        <w:t>09701 / 231 / 22706 Estudios y trabajos técnicos. 4.830,00 0,00 4.830,00 107.570,00 0,00 107.570,00</w:t>
      </w:r>
    </w:p>
    <w:p>
      <w:r>
        <w:t>09701 / 231 / 22799 Otros trabajos realizados por otras empresas y pro 3.679,07 0,00 3.679,07 67.848,22 0,00 67.848,22</w:t>
      </w:r>
    </w:p>
    <w:p>
      <w:r>
        <w:t>09701 / 231 / 23020 Del personal no directivo. 0,00 0,00 0,00 10.865,68 0,00 10.865,68</w:t>
      </w:r>
    </w:p>
    <w:p>
      <w:r>
        <w:t>09701 / 231 / 23120 Del personal no directivo. 0,00 0,00 0,00 1.693,99 0,00 1.693,99</w:t>
      </w:r>
    </w:p>
    <w:p>
      <w:r>
        <w:t>09701 / 231 / 23300 De los miembros de los órganos de gobierno. 0,00 0,00 0,00 459,00 0,00 459,00</w:t>
      </w:r>
    </w:p>
    <w:p>
      <w:r>
        <w:t>09701 / 231 / 62200 Edificios y otras construcciones. 0,00 0,00 0,00 4.000.000,00 0,00 4.000.000,00</w:t>
      </w:r>
    </w:p>
    <w:p>
      <w:r>
        <w:t>09701 / 231 / 63200 Edificios y otras construcciones. 5.458,12 0,00 5.458,12 0,00 0,00 0,00</w:t>
      </w:r>
    </w:p>
    <w:p>
      <w:r>
        <w:t>09701 / 231 / 63200 Edificios y otras construcciones. 4.260,26 0,00 4.260,26 0,00 0,00 0,00</w:t>
      </w:r>
    </w:p>
    <w:p>
      <w:r>
        <w:t>09701 / 231 / 63303 Reposición maquinaria 5.168,46 0,00 5.168,46 -11.556,36 0,00 -11.556,36</w:t>
      </w:r>
    </w:p>
    <w:p>
      <w:r>
        <w:t>Página 1de 9 18 de Junio del 2025</w:t>
      </w:r>
    </w:p>
    <w:p>
      <w:r>
        <w:t>125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09701 / 231 / 63500 Mobiliario. 0,00 0,00 0,00 6.045,00 0,00 6.045,00</w:t>
      </w:r>
    </w:p>
    <w:p>
      <w:r>
        <w:t>09701 / 231 / 63500 Mobiliario. 13.114,50 0,00 13.114,50 -13.114,50 0,00 -13.114,50</w:t>
      </w:r>
    </w:p>
    <w:p>
      <w:r>
        <w:t>09701 / 231 / 63600 Equipos para procesos de información. 197,51 0,00 197,51 -9.909,32 0,00 -9.909,32</w:t>
      </w:r>
    </w:p>
    <w:p>
      <w:r>
        <w:t>09701 / 231 / 64001 Honorarios y proyectos técnicos 143.945,28 0,00 143.945,28 0,00 0,00 0,00</w:t>
      </w:r>
    </w:p>
    <w:p>
      <w:r>
        <w:t>09701 / 231 / 64001 Honorarios y proyectos técnicos 382.407,15 0,00 382.407,15 69.463,40 0,00 69.463,40</w:t>
      </w:r>
    </w:p>
    <w:p>
      <w:r>
        <w:t>09701 / 231 / 64001 Honorarios y proyectos técnicos 38.453,11 0,00 38.453,11 0,00 0,00 0,00</w:t>
      </w:r>
    </w:p>
    <w:p>
      <w:r>
        <w:t>09710 / 231 / 13100 Laboral temporal. 0,00 0,00 0,00 0,01 0,00 0,01</w:t>
      </w:r>
    </w:p>
    <w:p>
      <w:r>
        <w:t>09710 / 231 / 15100 Gratificaciones. 0,00 0,00 0,00 0,01 0,00 0,01</w:t>
      </w:r>
    </w:p>
    <w:p>
      <w:r>
        <w:t>09710 / 231 / 16000 Seguridad Social. 0,00 0,00 0,00 0,01 0,00 0,01</w:t>
      </w:r>
    </w:p>
    <w:p>
      <w:r>
        <w:t>09710 / 231 / 16008 Asistencia médico-farmacéutica. 0,00 0,00 0,00 -32.413,24 0,00 -32.413,24</w:t>
      </w:r>
    </w:p>
    <w:p>
      <w:r>
        <w:t>09710 / 231 / 16104 Indemnizaciones al personal lab. jubilacion antici 0,00 0,00 0,00 8.192,51 0,00 8.192,51</w:t>
      </w:r>
    </w:p>
    <w:p>
      <w:r>
        <w:t>09710 / 231 / 16204 Acción social. 0,00 0,00 0,00 -3.033,72 0,00 -3.033,72</w:t>
      </w:r>
    </w:p>
    <w:p>
      <w:r>
        <w:t>09710 / 231 / 16205 Seguros. 419,42 0,00 419,42 -19,06 0,00 -19,06</w:t>
      </w:r>
    </w:p>
    <w:p>
      <w:r>
        <w:t>09710 / 231 / 16210 Formación y perfeccionamiento del personal lab. 0,00 0,00 0,00 1.726,00 0,00 1.726,00</w:t>
      </w:r>
    </w:p>
    <w:p>
      <w:r>
        <w:t>09710 / 231 / 16214 Acción social per.laboral 8.170,85 0,00 8.170,85 -21.984,03 0,00 -21.984,03</w:t>
      </w:r>
    </w:p>
    <w:p>
      <w:r>
        <w:t>09710 / 231 / 16215 Seguros per.laborar 0,00 0,00 0,00 35.000,00 0,00 35.000,00</w:t>
      </w:r>
    </w:p>
    <w:p>
      <w:r>
        <w:t>09710 / 231 / 20600 Arrendamientos de equipos para procesos de informa 20.747,40 0,00 20.747,40 0,00 0,00 0,00</w:t>
      </w:r>
    </w:p>
    <w:p>
      <w:r>
        <w:t>09710 / 231 / 21300 Maquinaria, instalaciones técnicas y utillaje. 0,00 0,00 0,00 -32.907,44 0,00 -32.907,44</w:t>
      </w:r>
    </w:p>
    <w:p>
      <w:r>
        <w:t>09710 / 231 / 21600 Equipos para procesos de información. 34.781,81 0,00 34.781,81 8.476,57 0,00 8.476,57</w:t>
      </w:r>
    </w:p>
    <w:p>
      <w:r>
        <w:t>09710 / 231 / 22000 Ordinario no inventariable. 5.673,09 0,00 5.673,09 12.322,30 0,00 12.322,30</w:t>
      </w:r>
    </w:p>
    <w:p>
      <w:r>
        <w:t>09710 / 231 / 22002 Material informático no inventariable. 0,00 0,00 0,00 6.609,60 0,00 6.609,60</w:t>
      </w:r>
    </w:p>
    <w:p>
      <w:r>
        <w:t>09710 / 231 / 22103 Combustibles y carburantes. 2.440,12 0,00 2.440,12 -627,15 0,00 -627,15</w:t>
      </w:r>
    </w:p>
    <w:p>
      <w:r>
        <w:t>09710 / 231 / 22106 Productos farmacéuticos y material sanitario. 0,00 0,00 0,00 0,01 0,00 0,01</w:t>
      </w:r>
    </w:p>
    <w:p>
      <w:r>
        <w:t>09710 / 231 / 22106 Productos farmacéuticos y material sanitario. 27.397,99 0,00 27.397,99 157.057,90 0,00 157.057,90</w:t>
      </w:r>
    </w:p>
    <w:p>
      <w:r>
        <w:t>09710 / 231 / 22200 Servicios de Telecomunicaciones. 5.350,91 0,00 5.350,91 0,00 0,00 0,00</w:t>
      </w:r>
    </w:p>
    <w:p>
      <w:r>
        <w:t>09710 / 231 / 22203 Informáticas. 0,00 0,00 0,00 16.637,22 0,00 16.637,22</w:t>
      </w:r>
    </w:p>
    <w:p>
      <w:r>
        <w:t>09710 / 231 / 22300 Transportes. 0,00 0,00 0,00 2.456,60 0,00 2.456,60</w:t>
      </w:r>
    </w:p>
    <w:p>
      <w:r>
        <w:t>09710 / 231 / 22400 Primas de seguros. 0,00 0,00 0,00 373,66 0,00 373,66</w:t>
      </w:r>
    </w:p>
    <w:p>
      <w:r>
        <w:t>09710 / 231 / 22500 Tributos estatales. 0,00 0,00 0,00 0,00 -2.602,45 -2.602,45</w:t>
      </w:r>
    </w:p>
    <w:p>
      <w:r>
        <w:t>09710 / 231 / 22501 Tributos de las Comunidades Autónomas. 0,00 0,00 0,00 5.102,00 0,00 5.102,00</w:t>
      </w:r>
    </w:p>
    <w:p>
      <w:r>
        <w:t>09710 / 231 / 22502 Tributos de las Entidades locales. 0,00 0,00 0,00 226.978,24 0,00 226.978,24</w:t>
      </w:r>
    </w:p>
    <w:p>
      <w:r>
        <w:t>09710 / 231 / 22602 Publicidad y propaganda. 0,05 0,00 0,05 17.440,11 0,00 17.440,11</w:t>
      </w:r>
    </w:p>
    <w:p>
      <w:r>
        <w:t>09710 / 231 / 22603 Publicación en Diarios Oficiales. 0,00 0,00 0,00 5.100,00 0,00 5.100,00</w:t>
      </w:r>
    </w:p>
    <w:p>
      <w:r>
        <w:t>09710 / 231 / 22604 Jurídicos, contenciosos. 0,00 0,00 0,00 -208.483,80 0,00 -208.483,80</w:t>
      </w:r>
    </w:p>
    <w:p>
      <w:r>
        <w:t>09710 / 231 / 22606 Reuniones, conferencias y cursos. 0,00 0,00 0,00 21.654,72 0,00 21.654,72</w:t>
      </w:r>
    </w:p>
    <w:p>
      <w:r>
        <w:t>09710 / 231 / 22606 Reuniones, conferencias y cursos. 29.097,11 0,00 29.097,11 -83.084,52 0,00 -83.084,52</w:t>
      </w:r>
    </w:p>
    <w:p>
      <w:r>
        <w:t>09710 / 231 / 22607 Oposiciones y pruebas selectivas. 0,00 0,00 0,00 0,00 -1.824,35 -1.824,35</w:t>
      </w:r>
    </w:p>
    <w:p>
      <w:r>
        <w:t>09710 / 231 / 22609 Actividades culturales y deportivas. 6.618,02 0,00 6.618,02 -6.908,74 0,00 -6.908,74</w:t>
      </w:r>
    </w:p>
    <w:p>
      <w:r>
        <w:t>09710 / 231 / 22699 Otros gastos diversos. 0,00 0,00 0,00 67.207,46 0,00 67.207,46</w:t>
      </w:r>
    </w:p>
    <w:p>
      <w:r>
        <w:t>09710 / 231 / 22706 Estudios y trabajos técnicos. 3.429,76 0,00 3.429,76 55.408,75 0,00 55.408,75</w:t>
      </w:r>
    </w:p>
    <w:p>
      <w:r>
        <w:t>09710 / 231 / 22706 Estudios y trabajos técnicos. 23.226,09 0,00 23.226,09 9.033,35 0,00 9.033,35</w:t>
      </w:r>
    </w:p>
    <w:p>
      <w:r>
        <w:t>09710 / 231 / 22799 Otros trabajos realizados por otras empresas y pro 0,00 0,00 0,00 4.223,08 0,00 4.223,08</w:t>
      </w:r>
    </w:p>
    <w:p>
      <w:r>
        <w:t>09710 / 231 / 22799 Otros trabajos realizados por otras empresas y pro 26.343,40 0,00 26.343,40 15.212,24 0,00 15.212,24</w:t>
      </w:r>
    </w:p>
    <w:p>
      <w:r>
        <w:t>09710 / 231 / 23100 Locomoción miembros de los órganos de gobierno. 0,00 0,00 0,00 943,70 0,00 943,70</w:t>
      </w:r>
    </w:p>
    <w:p>
      <w:r>
        <w:t>09710 / 231 / 23320 Del personal no directivo. 0,00 0,00 0,00 0,00 -13.337,62 -13.337,62</w:t>
      </w:r>
    </w:p>
    <w:p>
      <w:r>
        <w:t>09710 / 231 / 23320 Del personal no directivo. 0,00 0,00 0,00 0,00 -2.129,28 -2.129,28</w:t>
      </w:r>
    </w:p>
    <w:p>
      <w:r>
        <w:t>Página 2de 9 18 de Junio del 2025</w:t>
      </w:r>
    </w:p>
    <w:p>
      <w:r>
        <w:t>126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921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09710 / 231 / 35200 Intereses de demora. 0,00 0,00 0,00 300,00 0,00 300,00</w:t>
      </w:r>
    </w:p>
    <w:p>
      <w:r>
        <w:t>09710 / 231 / 35200 Intereses de demora. 0,00 0,00 0,00 0,01 0,00 0,01</w:t>
      </w:r>
    </w:p>
    <w:p>
      <w:r>
        <w:t>09710 / 231 / 35200 Intereses de demora. 0,00 0,00 0,00 0,01 0,00 0,01</w:t>
      </w:r>
    </w:p>
    <w:p>
      <w:r>
        <w:t>09710 / 231 / 35200 Intereses de demora. 0,00 0,00 0,00 0,01 0,00 0,01</w:t>
      </w:r>
    </w:p>
    <w:p>
      <w:r>
        <w:t>09710 / 231 / 46200 A Ayuntamientos. 0,00 0,00 0,00 1.192,80 0,00 1.192,80</w:t>
      </w:r>
    </w:p>
    <w:p>
      <w:r>
        <w:t>09710 / 231 / 47900 Otras subvenciones a Empresas privadas. 0,00 0,00 0,00 20.000,00 0,00 20.000,00</w:t>
      </w:r>
    </w:p>
    <w:p>
      <w:r>
        <w:t>09710 / 231 / 48000 Tr. Corr. a familias e institut. sin fines de lucr 0,00 0,00 0,00 2.939,34 0,00 2.939,34</w:t>
      </w:r>
    </w:p>
    <w:p>
      <w:r>
        <w:t>09710 / 231 / 48000 Tr. Corr. a familias e institut. sin fines de lucr 0,00 0,00 0,00 15.000,00 0,00 15.000,00</w:t>
      </w:r>
    </w:p>
    <w:p>
      <w:r>
        <w:t>09710 / 231 / 63200 Edificios y otras construcciones. 0,00 0,00 0,00 53.703,14 0,00 53.703,14</w:t>
      </w:r>
    </w:p>
    <w:p>
      <w:r>
        <w:t>09710 / 231 / 64100 Gastos en aplicaciones informáticas. 0,00 0,00 0,00 -43.329,74 0,00 -43.329,74</w:t>
      </w:r>
    </w:p>
    <w:p>
      <w:r>
        <w:t>09710 / 231 / 76200 A Ayuntamientos. 0,00 0,00 0,00 433.961,65 0,00 433.961,65</w:t>
      </w:r>
    </w:p>
    <w:p>
      <w:r>
        <w:t>09710 / 231 / 76200 A Ayuntamientos. 0,00 0,00 0,00 109.531,78 0,00 109.531,78</w:t>
      </w:r>
    </w:p>
    <w:p>
      <w:r>
        <w:t>09710 / 231 / 76200 A Ayuntamientos. 0,00 0,00 0,00 1.022.171,00 0,00 1.022.171,00</w:t>
      </w:r>
    </w:p>
    <w:p>
      <w:r>
        <w:t>09710 / 231 / 83000 Préstamos a corto plazo. Desarrollo por sectores. 0,00 0,00 0,00 58.435,04 0,00 58.435,04</w:t>
      </w:r>
    </w:p>
    <w:p>
      <w:r>
        <w:t>09720 / 231 / 13000 Retribuciones básicas. 0,00 0,00 0,00 224.816,61 0,00 224.816,61</w:t>
      </w:r>
    </w:p>
    <w:p>
      <w:r>
        <w:t>09720 / 231 / 13001 Horas extraordinarias. 0,00 0,00 0,00 0,01 0,00 0,01</w:t>
      </w:r>
    </w:p>
    <w:p>
      <w:r>
        <w:t>09720 / 231 / 13002 Otras remuneraciones 0,00 0,00 0,00 247.478,36 0,00 247.478,36</w:t>
      </w:r>
    </w:p>
    <w:p>
      <w:r>
        <w:t>09720 / 231 / 13100 Laboral temporal. 0,00 0,00 0,00 59.791,82 0,00 59.791,82</w:t>
      </w:r>
    </w:p>
    <w:p>
      <w:r>
        <w:t>09720 / 231 / 15000 Productividad. 0,00 0,00 0,00 72.688,41 0,00 72.688,41</w:t>
      </w:r>
    </w:p>
    <w:p>
      <w:r>
        <w:t>09720 / 231 / 16000 Seguridad Social. 47.492,26 0,00 47.492,26 149.704,69 0,00 149.704,69</w:t>
      </w:r>
    </w:p>
    <w:p>
      <w:r>
        <w:t>09720 / 231 / 21000 Infraestructuras y bienes naturales. 0,00 0,00 0,00 0,01 0,00 0,01</w:t>
      </w:r>
    </w:p>
    <w:p>
      <w:r>
        <w:t>09720 / 231 / 21200 Edificios y otras construcciones. 0,00 0,00 0,00 205.210,00 0,00 205.210,00</w:t>
      </w:r>
    </w:p>
    <w:p>
      <w:r>
        <w:t>09720 / 231 / 21300 Maquinaria, instalaciones técnicas y utillaje. 27.856,46 0,00 27.856,46 31.904,04 0,00 31.904,04</w:t>
      </w:r>
    </w:p>
    <w:p>
      <w:r>
        <w:t>09720 / 231 / 21400 Elementos de transporte. 0,00 0,00 0,00 824,49 0,00 824,49</w:t>
      </w:r>
    </w:p>
    <w:p>
      <w:r>
        <w:t>09720 / 231 / 21500 Mobiliario. 250,00 0,00 250,00 -316,03 0,00 -316,03</w:t>
      </w:r>
    </w:p>
    <w:p>
      <w:r>
        <w:t>09720 / 231 / 21600 Equipos para procesos de información. 1.237,17 0,00 1.237,17 4.967,48 0,00 4.967,48</w:t>
      </w:r>
    </w:p>
    <w:p>
      <w:r>
        <w:t>09720 / 231 / 22000 Ordinario no inventariable. 793,97 0,00 793,97 -160,24 0,00 -160,24</w:t>
      </w:r>
    </w:p>
    <w:p>
      <w:r>
        <w:t>09720 / 231 / 22000 Ordinario no inventariable. 0,00 0,00 0,00 5.782,87 0,00 5.782,87</w:t>
      </w:r>
    </w:p>
    <w:p>
      <w:r>
        <w:t>09720 / 231 / 22002 Material informático no inventariable. 0,00 0,00 0,00 2.156,49 0,00 2.156,49</w:t>
      </w:r>
    </w:p>
    <w:p>
      <w:r>
        <w:t>09720 / 231 / 22100 Energía eléctrica. 135.727,71 0,00 135.727,71 -42.510,07 0,00 -42.510,07</w:t>
      </w:r>
    </w:p>
    <w:p>
      <w:r>
        <w:t>09720 / 231 / 22101 Agua. 0,00 0,00 0,00 4.642,99 0,00 4.642,99</w:t>
      </w:r>
    </w:p>
    <w:p>
      <w:r>
        <w:t>09720 / 231 / 22103 Combustibles y carburantes. 41.864,17 0,00 41.864,17 106.232,55 0,00 106.232,55</w:t>
      </w:r>
    </w:p>
    <w:p>
      <w:r>
        <w:t>09720 / 231 / 22104 Vestuario. 393,58 0,00 393,58 125.166,37 0,00 125.166,37</w:t>
      </w:r>
    </w:p>
    <w:p>
      <w:r>
        <w:t>09720 / 231 / 22105 Productos alimenticios. 133.166,72 0,00 133.166,72 -32.255,43 0,00 -32.255,43</w:t>
      </w:r>
    </w:p>
    <w:p>
      <w:r>
        <w:t>09720 / 231 / 22106 Productos farmacéuticos y material sanitario. 275.922,08 0,00 275.922,08 -3.738,52 0,00 -3.738,52</w:t>
      </w:r>
    </w:p>
    <w:p>
      <w:r>
        <w:t>09720 / 231 / 22110 Productos de limpieza y aseo. 18.090,62 0,00 18.090,62 19.999,98 0,00 19.999,98</w:t>
      </w:r>
    </w:p>
    <w:p>
      <w:r>
        <w:t>09720 / 231 / 22199 Otros suministros. 14.522,60 0,00 14.522,60 -10.311,05 0,00 -10.311,05</w:t>
      </w:r>
    </w:p>
    <w:p>
      <w:r>
        <w:t>09720 / 231 / 22200 Servicios de Telecomunicaciones. 0,00 0,00 0,00 51.510,00 0,00 51.510,00</w:t>
      </w:r>
    </w:p>
    <w:p>
      <w:r>
        <w:t>09720 / 231 / 22300 Transportes. 1.098,14 0,00 1.098,14 -2.097,78 0,00 -2.097,78</w:t>
      </w:r>
    </w:p>
    <w:p>
      <w:r>
        <w:t>09720 / 231 / 22400 Primas de seguros. 0,00 0,00 0,00 2.040,00 0,00 2.040,00</w:t>
      </w:r>
    </w:p>
    <w:p>
      <w:r>
        <w:t>09720 / 231 / 22700 Limpieza y aseo. 0,00 0,00 0,00 244.426,30 0,00 244.426,30</w:t>
      </w:r>
    </w:p>
    <w:p>
      <w:r>
        <w:t>09720 / 231 / 22701 Seguridad. 0,00 0,00 0,00 -147.825,88 0,00 -147.825,88</w:t>
      </w:r>
    </w:p>
    <w:p>
      <w:r>
        <w:t>09720 / 231 / 22706 Estudios y trabajos técnicos. 0,00 0,00 0,00 -14.070,50 0,00 -14.070,50</w:t>
      </w:r>
    </w:p>
    <w:p>
      <w:r>
        <w:t>09720 / 231 / 22799 Otros trabajos realizados por otras empresas y pro 0,00 0,00 0,00 791.065,08 0,00 791.065,08</w:t>
      </w:r>
    </w:p>
    <w:p>
      <w:r>
        <w:t>09720 / 231 / 22799 Otros trabajos realizados por otras empresas y pro 49.373,67 0,00 49.373,67 15.103,52 0,00 15.103,52</w:t>
      </w:r>
    </w:p>
    <w:p>
      <w:r>
        <w:t>09720 / 231 / 23020 Del personal no directivo. 0,00 0,00 0,00 8.003,77 0,00 8.003,77</w:t>
      </w:r>
    </w:p>
    <w:p>
      <w:r>
        <w:t>Página 3de 9 18 de Junio del 2025</w:t>
      </w:r>
    </w:p>
    <w:p>
      <w:r>
        <w:t>127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09720 / 231 / 23120 Del personal no directivo. 0,00 0,00 0,00 1.556,83 0,00 1.556,83</w:t>
      </w:r>
    </w:p>
    <w:p>
      <w:r>
        <w:t>09720 / 231 / 62303 Maquinaria 0,00 0,00 0,00 1.271,03 0,00 1.271,03</w:t>
      </w:r>
    </w:p>
    <w:p>
      <w:r>
        <w:t>09720 / 231 / 62400 Elementos de transporte. 0,00 0,00 0,00 27.200,14 0,00 27.200,14</w:t>
      </w:r>
    </w:p>
    <w:p>
      <w:r>
        <w:t>09720 / 231 / 63200 Edificios y otras construcciones. 0,00 0,00 0,00 53.194,54 0,00 53.194,54</w:t>
      </w:r>
    </w:p>
    <w:p>
      <w:r>
        <w:t>09720 / 231 / 63200 Edificios y otras construcciones. 4.266,09 0,00 4.266,09 76.701,52 0,00 76.701,52</w:t>
      </w:r>
    </w:p>
    <w:p>
      <w:r>
        <w:t>09720 / 231 / 63200 Edificios y otras construcciones. 0,00 0,00 0,00 609.728,63 0,00 609.728,63</w:t>
      </w:r>
    </w:p>
    <w:p>
      <w:r>
        <w:t>09720 / 231 / 63200 Edificios y otras construcciones. 43.335,00 0,00 43.335,00 14.472,70 0,00 14.472,70</w:t>
      </w:r>
    </w:p>
    <w:p>
      <w:r>
        <w:t>09720 / 231 / 63200 Edificios y otras construcciones. 4.416,96 0,00 4.416,96 1.681,37 0,00 1.681,37</w:t>
      </w:r>
    </w:p>
    <w:p>
      <w:r>
        <w:t>09720 / 231 / 63303 Reposición maquinaria 2.969,25 0,00 2.969,25 -7.865,72 0,00 -7.865,72</w:t>
      </w:r>
    </w:p>
    <w:p>
      <w:r>
        <w:t>09720 / 231 / 63303 Reposición maquinaria 0,00 0,00 0,00 189.374,80 0,00 189.374,80</w:t>
      </w:r>
    </w:p>
    <w:p>
      <w:r>
        <w:t>09720 / 231 / 63303 Reposición maquinaria 0,00 0,00 0,00 88.868,85 0,00 88.868,85</w:t>
      </w:r>
    </w:p>
    <w:p>
      <w:r>
        <w:t>09720 / 231 / 63500 Mobiliario. 58.456,07 0,00 58.456,07 123.268,66 0,00 123.268,66</w:t>
      </w:r>
    </w:p>
    <w:p>
      <w:r>
        <w:t>09720 / 231 / 63500 Mobiliario. 0,00 0,00 0,00 -18.982,98 0,00 -18.982,98</w:t>
      </w:r>
    </w:p>
    <w:p>
      <w:r>
        <w:t>09720 / 231 / 63500 Mobiliario. 0,00 0,00 0,00 0,01 0,00 0,01</w:t>
      </w:r>
    </w:p>
    <w:p>
      <w:r>
        <w:t>09720 / 231 / 63500 Mobiliario. 0,00 0,00 0,00 233.970,51 0,00 233.970,51</w:t>
      </w:r>
    </w:p>
    <w:p>
      <w:r>
        <w:t>09720 / 231 / 63500 Mobiliario. 0,00 0,00 0,00 71.157,86 0,00 71.157,86</w:t>
      </w:r>
    </w:p>
    <w:p>
      <w:r>
        <w:t>09720 / 231 / 63600 Equipos para procesos de información. 0,00 0,00 0,00 -6.138,03 0,00 -6.138,03</w:t>
      </w:r>
    </w:p>
    <w:p>
      <w:r>
        <w:t>09720 / 231 / 64001 Honorarios y proyectos técnicos 48.388,06 0,00 48.388,06 0,00 0,00 0,00</w:t>
      </w:r>
    </w:p>
    <w:p>
      <w:r>
        <w:t>09720 / 231 / 64001 Honorarios y proyectos técnicos 40.290,25 0,00 40.290,25 61.342,79 0,00 61.342,79</w:t>
      </w:r>
    </w:p>
    <w:p>
      <w:r>
        <w:t>09720 / 231 / 64001 Honorarios y proyectos técnicos 0,00 0,00 0,00 130.701,25 0,00 130.701,25</w:t>
      </w:r>
    </w:p>
    <w:p>
      <w:r>
        <w:t>09730 / 231 / 13000 Retribuciones básicas. 0,00 0,00 0,00 -269.502,67 0,00 -269.502,67</w:t>
      </w:r>
    </w:p>
    <w:p>
      <w:r>
        <w:t>09730 / 231 / 13001 Horas extraordinarias. 0,00 0,00 0,00 0,01 0,00 0,01</w:t>
      </w:r>
    </w:p>
    <w:p>
      <w:r>
        <w:t>09730 / 231 / 13002 Otras remuneraciones 0,00 0,00 0,00 -8.846,01 0,00 -8.846,01</w:t>
      </w:r>
    </w:p>
    <w:p>
      <w:r>
        <w:t>09730 / 231 / 13100 Laboral temporal. 0,00 0,00 0,00 -213.438,63 0,00 -213.438,63</w:t>
      </w:r>
    </w:p>
    <w:p>
      <w:r>
        <w:t>09730 / 231 / 15000 Productividad. 0,00 0,00 0,00 -32.403,76 0,00 -32.403,76</w:t>
      </w:r>
    </w:p>
    <w:p>
      <w:r>
        <w:t>09730 / 231 / 16000 Seguridad Social. 10.432,99 0,00 10.432,99 -118.043,72 0,00 -118.043,72</w:t>
      </w:r>
    </w:p>
    <w:p>
      <w:r>
        <w:t>09730 / 231 / 16202 Transporte de personal. 0,16 0,00 0,16 -4.853,10 0,00 -4.853,10</w:t>
      </w:r>
    </w:p>
    <w:p>
      <w:r>
        <w:t>09730 / 231 / 21000 Infraestructuras y bienes naturales. 0,00 0,00 0,00 6.630,00 0,00 6.630,00</w:t>
      </w:r>
    </w:p>
    <w:p>
      <w:r>
        <w:t>09730 / 231 / 21200 Edificios y otras construcciones. 0,00 0,00 0,00 9.180,00 0,00 9.180,00</w:t>
      </w:r>
    </w:p>
    <w:p>
      <w:r>
        <w:t>09730 / 231 / 21300 Maquinaria, instalaciones técnicas y utillaje. 13.489,55 0,00 13.489,55 -35.501,95 0,00 -35.501,95</w:t>
      </w:r>
    </w:p>
    <w:p>
      <w:r>
        <w:t>09730 / 231 / 21400 Elementos de transporte. 0,00 0,00 0,00 204,00 0,00 204,00</w:t>
      </w:r>
    </w:p>
    <w:p>
      <w:r>
        <w:t>09730 / 231 / 21500 Mobiliario. 0,00 0,00 0,00 1.020,00 0,00 1.020,00</w:t>
      </w:r>
    </w:p>
    <w:p>
      <w:r>
        <w:t>09730 / 231 / 22000 Ordinario no inventariable. 0,00 0,00 0,00 408,00 0,00 408,00</w:t>
      </w:r>
    </w:p>
    <w:p>
      <w:r>
        <w:t>09730 / 231 / 22002 Material informático no inventariable. 0,00 0,00 0,00 510,00 0,00 510,00</w:t>
      </w:r>
    </w:p>
    <w:p>
      <w:r>
        <w:t>09730 / 231 / 22100 Energía eléctrica. 59.299,96 0,00 59.299,96 -274.058,29 0,00 -274.058,29</w:t>
      </w:r>
    </w:p>
    <w:p>
      <w:r>
        <w:t>09730 / 231 / 22101 Agua. 0,00 0,00 0,00 -2.711,62 0,00 -2.711,62</w:t>
      </w:r>
    </w:p>
    <w:p>
      <w:r>
        <w:t>09730 / 231 / 22103 Combustibles y carburantes. 20.823,67 0,00 20.823,67 134.279,49 0,00 134.279,49</w:t>
      </w:r>
    </w:p>
    <w:p>
      <w:r>
        <w:t>09730 / 231 / 22104 Vestuario. 0,00 0,00 0,00 41.603,76 0,00 41.603,76</w:t>
      </w:r>
    </w:p>
    <w:p>
      <w:r>
        <w:t>09730 / 231 / 22106 Productos farmacéuticos y material sanitario. 41.187,62 0,00 41.187,62 -11.093,38 0,00 -11.093,38</w:t>
      </w:r>
    </w:p>
    <w:p>
      <w:r>
        <w:t>09730 / 231 / 22110 Productos de limpieza y aseo. 6.422,19 0,00 6.422,19 818,11 0,00 818,11</w:t>
      </w:r>
    </w:p>
    <w:p>
      <w:r>
        <w:t>09730 / 231 / 22199 Otros suministros. 94,29 0,00 94,29 5.698,75 0,00 5.698,75</w:t>
      </w:r>
    </w:p>
    <w:p>
      <w:r>
        <w:t>09730 / 231 / 22200 Servicios de Telecomunicaciones. 0,00 0,00 0,00 10.096,47 0,00 10.096,47</w:t>
      </w:r>
    </w:p>
    <w:p>
      <w:r>
        <w:t>09730 / 231 / 22300 Transportes. 919,71 0,00 919,71 78.583,59 0,00 78.583,59</w:t>
      </w:r>
    </w:p>
    <w:p>
      <w:r>
        <w:t>09730 / 231 / 22700 Limpieza y aseo. 0,00 0,00 0,00 182.079,85 0,00 182.079,85</w:t>
      </w:r>
    </w:p>
    <w:p>
      <w:r>
        <w:t>09730 / 231 / 22701 Seguridad. 0,00 0,00 0,00 -163.319,48 0,00 -163.319,48</w:t>
      </w:r>
    </w:p>
    <w:p>
      <w:r>
        <w:t>09730 / 231 / 22799 Otros trabajos realizados por otras empresas y pro 62.853,40 0,00 62.853,40 1.366,19 0,00 1.366,19</w:t>
      </w:r>
    </w:p>
    <w:p>
      <w:r>
        <w:t>Página 4de 9 18 de Junio del 2025</w:t>
      </w:r>
    </w:p>
    <w:p>
      <w:r>
        <w:t>128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09730 / 231 / 22799 Otros trabajos realizados por otras empresas y pro 0,00 0,00 0,00 827.163,00 0,00 827.163,00</w:t>
      </w:r>
    </w:p>
    <w:p>
      <w:r>
        <w:t>09730 / 231 / 23020 Del personal no directivo. 0,00 0,00 0,00 -83,45 0,00 -83,45</w:t>
      </w:r>
    </w:p>
    <w:p>
      <w:r>
        <w:t>09730 / 231 / 23120 Del personal no directivo. 0,00 0,00 0,00 90,35 0,00 90,35</w:t>
      </w:r>
    </w:p>
    <w:p>
      <w:r>
        <w:t>09730 / 231 / 62200 Edificios y otras construcciones. 4.365,60 0,00 4.365,60 0,00 0,00 0,00</w:t>
      </w:r>
    </w:p>
    <w:p>
      <w:r>
        <w:t>09730 / 231 / 63200 Edificios y otras construcciones. 0,00 0,00 0,00 40.217.107,56 0,00 40.217.107,56</w:t>
      </w:r>
    </w:p>
    <w:p>
      <w:r>
        <w:t>09730 / 231 / 63200 Edificios y otras construcciones. 62.729,27 0,00 62.729,27 0,00 0,00 0,00</w:t>
      </w:r>
    </w:p>
    <w:p>
      <w:r>
        <w:t>09730 / 231 / 63200 Edificios y otras construcciones. 10.479,29 0,00 10.479,29 0,00 0,00 0,00</w:t>
      </w:r>
    </w:p>
    <w:p>
      <w:r>
        <w:t>09730 / 231 / 63200 Edificios y otras construcciones. 0,00 0,00 0,00 315.124,80 0,00 315.124,80</w:t>
      </w:r>
    </w:p>
    <w:p>
      <w:r>
        <w:t>09730 / 231 / 63200 Edificios y otras construcciones. 8.389,28 0,00 8.389,28 0,00 0,00 0,00</w:t>
      </w:r>
    </w:p>
    <w:p>
      <w:r>
        <w:t>09730 / 231 / 63200 Edificios y otras construcciones. 100.671,38 0,00 100.671,38 0,00 0,00 0,00</w:t>
      </w:r>
    </w:p>
    <w:p>
      <w:r>
        <w:t>09730 / 231 / 63303 Reposición maquinaria 13.988,13 0,00 13.988,13 -12.717,10 0,00 -12.717,10</w:t>
      </w:r>
    </w:p>
    <w:p>
      <w:r>
        <w:t>09730 / 231 / 63500 Mobiliario. 0,00 0,00 0,00 169.902,01 0,00 169.902,01</w:t>
      </w:r>
    </w:p>
    <w:p>
      <w:r>
        <w:t>09730 / 231 / 63500 Mobiliario. 0,00 0,00 0,00 1.271,03 0,00 1.271,03</w:t>
      </w:r>
    </w:p>
    <w:p>
      <w:r>
        <w:t>09730 / 231 / 63500 Mobiliario. 0,00 0,00 0,00 169.901,99 0,00 169.901,99</w:t>
      </w:r>
    </w:p>
    <w:p>
      <w:r>
        <w:t>09730 / 231 / 63500 Mobiliario. 0,00 0,00 0,00 81.877,23 0,00 81.877,23</w:t>
      </w:r>
    </w:p>
    <w:p>
      <w:r>
        <w:t>09730 / 231 / 63500 Mobiliario. 0,00 0,00 0,00 4.349,09 0,00 4.349,09</w:t>
      </w:r>
    </w:p>
    <w:p>
      <w:r>
        <w:t>09770 / 231 / 20200 Arrendamientos de edificios y otras construcciones 0,00 0,00 0,00 0,01 0,00 0,01</w:t>
      </w:r>
    </w:p>
    <w:p>
      <w:r>
        <w:t>09770 / 231 / 21200 Edificios y otras construcciones. 678,38 0,00 678,38 57.422,25 0,00 57.422,25</w:t>
      </w:r>
    </w:p>
    <w:p>
      <w:r>
        <w:t>09770 / 231 / 21300 Maquinaria, instalaciones técnicas y utillaje. 100.364,88 0,00 100.364,88 8.699,69 0,00 8.699,69</w:t>
      </w:r>
    </w:p>
    <w:p>
      <w:r>
        <w:t>09770 / 231 / 21500 Mobiliario. 0,00 0,00 0,00 816,00 0,00 816,00</w:t>
      </w:r>
    </w:p>
    <w:p>
      <w:r>
        <w:t>09770 / 231 / 22000 Ordinario no inventariable. 0,00 0,00 0,00 1.423,57 0,00 1.423,57</w:t>
      </w:r>
    </w:p>
    <w:p>
      <w:r>
        <w:t>09770 / 231 / 22002 Material informático no inventariable. 221,20 0,00 221,20 -2.748,76 0,00 -2.748,76</w:t>
      </w:r>
    </w:p>
    <w:p>
      <w:r>
        <w:t>09770 / 231 / 22100 Energía eléctrica. 307.822,61 0,00 307.822,61 22.360,77 0,00 22.360,77</w:t>
      </w:r>
    </w:p>
    <w:p>
      <w:r>
        <w:t>09770 / 231 / 22101 Agua. 0,00 0,00 0,00 8.510,43 0,00 8.510,43</w:t>
      </w:r>
    </w:p>
    <w:p>
      <w:r>
        <w:t>09770 / 231 / 22103 Combustibles y carburantes. 0,00 0,00 0,00 0,01 0,00 0,01</w:t>
      </w:r>
    </w:p>
    <w:p>
      <w:r>
        <w:t>09770 / 231 / 22106 Productos farmacéuticos y material sanitario. 0,00 0,00 0,00 1.020,00 0,00 1.020,00</w:t>
      </w:r>
    </w:p>
    <w:p>
      <w:r>
        <w:t>09770 / 231 / 22110 Productos de limpieza y aseo. 0,00 0,00 0,00 612,00 0,00 612,00</w:t>
      </w:r>
    </w:p>
    <w:p>
      <w:r>
        <w:t>09770 / 231 / 22199 Otros suministros. 602,72 0,00 602,72 -4.365,40 0,00 -4.365,40</w:t>
      </w:r>
    </w:p>
    <w:p>
      <w:r>
        <w:t>09770 / 231 / 22200 Servicios de Telecomunicaciones. 0,00 0,00 0,00 0,01 0,00 0,01</w:t>
      </w:r>
    </w:p>
    <w:p>
      <w:r>
        <w:t>09770 / 231 / 22300 Transportes. 0,00 0,00 0,00 2.466,15 0,00 2.466,15</w:t>
      </w:r>
    </w:p>
    <w:p>
      <w:r>
        <w:t>09770 / 231 / 22699 Otros gastos diversos. 12.523,12 0,00 12.523,12 12.172,83 0,00 12.172,83</w:t>
      </w:r>
    </w:p>
    <w:p>
      <w:r>
        <w:t>09770 / 231 / 22701 Seguridad. 0,00 0,00 0,00 -78.348,07 0,00 -78.348,07</w:t>
      </w:r>
    </w:p>
    <w:p>
      <w:r>
        <w:t>09770 / 231 / 22706 Estudios y trabajos técnicos. 16.050,00 0,00 16.050,00 -34.400,50 0,00 -34.400,50</w:t>
      </w:r>
    </w:p>
    <w:p>
      <w:r>
        <w:t>09770 / 231 / 22799 Otros trabajos realizados por otras empresas y pro 592,20 0,00 592,20 181.392,60 0,00 181.392,60</w:t>
      </w:r>
    </w:p>
    <w:p>
      <w:r>
        <w:t>09770 / 231 / 22799 Otros trabajos realizados por otras empresas y pro 0,00 0,00 0,00 2.160.216,18 0,00 2.160.216,18</w:t>
      </w:r>
    </w:p>
    <w:p>
      <w:r>
        <w:t>09770 / 231 / 22799 Otros trabajos realizados por otras empresas y pro 41.837,04 0,00 41.837,04 489.852,88 0,00 489.852,88</w:t>
      </w:r>
    </w:p>
    <w:p>
      <w:r>
        <w:t>09770 / 231 / 22799 Otros trabajos realizados por otras empresas y pro 0,07 0,00 0,07 0,00 0,00 0,00</w:t>
      </w:r>
    </w:p>
    <w:p>
      <w:r>
        <w:t>09770 / 231 / 22799 Otros trabajos realizados por otras empresas y pro 0,00 0,00 0,00 1.875.739,13 0,00 1.875.739,13</w:t>
      </w:r>
    </w:p>
    <w:p>
      <w:r>
        <w:t>09770 / 231 / 22799 Otros trabajos realizados por otras empresas y pro 0,00 0,00 0,00 6.257.798,09 0,00 6.257.798,09</w:t>
      </w:r>
    </w:p>
    <w:p>
      <w:r>
        <w:t>09770 / 231 / 22799 Otros trabajos realizados por otras empresas y pro 0,00 0,00 0,00 -2.112,84 0,00 -2.112,84</w:t>
      </w:r>
    </w:p>
    <w:p>
      <w:r>
        <w:t>09770 / 231 / 22799 Otros trabajos realizados por otras empresas y pro 4.236,16 0,00 4.236,16 -4.126,80 0,00 -4.126,80</w:t>
      </w:r>
    </w:p>
    <w:p>
      <w:r>
        <w:t>09770 / 231 / 22799 Otros trabajos realizados por otras empresas y pro 0,00 0,00 0,00 1.949.389,12 0,00 1.949.389,12</w:t>
      </w:r>
    </w:p>
    <w:p>
      <w:r>
        <w:t>09770 / 231 / 22799 Otros trabajos realizados por otras empresas y pro 108.697,49 0,00 108.697,49 -850.897,80 0,00 -850.897,80</w:t>
      </w:r>
    </w:p>
    <w:p>
      <w:r>
        <w:t>09770 / 231 / 22799 Otros trabajos realizados por otras empresas y pro 3.243,84 0,00 3.243,84 99.686,13 0,00 99.686,13</w:t>
      </w:r>
    </w:p>
    <w:p>
      <w:r>
        <w:t>09770 / 231 / 22799 Otros trabajos realizados por otras empresas y pro 9.595,53 0,00 9.595,53 -401.085,27 0,00 -401.085,27</w:t>
      </w:r>
    </w:p>
    <w:p>
      <w:r>
        <w:t>09770 / 231 / 22799 Otros trabajos realizados por otras empresas y pro 3.127,98 0,00 3.127,98 83.971,49 0,00 83.971,49</w:t>
      </w:r>
    </w:p>
    <w:p>
      <w:r>
        <w:t>Página 5de 9 18 de Junio del 2025</w:t>
      </w:r>
    </w:p>
    <w:p>
      <w:r>
        <w:t>129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09770 / 231 / 22799 Otros trabajos realizados por otras empresas y pro 2.731,32 0,00 2.731,32 1.651,24 0,00 1.651,24</w:t>
      </w:r>
    </w:p>
    <w:p>
      <w:r>
        <w:t>09770 / 231 / 22799 Otros trabajos realizados por otras empresas y pro 0,00 0,00 0,00 31.471,26 0,00 31.471,26</w:t>
      </w:r>
    </w:p>
    <w:p>
      <w:r>
        <w:t>09770 / 231 / 22799 Otros trabajos realizados por otras empresas y pro 0,00 0,00 0,00 182.553,48 0,00 182.553,48</w:t>
      </w:r>
    </w:p>
    <w:p>
      <w:r>
        <w:t>09770 / 231 / 22799 Otros trabajos realizados por otras empresas y pro 13.196,62 0,00 13.196,62 918,91 0,00 918,91</w:t>
      </w:r>
    </w:p>
    <w:p>
      <w:r>
        <w:t>09770 / 231 / 22799 Otros trabajos realizados por otras empresas y pro 1.845,00 0,00 1.845,00 0,00 0,00 0,00</w:t>
      </w:r>
    </w:p>
    <w:p>
      <w:r>
        <w:t>09770 / 231 / 22799 Otros trabajos realizados por otras empresas y pro 0,10 0,00 0,10 2.628.370,45 0,00 2.628.370,45</w:t>
      </w:r>
    </w:p>
    <w:p>
      <w:r>
        <w:t>09770 / 231 / 22799 Otros trabajos realizados por otras empresas y pro 151.566,20 0,00 151.566,20 300.000,00 0,00 300.000,00</w:t>
      </w:r>
    </w:p>
    <w:p>
      <w:r>
        <w:t>09770 / 231 / 22799 Otros trabajos realizados por otras empresas y pro 1.488,10 0,00 1.488,10 82.575,76 0,00 82.575,76</w:t>
      </w:r>
    </w:p>
    <w:p>
      <w:r>
        <w:t>09770 / 231 / 22799 Otros trabajos realizados por otras empresas y pro 0,00 0,00 0,00 587.488,00 0,00 587.488,00</w:t>
      </w:r>
    </w:p>
    <w:p>
      <w:r>
        <w:t>09770 / 231 / 22799 Otros trabajos realizados por otras empresas y pro 0,00 0,00 0,00 54.832,64 0,00 54.832,64</w:t>
      </w:r>
    </w:p>
    <w:p>
      <w:r>
        <w:t>09770 / 231 / 22799 Otros trabajos realizados por otras empresas y pro 87.266,22 0,00 87.266,22 300.000,00 0,00 300.000,00</w:t>
      </w:r>
    </w:p>
    <w:p>
      <w:r>
        <w:t>09770 / 231 / 22799 Otros trabajos realizados por otras empresas y pro 94.674,17 0,00 94.674,17 -20.493,00 0,00 -20.493,00</w:t>
      </w:r>
    </w:p>
    <w:p>
      <w:r>
        <w:t>09770 / 231 / 22799 Otros trabajos realizados por otras empresas y pro 15.413,53 0,00 15.413,53 -7.024,00 0,00 -7.024,00</w:t>
      </w:r>
    </w:p>
    <w:p>
      <w:r>
        <w:t>09770 / 231 / 22799 Otros trabajos realizados por otras empresas y pro 38.497,07 0,00 38.497,07 -44.879,98 0,00 -44.879,98</w:t>
      </w:r>
    </w:p>
    <w:p>
      <w:r>
        <w:t>09770 / 231 / 22799 Otros trabajos realizados por otras empresas y pro 12.371,74 0,00 12.371,74 31.880,70 0,00 31.880,70</w:t>
      </w:r>
    </w:p>
    <w:p>
      <w:r>
        <w:t>09770 / 231 / 25000 Trabajos Realizados Por Administraciones Públicas 18.522,02 0,00 18.522,02 0,00 0,00 0,00</w:t>
      </w:r>
    </w:p>
    <w:p>
      <w:r>
        <w:t>09770 / 231 / 25000 Trabajos Realizados Por Administraciones Públicas 15.385,00 0,00 15.385,00 0,00 0,00 0,00</w:t>
      </w:r>
    </w:p>
    <w:p>
      <w:r>
        <w:t>09770 / 231 / 25000 Trabajos Realizados Por Administraciones Públicas 0,00 0,00 0,00 733.503,00 0,00 733.503,00</w:t>
      </w:r>
    </w:p>
    <w:p>
      <w:r>
        <w:t>09770 / 231 / 25000 Trabajos Realizados Por Administraciones Públicas 273.185,23 0,00 273.185,23 0,00 0,00 0,00</w:t>
      </w:r>
    </w:p>
    <w:p>
      <w:r>
        <w:t>09770 / 231 / 25000 Trabajos Realizados Por Administraciones Públicas 0,00 0,00 0,00 0,01 0,00 0,01</w:t>
      </w:r>
    </w:p>
    <w:p>
      <w:r>
        <w:t>09770 / 231 / 25000 Trabajos Realizados Por Administraciones Públicas 856.047,13 0,00 856.047,13 -22.984,80 0,00 -22.984,80</w:t>
      </w:r>
    </w:p>
    <w:p>
      <w:r>
        <w:t>09770 / 231 / 25000 Trabajos Realizados Por Administraciones Públicas 361.611,34 0,00 361.611,34 -53.055,36 0,00 -53.055,36</w:t>
      </w:r>
    </w:p>
    <w:p>
      <w:r>
        <w:t>09770 / 231 / 25000 Trabajos Realizados Por Administraciones Públicas 969,57 0,00 969,57 0,00 0,00 0,00</w:t>
      </w:r>
    </w:p>
    <w:p>
      <w:r>
        <w:t>09770 / 231 / 25000 Trabajos Realizados Por Administraciones Públicas 37.647,87 0,00 37.647,87 -2.964,60 0,00 -2.964,60</w:t>
      </w:r>
    </w:p>
    <w:p>
      <w:r>
        <w:t>09770 / 231 / 25000 Trabajos Realizados Por Administraciones Públicas 95.938,88 0,00 95.938,88 0,00 0,00 0,00</w:t>
      </w:r>
    </w:p>
    <w:p>
      <w:r>
        <w:t>09770 / 231 / 25000 Trabajos Realizados Por Administraciones Públicas 12.406,21 0,00 12.406,21 0,00 0,00 0,00</w:t>
      </w:r>
    </w:p>
    <w:p>
      <w:r>
        <w:t>09770 / 231 / 25000 Trabajos Realizados Por Administraciones Públicas 277,02 0,00 277,02 0,00 0,00 0,00</w:t>
      </w:r>
    </w:p>
    <w:p>
      <w:r>
        <w:t>09770 / 231 / 25000 Trabajos Realizados Por Administraciones Públicas 188.952,28 0,00 188.952,28 0,00 0,00 0,00</w:t>
      </w:r>
    </w:p>
    <w:p>
      <w:r>
        <w:t>09770 / 231 / 25000 Trabajos Realizados Por Administraciones Públicas 15.923,46 0,00 15.923,46 0,00 0,00 0,00</w:t>
      </w:r>
    </w:p>
    <w:p>
      <w:r>
        <w:t>09770 / 231 / 25000 Trabajos Realizados Por Administraciones Públicas 10.287,50 0,00 10.287,50 0,00 0,00 0,00</w:t>
      </w:r>
    </w:p>
    <w:p>
      <w:r>
        <w:t>09770 / 231 / 25000 Trabajos Realizados Por Administraciones Públicas 66.580,20 0,00 66.580,20 -134.391,54 0,00 -134.391,54</w:t>
      </w:r>
    </w:p>
    <w:p>
      <w:r>
        <w:t>09770 / 231 / 25000 Trabajos Realizados Por Administraciones Públicas 221.149,97 0,00 221.149,97 -89.225,49 0,00 -89.225,49</w:t>
      </w:r>
    </w:p>
    <w:p>
      <w:r>
        <w:t>09770 / 231 / 25000 Trabajos Realizados Por Administraciones Públicas 41.469,39 0,00 41.469,39 -2.766,96 0,00 -2.766,96</w:t>
      </w:r>
    </w:p>
    <w:p>
      <w:r>
        <w:t>09770 / 231 / 25000 Trabajos Realizados Por Administraciones Públicas 64.969,84 0,00 64.969,84 -186.603,34 0,00 -186.603,34</w:t>
      </w:r>
    </w:p>
    <w:p>
      <w:r>
        <w:t>09770 / 231 / 25000 Trabajos Realizados Por Administraciones Públicas 71.416,01 0,00 71.416,01 0,00 0,00 0,00</w:t>
      </w:r>
    </w:p>
    <w:p>
      <w:r>
        <w:t>09770 / 231 / 26000 Trabajos Realizados Por Instituciones Sin Fines De 9.655,19 0,00 9.655,19 -7.510,32 0,00 -7.510,32</w:t>
      </w:r>
    </w:p>
    <w:p>
      <w:r>
        <w:t>09770 / 231 / 26000 Trabajos Realizados Por Instituciones Sin Fines De 18.514,80 0,00 18.514,80 0,00 0,00 0,00</w:t>
      </w:r>
    </w:p>
    <w:p>
      <w:r>
        <w:t>09770 / 231 / 26000 Trabajos Realizados Por Instituciones Sin Fines De 4.985,70 0,00 4.985,70 -527,04 0,00 -527,04</w:t>
      </w:r>
    </w:p>
    <w:p>
      <w:r>
        <w:t>09770 / 231 / 26000 Trabajos Realizados Por Instituciones Sin Fines De 113.901,60 0,00 113.901,60 0,00 0,00 0,00</w:t>
      </w:r>
    </w:p>
    <w:p>
      <w:r>
        <w:t>09770 / 231 / 26000 Trabajos Realizados Por Instituciones Sin Fines De 125.675,56 0,00 125.675,56 -12.154,86 0,00 -12.154,86</w:t>
      </w:r>
    </w:p>
    <w:p>
      <w:r>
        <w:t>09770 / 231 / 26000 Trabajos Realizados Por Instituciones Sin Fines De 2.945,00 0,00 2.945,00 -6.719,76 0,00 -6.719,76</w:t>
      </w:r>
    </w:p>
    <w:p>
      <w:r>
        <w:t>09770 / 231 / 26000 Trabajos Realizados Por Instituciones Sin Fines De 93.394,87 0,00 93.394,87 0,00 0,00 0,00</w:t>
      </w:r>
    </w:p>
    <w:p>
      <w:r>
        <w:t>09770 / 231 / 26000 Trabajos Realizados Por Instituciones Sin Fines De 0,00 0,00 0,00 748.503,00 0,00 748.503,00</w:t>
      </w:r>
    </w:p>
    <w:p>
      <w:r>
        <w:t>09770 / 231 / 26000 Trabajos Realizados Por Instituciones Sin Fines De 1.909,22 0,00 1.909,22 0,00 0,00 0,00</w:t>
      </w:r>
    </w:p>
    <w:p>
      <w:r>
        <w:t>09770 / 231 / 26000 Trabajos Realizados Por Instituciones Sin Fines De 699,55 0,00 699,55 0,00 0,00 0,00</w:t>
      </w:r>
    </w:p>
    <w:p>
      <w:r>
        <w:t>09770 / 231 / 26000 Trabajos Realizados Por Instituciones Sin Fines De 289.000,26 0,00 289.000,26 0,00 0,00 0,00</w:t>
      </w:r>
    </w:p>
    <w:p>
      <w:r>
        <w:t>Página 6de 9 18 de Junio del 2025</w:t>
      </w:r>
    </w:p>
    <w:p>
      <w:r>
        <w:t>130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09770 / 231 / 26000 Trabajos Realizados Por Instituciones Sin Fines De 303.609,62 0,00 303.609,62 -28.987,20 0,00 -28.987,20</w:t>
      </w:r>
    </w:p>
    <w:p>
      <w:r>
        <w:t>09770 / 231 / 26000 Trabajos Realizados Por Instituciones Sin Fines De 77.732,35 0,00 77.732,35 0,00 0,00 0,00</w:t>
      </w:r>
    </w:p>
    <w:p>
      <w:r>
        <w:t>09770 / 231 / 26000 Trabajos Realizados Por Instituciones Sin Fines De 1.790.056,80 0,00 1.790.056,80 -311.018,40 0,00 -311.018,40</w:t>
      </w:r>
    </w:p>
    <w:p>
      <w:r>
        <w:t>09770 / 231 / 26000 Trabajos Realizados Por Instituciones Sin Fines De 1.287.107,68 0,00 1.287.107,68 0,00 0,00 0,00</w:t>
      </w:r>
    </w:p>
    <w:p>
      <w:r>
        <w:t>09770 / 231 / 26000 Trabajos Realizados Por Instituciones Sin Fines De 1.662,12 0,00 1.662,12 0,00 0,00 0,00</w:t>
      </w:r>
    </w:p>
    <w:p>
      <w:r>
        <w:t>09770 / 231 / 26000 Trabajos Realizados Por Instituciones Sin Fines De 23.223,51 0,00 23.223,51 0,00 0,00 0,00</w:t>
      </w:r>
    </w:p>
    <w:p>
      <w:r>
        <w:t>09770 / 231 / 26000 Trabajos Realizados Por Instituciones Sin Fines De 392.873,74 0,00 392.873,74 -207.345,60 0,00 -207.345,60</w:t>
      </w:r>
    </w:p>
    <w:p>
      <w:r>
        <w:t>09770 / 231 / 26000 Trabajos Realizados Por Instituciones Sin Fines De 9.611,16 0,00 9.611,16 0,00 0,00 0,00</w:t>
      </w:r>
    </w:p>
    <w:p>
      <w:r>
        <w:t>09770 / 231 / 26000 Trabajos Realizados Por Instituciones Sin Fines De 2.487,10 0,00 2.487,10 -118.272,00 0,00 -118.272,00</w:t>
      </w:r>
    </w:p>
    <w:p>
      <w:r>
        <w:t>09770 / 231 / 26000 Trabajos Realizados Por Instituciones Sin Fines De 1.415,42 0,00 1.415,42 0,00 0,00 0,00</w:t>
      </w:r>
    </w:p>
    <w:p>
      <w:r>
        <w:t>09770 / 231 / 26000 Trabajos Realizados Por Instituciones Sin Fines De 246,90 0,00 246,90 0,00 0,00 0,00</w:t>
      </w:r>
    </w:p>
    <w:p>
      <w:r>
        <w:t>09770 / 231 / 26000 Trabajos Realizados Por Instituciones Sin Fines De 121.088,16 0,00 121.088,16 0,00 0,00 0,00</w:t>
      </w:r>
    </w:p>
    <w:p>
      <w:r>
        <w:t>09770 / 231 / 26000 Trabajos Realizados Por Instituciones Sin Fines De 227.588,90 0,00 227.588,90 0,00 0,00 0,00</w:t>
      </w:r>
    </w:p>
    <w:p>
      <w:r>
        <w:t>09770 / 231 / 26000 Trabajos Realizados Por Instituciones Sin Fines De 6.380,67 0,00 6.380,67 -34.038,00 0,00 -34.038,00</w:t>
      </w:r>
    </w:p>
    <w:p>
      <w:r>
        <w:t>09770 / 231 / 26000 Trabajos Realizados Por Instituciones Sin Fines De 34.725,04 0,00 34.725,04 -5.929,20 0,00 -5.929,20</w:t>
      </w:r>
    </w:p>
    <w:p>
      <w:r>
        <w:t>09770 / 231 / 26000 Trabajos Realizados Por Instituciones Sin Fines De 59.183,50 0,00 59.183,50 0,00 0,00 0,00</w:t>
      </w:r>
    </w:p>
    <w:p>
      <w:r>
        <w:t>09770 / 231 / 62200 Edificios y otras construcciones. 444.073,89 0,00 444.073,89 6.506.155,24 0,00 6.506.155,24</w:t>
      </w:r>
    </w:p>
    <w:p>
      <w:r>
        <w:t>09770 / 231 / 62200 Edificios y otras construcciones. 3.261.746,97 0,00 3.261.746,97 12.891.037,87 0,00 12.891.037,87</w:t>
      </w:r>
    </w:p>
    <w:p>
      <w:r>
        <w:t>09770 / 231 / 62200 Edificios y otras construcciones. 3.667.010,45 0,00 3.667.010,45 0,00 0,00 0,00</w:t>
      </w:r>
    </w:p>
    <w:p>
      <w:r>
        <w:t>09770 / 231 / 62200 Edificios y otras construcciones. 2.693.701,90 0,00 2.693.701,90 -8.358.231,96 0,00 -8.358.231,96</w:t>
      </w:r>
    </w:p>
    <w:p>
      <w:r>
        <w:t>09770 / 231 / 62303 Maquinaria 860,66 0,00 860,66 9.375,02 0,00 9.375,02</w:t>
      </w:r>
    </w:p>
    <w:p>
      <w:r>
        <w:t>09770 / 231 / 62500 Mobiliario. 0,00 0,00 0,00 4.482.125,61 0,00 4.482.125,61</w:t>
      </w:r>
    </w:p>
    <w:p>
      <w:r>
        <w:t>09770 / 231 / 63200 Edificios y otras construcciones. 515.285,79 0,00 515.285,79 7.209,49 0,00 7.209,49</w:t>
      </w:r>
    </w:p>
    <w:p>
      <w:r>
        <w:t>09770 / 231 / 63200 Edificios y otras construcciones. 0,00 0,00 0,00 0,01 0,00 0,01</w:t>
      </w:r>
    </w:p>
    <w:p>
      <w:r>
        <w:t>09770 / 231 / 63200 Edificios y otras construcciones. 40.874,00 0,00 40.874,00 176.981,31 0,00 176.981,31</w:t>
      </w:r>
    </w:p>
    <w:p>
      <w:r>
        <w:t>09770 / 231 / 63200 Edificios y otras construcciones. 18.809,94 0,00 18.809,94 3.944,68 0,00 3.944,68</w:t>
      </w:r>
    </w:p>
    <w:p>
      <w:r>
        <w:t>09770 / 231 / 63200 Edificios y otras construcciones. 0,00 0,00 0,00 2.366.934,99 0,00 2.366.934,99</w:t>
      </w:r>
    </w:p>
    <w:p>
      <w:r>
        <w:t>09770 / 231 / 63200 Edificios y otras construcciones. 5.344,83 0,00 5.344,83 0,00 0,00 0,00</w:t>
      </w:r>
    </w:p>
    <w:p>
      <w:r>
        <w:t>09770 / 231 / 63303 Reposición maquinaria 0,00 0,00 0,00 46.449,24 0,00 46.449,24</w:t>
      </w:r>
    </w:p>
    <w:p>
      <w:r>
        <w:t>09770 / 231 / 63303 Reposición maquinaria 0,00 0,00 0,00 142.841,79 0,00 142.841,79</w:t>
      </w:r>
    </w:p>
    <w:p>
      <w:r>
        <w:t>09770 / 231 / 63303 Reposición maquinaria 15.091,41 0,00 15.091,41 -71.226,75 0,00 -71.226,75</w:t>
      </w:r>
    </w:p>
    <w:p>
      <w:r>
        <w:t>09770 / 231 / 63500 Mobiliario. 15.051,69 0,00 15.051,69 72.641,09 0,00 72.641,09</w:t>
      </w:r>
    </w:p>
    <w:p>
      <w:r>
        <w:t>09770 / 231 / 63500 Mobiliario. 0,00 0,00 0,00 752.436,60 0,00 752.436,60</w:t>
      </w:r>
    </w:p>
    <w:p>
      <w:r>
        <w:t>09770 / 231 / 63500 Mobiliario. 0,00 0,00 0,00 72.834,90 0,00 72.834,90</w:t>
      </w:r>
    </w:p>
    <w:p>
      <w:r>
        <w:t>09770 / 231 / 64001 Honorarios y proyectos técnicos 12.604,60 0,00 12.604,60 0,00 0,00 0,00</w:t>
      </w:r>
    </w:p>
    <w:p>
      <w:r>
        <w:t>09790 / 231 / 12004 Sueldos del Grupo C2. 0,00 0,00 0,00 4.597,54 0,00 4.597,54</w:t>
      </w:r>
    </w:p>
    <w:p>
      <w:r>
        <w:t>09790 / 231 / 12006 Trienios. 0,00 0,00 0,00 3.872,00 0,00 3.872,00</w:t>
      </w:r>
    </w:p>
    <w:p>
      <w:r>
        <w:t>09790 / 231 / 12009 Otras retribuciones básicas. 0,00 0,00 0,00 2.246,70 0,00 2.246,70</w:t>
      </w:r>
    </w:p>
    <w:p>
      <w:r>
        <w:t>09790 / 231 / 12100 Complemento de destino. 0,00 0,00 0,00 4.410,30 0,00 4.410,30</w:t>
      </w:r>
    </w:p>
    <w:p>
      <w:r>
        <w:t>09790 / 231 / 12101 Complemento específico. 0,00 0,00 0,00 4.313,27 0,00 4.313,27</w:t>
      </w:r>
    </w:p>
    <w:p>
      <w:r>
        <w:t>09790 / 231 / 12103 Otros complementos. 0,00 0,00 0,00 -1.049,50 0,00 -1.049,50</w:t>
      </w:r>
    </w:p>
    <w:p>
      <w:r>
        <w:t>09790 / 231 / 13000 Retribuciones básicas. 0,00 0,00 0,00 124.120,22 0,00 124.120,22</w:t>
      </w:r>
    </w:p>
    <w:p>
      <w:r>
        <w:t>09790 / 231 / 13002 Otras remuneraciones 0,00 0,00 0,00 -133,54 0,00 -133,54</w:t>
      </w:r>
    </w:p>
    <w:p>
      <w:r>
        <w:t>09790 / 231 / 13100 Laboral temporal. 0,00 0,00 0,00 0,01 0,00 0,01</w:t>
      </w:r>
    </w:p>
    <w:p>
      <w:r>
        <w:t>09790 / 231 / 16000 Seguridad Social. 0,00 0,00 0,00 38.968,08 0,00 38.968,08</w:t>
      </w:r>
    </w:p>
    <w:p>
      <w:r>
        <w:t>09791 / 231 / 12001 Sueldos del Grupo A2. 0,00 0,00 0,00 -117,43 0,00 -117,43</w:t>
      </w:r>
    </w:p>
    <w:p>
      <w:r>
        <w:t>Página 7de 9 18 de Junio del 2025</w:t>
      </w:r>
    </w:p>
    <w:p>
      <w:r>
        <w:t>131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09791 / 231 / 12006 Trienios. 0,00 0,00 0,00 -1.189,75 0,00 -1.189,75</w:t>
      </w:r>
    </w:p>
    <w:p>
      <w:r>
        <w:t>09791 / 231 / 12009 Otras retribuciones básicas. 0,00 0,00 0,00 1.265,45 0,00 1.265,45</w:t>
      </w:r>
    </w:p>
    <w:p>
      <w:r>
        <w:t>09791 / 231 / 12100 Complemento de destino. 0,00 0,00 0,00 7.275,87 0,00 7.275,87</w:t>
      </w:r>
    </w:p>
    <w:p>
      <w:r>
        <w:t>09791 / 231 / 12101 Complemento específico. 0,00 0,00 0,00 -8.325,04 0,00 -8.325,04</w:t>
      </w:r>
    </w:p>
    <w:p>
      <w:r>
        <w:t>09791 / 231 / 12103 Otros complementos. 0,00 0,00 0,00 -2.425,88 0,00 -2.425,88</w:t>
      </w:r>
    </w:p>
    <w:p>
      <w:r>
        <w:t>09791 / 231 / 13000 Retribuciones básicas. 0,00 0,00 0,00 418.087,05 0,00 418.087,05</w:t>
      </w:r>
    </w:p>
    <w:p>
      <w:r>
        <w:t>09791 / 231 / 13001 Horas extraordinarias. 0,00 0,00 0,00 0,01 0,00 0,01</w:t>
      </w:r>
    </w:p>
    <w:p>
      <w:r>
        <w:t>09791 / 231 / 13002 Otras remuneraciones 0,00 0,00 0,00 21.550,03 0,00 21.550,03</w:t>
      </w:r>
    </w:p>
    <w:p>
      <w:r>
        <w:t>09791 / 231 / 13100 Laboral temporal. 0,00 0,00 0,00 202.063,16 0,00 202.063,16</w:t>
      </w:r>
    </w:p>
    <w:p>
      <w:r>
        <w:t>09791 / 231 / 16000 Seguridad Social. 52.962,03 0,00 52.962,03 -131.831,15 0,00 -131.831,15</w:t>
      </w:r>
    </w:p>
    <w:p>
      <w:r>
        <w:t>09791 / 231 / 16008 Asistencia médico-farmacéutica. 0,00 0,00 0,00 -9.926,89 0,00 -9.926,89</w:t>
      </w:r>
    </w:p>
    <w:p>
      <w:r>
        <w:t>09791 / 231 / 21200 Edificios y otras construcciones. 1.315,25 0,00 1.315,25 57.441,57 0,00 57.441,57</w:t>
      </w:r>
    </w:p>
    <w:p>
      <w:r>
        <w:t>09791 / 231 / 21300 Maquinaria, instalaciones técnicas y utillaje. 27.940,66 0,00 27.940,66 -8.312,83 0,00 -8.312,83</w:t>
      </w:r>
    </w:p>
    <w:p>
      <w:r>
        <w:t>09791 / 231 / 21400 Elementos de transporte. 0,00 0,00 0,00 1.020,00 0,00 1.020,00</w:t>
      </w:r>
    </w:p>
    <w:p>
      <w:r>
        <w:t>09791 / 231 / 21500 Mobiliario. 0,00 0,00 0,00 2.976,05 0,00 2.976,05</w:t>
      </w:r>
    </w:p>
    <w:p>
      <w:r>
        <w:t>09791 / 231 / 21600 Equipos para procesos de información. 1.237,17 0,00 1.237,17 1.388,32 0,00 1.388,32</w:t>
      </w:r>
    </w:p>
    <w:p>
      <w:r>
        <w:t>09791 / 231 / 22000 Ordinario no inventariable. 671,36 0,00 671,36 -116,66 0,00 -116,66</w:t>
      </w:r>
    </w:p>
    <w:p>
      <w:r>
        <w:t>09791 / 231 / 22001 Prensa, revistas, libros y otras publicaciones. 0,00 0,00 0,00 487,60 0,00 487,60</w:t>
      </w:r>
    </w:p>
    <w:p>
      <w:r>
        <w:t>09791 / 231 / 22002 Material informático no inventariable. 0,00 0,00 0,00 1.224,00 0,00 1.224,00</w:t>
      </w:r>
    </w:p>
    <w:p>
      <w:r>
        <w:t>09791 / 231 / 22100 Energía eléctrica. 211.757,21 0,00 211.757,21 98.033,16 0,00 98.033,16</w:t>
      </w:r>
    </w:p>
    <w:p>
      <w:r>
        <w:t>09791 / 231 / 22101 Agua. 0,00 0,00 0,00 736,63 0,00 736,63</w:t>
      </w:r>
    </w:p>
    <w:p>
      <w:r>
        <w:t>09791 / 231 / 22103 Combustibles y carburantes. 17.896,90 0,00 17.896,90 141.761,66 0,00 141.761,66</w:t>
      </w:r>
    </w:p>
    <w:p>
      <w:r>
        <w:t>09791 / 231 / 22104 Vestuario. 0,00 0,00 0,00 97.075,44 0,00 97.075,44</w:t>
      </w:r>
    </w:p>
    <w:p>
      <w:r>
        <w:t>09791 / 231 / 22105 Productos alimenticios. 24.403,86 0,00 24.403,86 17.125,00 0,00 17.125,00</w:t>
      </w:r>
    </w:p>
    <w:p>
      <w:r>
        <w:t>09791 / 231 / 22106 Productos farmacéuticos y material sanitario. 339.623,56 0,00 339.623,56 148.794,69 0,00 148.794,69</w:t>
      </w:r>
    </w:p>
    <w:p>
      <w:r>
        <w:t>09791 / 231 / 22110 Productos de limpieza y aseo. 27.138,27 0,00 27.138,27 60.987,25 0,00 60.987,25</w:t>
      </w:r>
    </w:p>
    <w:p>
      <w:r>
        <w:t>09791 / 231 / 22199 Otros suministros. 20.358,90 0,00 20.358,90 -28.957,18 0,00 -28.957,18</w:t>
      </w:r>
    </w:p>
    <w:p>
      <w:r>
        <w:t>09791 / 231 / 22200 Servicios de Telecomunicaciones. 0,00 0,00 0,00 1.530,00 0,00 1.530,00</w:t>
      </w:r>
    </w:p>
    <w:p>
      <w:r>
        <w:t>09791 / 231 / 22300 Transportes. 2.320,60 0,00 2.320,60 -1.418,35 0,00 -1.418,35</w:t>
      </w:r>
    </w:p>
    <w:p>
      <w:r>
        <w:t>09791 / 231 / 22400 Primas de seguros. 0,00 0,00 0,00 714,00 0,00 714,00</w:t>
      </w:r>
    </w:p>
    <w:p>
      <w:r>
        <w:t>09791 / 231 / 22601 Atenciones protocolarias y representativas. 0,00 0,00 0,00 510,00 0,00 510,00</w:t>
      </w:r>
    </w:p>
    <w:p>
      <w:r>
        <w:t>09791 / 231 / 22606 Reuniones, conferencias y cursos. 0,00 0,00 0,00 102,00 0,00 102,00</w:t>
      </w:r>
    </w:p>
    <w:p>
      <w:r>
        <w:t>09791 / 231 / 22609 Actividades culturales y deportivas. 0,00 0,00 0,00 -4.541,18 0,00 -4.541,18</w:t>
      </w:r>
    </w:p>
    <w:p>
      <w:r>
        <w:t>09791 / 231 / 22699 Otros gastos diversos. 0,00 0,00 0,00 -804,62 0,00 -804,62</w:t>
      </w:r>
    </w:p>
    <w:p>
      <w:r>
        <w:t>09791 / 231 / 22700 Limpieza y aseo. 0,00 0,00 0,00 295.844,74 0,00 295.844,74</w:t>
      </w:r>
    </w:p>
    <w:p>
      <w:r>
        <w:t>09791 / 231 / 22701 Seguridad. 0,00 0,00 0,00 0,01 0,00 0,01</w:t>
      </w:r>
    </w:p>
    <w:p>
      <w:r>
        <w:t>09791 / 231 / 22799 Otros trabajos realizados por otras empresas y pro 0,10 0,00 0,10 0,00 0,00 0,00</w:t>
      </w:r>
    </w:p>
    <w:p>
      <w:r>
        <w:t>09791 / 231 / 22799 Otros trabajos realizados por otras empresas y pro 276.997,61 0,00 276.997,61 -141.542,73 0,00 -141.542,73</w:t>
      </w:r>
    </w:p>
    <w:p>
      <w:r>
        <w:t>09791 / 231 / 22799 Otros trabajos realizados por otras empresas y pro 12.123,22 0,00 12.123,22 70.510,75 0,00 70.510,75</w:t>
      </w:r>
    </w:p>
    <w:p>
      <w:r>
        <w:t>09791 / 231 / 22799 Otros trabajos realizados por otras empresas y pro 10.692,30 0,00 10.692,30 74.617,00 0,00 74.617,00</w:t>
      </w:r>
    </w:p>
    <w:p>
      <w:r>
        <w:t>09791 / 231 / 23020 Del personal no directivo. 0,00 0,00 0,00 -925,92 0,00 -925,92</w:t>
      </w:r>
    </w:p>
    <w:p>
      <w:r>
        <w:t>09791 / 231 / 23120 Del personal no directivo. 0,00 0,00 0,00 1.020,00 0,00 1.020,00</w:t>
      </w:r>
    </w:p>
    <w:p>
      <w:r>
        <w:t>09791 / 231 / 62303 Maquinaria 0,00 0,00 0,00 955,38 0,00 955,38</w:t>
      </w:r>
    </w:p>
    <w:p>
      <w:r>
        <w:t>09791 / 231 / 63200 Edificios y otras construcciones. 0,00 0,00 0,00 242.133,86 0,00 242.133,86</w:t>
      </w:r>
    </w:p>
    <w:p>
      <w:r>
        <w:t>09791 / 231 / 63200 Edificios y otras construcciones. 93.631,93 0,00 93.631,93 -143.359,64 0,00 -143.359,64</w:t>
      </w:r>
    </w:p>
    <w:p>
      <w:r>
        <w:t>09791 / 231 / 63303 Reposición maquinaria 3.675,24 0,00 3.675,24 -25.589,53 0,00 -25.589,53</w:t>
      </w:r>
    </w:p>
    <w:p>
      <w:r>
        <w:t>Página 8de 9 18 de Junio del 2025</w:t>
      </w:r>
    </w:p>
    <w:p>
      <w:r>
        <w:t>132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REMANENTES COMPROMETIDOS REMANENTES NO COMPROMETIDOS</w:t>
      </w:r>
    </w:p>
    <w:p>
      <w:r>
        <w:t>APLICACIÓN PRESUPUESTARIA DESCRIPCIÓN INCORPORABLES NO TOTAL INCORPORABLES NO TOTAL</w:t>
      </w:r>
    </w:p>
    <w:p>
      <w:r>
        <w:t>INCORPORABLES INCORPORABLES</w:t>
      </w:r>
    </w:p>
    <w:p>
      <w:r>
        <w:t>09791 / 231 / 63303 Reposición maquinaria 0,00 0,00 0,00 37.241,35 0,00 37.241,35</w:t>
      </w:r>
    </w:p>
    <w:p>
      <w:r>
        <w:t>09791 / 231 / 63303 Reposición maquinaria 0,00 0,00 0,00 101.492,20 0,00 101.492,20</w:t>
      </w:r>
    </w:p>
    <w:p>
      <w:r>
        <w:t>09791 / 231 / 63500 Mobiliario. 0,00 0,00 0,00 282.873,83 0,00 282.873,83</w:t>
      </w:r>
    </w:p>
    <w:p>
      <w:r>
        <w:t>09791 / 231 / 63500 Mobiliario. 0,00 0,00 0,00 39.903,10 0,00 39.903,10</w:t>
      </w:r>
    </w:p>
    <w:p>
      <w:r>
        <w:t>09791 / 231 / 63500 Mobiliario. 16.005,06 0,00 16.005,06 -40.062,00 0,00 -40.062,00</w:t>
      </w:r>
    </w:p>
    <w:p>
      <w:r>
        <w:t>09791 / 231 / 63600 Equipos para procesos de información. 0,00 0,00 0,00 -1.902,25 0,00 -1.902,25</w:t>
      </w:r>
    </w:p>
    <w:p>
      <w:r>
        <w:t>09792 / 231 / 13000 Retribuciones básicas. 0,00 0,00 0,00 3.291,16 0,00 3.291,16</w:t>
      </w:r>
    </w:p>
    <w:p>
      <w:r>
        <w:t>09792 / 231 / 13001 Horas extraordinarias. 0,00 0,00 0,00 0,01 0,00 0,01</w:t>
      </w:r>
    </w:p>
    <w:p>
      <w:r>
        <w:t>09792 / 231 / 13002 Otras remuneraciones 0,00 0,00 0,00 -769,56 0,00 -769,56</w:t>
      </w:r>
    </w:p>
    <w:p>
      <w:r>
        <w:t>09792 / 231 / 13100 Laboral temporal. 0,00 0,00 0,00 7.757,71 0,00 7.757,71</w:t>
      </w:r>
    </w:p>
    <w:p>
      <w:r>
        <w:t>09792 / 231 / 16000 Seguridad Social. 0,00 0,00 0,00 -9.511,06 0,00 -9.511,06</w:t>
      </w:r>
    </w:p>
    <w:p>
      <w:r>
        <w:t>09792 / 231 / 21200 Edificios y otras construcciones. 541,42 0,00 541,42 49.256,75 0,00 49.256,75</w:t>
      </w:r>
    </w:p>
    <w:p>
      <w:r>
        <w:t>09792 / 231 / 21300 Maquinaria, instalaciones técnicas y utillaje. 4.837,47 0,00 4.837,47 14.755,58 0,00 14.755,58</w:t>
      </w:r>
    </w:p>
    <w:p>
      <w:r>
        <w:t>09792 / 231 / 21500 Mobiliario. 0,00 0,00 0,00 -1.593,95 0,00 -1.593,95</w:t>
      </w:r>
    </w:p>
    <w:p>
      <w:r>
        <w:t>09792 / 231 / 22000 Ordinario no inventariable. 0,00 0,00 0,00 -0,01 0,00 -0,01</w:t>
      </w:r>
    </w:p>
    <w:p>
      <w:r>
        <w:t>09792 / 231 / 22002 Material informático no inventariable. 252,00 0,00 252,00 -1.397,16 0,00 -1.397,16</w:t>
      </w:r>
    </w:p>
    <w:p>
      <w:r>
        <w:t>09792 / 231 / 22100 Energía eléctrica. 72.219,55 0,00 72.219,55 -62.320,83 0,00 -62.320,83</w:t>
      </w:r>
    </w:p>
    <w:p>
      <w:r>
        <w:t>09792 / 231 / 22101 Agua. 0,00 0,00 0,00 -712,68 0,00 -712,68</w:t>
      </w:r>
    </w:p>
    <w:p>
      <w:r>
        <w:t>09792 / 231 / 22104 Vestuario. 0,00 0,00 0,00 3.060,00 0,00 3.060,00</w:t>
      </w:r>
    </w:p>
    <w:p>
      <w:r>
        <w:t>09792 / 231 / 22199 Otros suministros. 0,00 0,00 0,00 1.740,40 0,00 1.740,40</w:t>
      </w:r>
    </w:p>
    <w:p>
      <w:r>
        <w:t>09792 / 231 / 22300 Transportes. 0,00 0,00 0,00 3.060,00 0,00 3.060,00</w:t>
      </w:r>
    </w:p>
    <w:p>
      <w:r>
        <w:t>09792 / 231 / 22699 Otros gastos diversos. 0,00 0,00 0,00 1.020,00 0,00 1.020,00</w:t>
      </w:r>
    </w:p>
    <w:p>
      <w:r>
        <w:t>09792 / 231 / 22799 Otros trabajos realizados por otras empresas y pro 13.580,25 0,00 13.580,25 -14.390,00 0,00 -14.390,00</w:t>
      </w:r>
    </w:p>
    <w:p>
      <w:r>
        <w:t>09792 / 231 / 23120 Del personal no directivo. 0,00 0,00 0,00 1.020,00 0,00 1.020,00</w:t>
      </w:r>
    </w:p>
    <w:p>
      <w:r>
        <w:t>09792 / 231 / 62303 Maquinaria 0,00 0,00 0,00 4.134,42 0,00 4.134,42</w:t>
      </w:r>
    </w:p>
    <w:p>
      <w:r>
        <w:t>09792 / 231 / 63200 Edificios y otras construcciones. 0,00 0,00 0,00 41.164,55 0,00 41.164,55</w:t>
      </w:r>
    </w:p>
    <w:p>
      <w:r>
        <w:t>09792 / 231 / 63200 Edificios y otras construcciones. 0,00 0,00 0,00 20.403,42 0,00 20.403,42</w:t>
      </w:r>
    </w:p>
    <w:p>
      <w:r>
        <w:t>09792 / 231 / 63200 Edificios y otras construcciones. 0,00 0,00 0,00 342.409,71 0,00 342.409,71</w:t>
      </w:r>
    </w:p>
    <w:p>
      <w:r>
        <w:t>09792 / 231 / 63200 Edificios y otras construcciones. 0,00 0,00 0,00 409.196,63 0,00 409.196,63</w:t>
      </w:r>
    </w:p>
    <w:p>
      <w:r>
        <w:t>09792 / 231 / 63303 Reposición maquinaria 0,00 0,00 0,00 25.250,30 0,00 25.250,30</w:t>
      </w:r>
    </w:p>
    <w:p>
      <w:r>
        <w:t>09792 / 231 / 63303 Reposición maquinaria 0,00 0,00 0,00 12.305,00 0,00 12.305,00</w:t>
      </w:r>
    </w:p>
    <w:p>
      <w:r>
        <w:t>09792 / 231 / 63303 Reposición maquinaria 278,20 0,00 278,20 -42.752,41 0,00 -42.752,41</w:t>
      </w:r>
    </w:p>
    <w:p>
      <w:r>
        <w:t>09792 / 231 / 63500 Mobiliario. 0,00 0,00 0,00 7.075,38 0,00 7.075,38</w:t>
      </w:r>
    </w:p>
    <w:p>
      <w:r>
        <w:t>09792 / 231 / 63500 Mobiliario. 0,00 0,00 0,00 28.591,52 0,00 28.591,52</w:t>
      </w:r>
    </w:p>
    <w:p>
      <w:r>
        <w:t>09792 / 231 / 63500 Mobiliario. 0,00 0,00 0,00 135.967,40 0,00 135.967,40</w:t>
      </w:r>
    </w:p>
    <w:p>
      <w:r>
        <w:t>09792 / 231 / 63600 Equipos para procesos de información. 0,00 0,00 0,00 -1.857,31 0,00 -1.857,31</w:t>
      </w:r>
    </w:p>
    <w:p>
      <w:r>
        <w:t>TOTAL 22.494.790,48 0,00 22.494.790,48 89.852.509,58 -19.893,70 89.832.615,88</w:t>
      </w:r>
    </w:p>
    <w:p>
      <w:r>
        <w:t>Página 9de 9 18 de Junio del 2025</w:t>
      </w:r>
    </w:p>
    <w:p>
      <w:r>
        <w:t>133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DERECHOS ANULADOS</w:t>
      </w:r>
    </w:p>
    <w:p>
      <w:r>
        <w:t>Periodo: 2024</w:t>
      </w:r>
    </w:p>
    <w:p>
      <w:r>
        <w:t>APLICACIÓN PRESUPUESTARIA DESCRIPCIÓN ANULACIÓN DE APLAZAMIENTO Y DEVOLUCIÓN DE TOTAL DERECHOS</w:t>
      </w:r>
    </w:p>
    <w:p>
      <w:r>
        <w:t>LIQUIDACIONES FRACCIONAMIENTO INGRESOS ANULADOS</w:t>
      </w:r>
    </w:p>
    <w:p>
      <w:r>
        <w:t>70000 Transf.Cabildo Aportación CC.AA. II Plan Infraestructura Socios. 0,00 0,00 6.757.779,10 6.757.779,10</w:t>
      </w:r>
    </w:p>
    <w:p>
      <w:r>
        <w:t>2017-2021</w:t>
      </w:r>
    </w:p>
    <w:p>
      <w:r>
        <w:t>TOTAL 0,00 0,00 6.757.779,10 6.757.779,10</w:t>
      </w:r>
    </w:p>
    <w:p>
      <w:r>
        <w:t>Página 1de 1 18 de Junio del 2025</w:t>
      </w:r>
    </w:p>
    <w:p>
      <w:r>
        <w:t>134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DERECHOS CANCELADOS</w:t>
      </w:r>
    </w:p>
    <w:p>
      <w:r>
        <w:t>Periodo: 2024</w:t>
      </w:r>
    </w:p>
    <w:p>
      <w:r>
        <w:t>APLICACIÓN PRESUPUESTARIA DESCRIPCIÓN COBROS EN INSOLVENCIAS OTRAS CAUSAS TOTAL DERECHOS</w:t>
      </w:r>
    </w:p>
    <w:p>
      <w:r>
        <w:t>ESPECIE CANCELADOS</w:t>
      </w:r>
    </w:p>
    <w:p>
      <w:r>
        <w:t>TOTAL</w:t>
      </w:r>
    </w:p>
    <w:p>
      <w:r>
        <w:t>Página 1de 1 18 de Junio del 2025</w:t>
      </w:r>
    </w:p>
    <w:p>
      <w:r>
        <w:t>135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RECAUDACIÓN NETA</w:t>
      </w:r>
    </w:p>
    <w:p>
      <w:r>
        <w:t>Periodo: 2024</w:t>
      </w:r>
    </w:p>
    <w:p>
      <w:r>
        <w:t>APLICACIÓN PRESUPUESTARIA DESCRIPCIÓN RECAUDACIÓN TOTAL DEVOLUCIONES DE RECAUDACIÓN NETA</w:t>
      </w:r>
    </w:p>
    <w:p>
      <w:r>
        <w:t>INGRESO</w:t>
      </w:r>
    </w:p>
    <w:p>
      <w:r>
        <w:t>30000 Servicio de abastecimiento de agua. 33.614,92 0,00 33.614,92</w:t>
      </w:r>
    </w:p>
    <w:p>
      <w:r>
        <w:t>34100 Servicios asistenciales. 317.650,17 0,00 317.650,17</w:t>
      </w:r>
    </w:p>
    <w:p>
      <w:r>
        <w:t>34100 Servicios asistenciales. 1.590.046,29 0,00 1.590.046,29</w:t>
      </w:r>
    </w:p>
    <w:p>
      <w:r>
        <w:t>34100 Servicios asistenciales. 581.424,55 0,00 581.424,55</w:t>
      </w:r>
    </w:p>
    <w:p>
      <w:r>
        <w:t>34101 Servicios asistenciales 264.306,27 0,00 264.306,27</w:t>
      </w:r>
    </w:p>
    <w:p>
      <w:r>
        <w:t>34102 Servicios asistenciales 82.523,64 0,00 82.523,64</w:t>
      </w:r>
    </w:p>
    <w:p>
      <w:r>
        <w:t>34103 Servicios asistenciales 170.083,02 0,00 170.083,02</w:t>
      </w:r>
    </w:p>
    <w:p>
      <w:r>
        <w:t>34104 Servicios asistenciales 78.636,56 0,00 78.636,56</w:t>
      </w:r>
    </w:p>
    <w:p>
      <w:r>
        <w:t>34105 Servicios asistenciales 131.056,66 0,00 131.056,66</w:t>
      </w:r>
    </w:p>
    <w:p>
      <w:r>
        <w:t>34106 Servicios asistenciales 83.862,36 0,00 83.862,36</w:t>
      </w:r>
    </w:p>
    <w:p>
      <w:r>
        <w:t>34107 Servicios asistenciales 747.686,01 0,00 747.686,01</w:t>
      </w:r>
    </w:p>
    <w:p>
      <w:r>
        <w:t>34108 Servicios asistenciales 112.720,73 0,00 112.720,73</w:t>
      </w:r>
    </w:p>
    <w:p>
      <w:r>
        <w:t>34110 Servicios asistenciales 446.272,74 0,00 446.272,74</w:t>
      </w:r>
    </w:p>
    <w:p>
      <w:r>
        <w:t>34111 Servicios asistenciales 198.993,95 0,00 198.993,95</w:t>
      </w:r>
    </w:p>
    <w:p>
      <w:r>
        <w:t>34112 Servicios asistenciales 244.352,87 0,00 244.352,87</w:t>
      </w:r>
    </w:p>
    <w:p>
      <w:r>
        <w:t>34114 Servicios asistenciales 81.404,93 0,00 81.404,93</w:t>
      </w:r>
    </w:p>
    <w:p>
      <w:r>
        <w:t>34116 Servicios asistenciales 45.181,20 0,00 45.181,20</w:t>
      </w:r>
    </w:p>
    <w:p>
      <w:r>
        <w:t>34117 Servicios asistenciales 72.141,67 0,00 72.141,67</w:t>
      </w:r>
    </w:p>
    <w:p>
      <w:r>
        <w:t>34118 Servicios asistenciales 269.002,14 0,00 269.002,14</w:t>
      </w:r>
    </w:p>
    <w:p>
      <w:r>
        <w:t>34119 Servicios asistenciales 24.849,90 0,00 24.849,90</w:t>
      </w:r>
    </w:p>
    <w:p>
      <w:r>
        <w:t>34120 Servicios asistenciales 107.254,07 0,00 107.254,07</w:t>
      </w:r>
    </w:p>
    <w:p>
      <w:r>
        <w:t>34122 Servicios asistenciales 36.129,93 0,00 36.129,93</w:t>
      </w:r>
    </w:p>
    <w:p>
      <w:r>
        <w:t>34123 Servicios asistenciales 92.844,25 0,00 92.844,25</w:t>
      </w:r>
    </w:p>
    <w:p>
      <w:r>
        <w:t>34124 Servicios asistenciales 66.845,31 0,00 66.845,31</w:t>
      </w:r>
    </w:p>
    <w:p>
      <w:r>
        <w:t>34125 Servicios asistenciales 54.066,78 0,00 54.066,78</w:t>
      </w:r>
    </w:p>
    <w:p>
      <w:r>
        <w:t>34126 Servicios asistenciales 78.113,53 0,00 78.113,53</w:t>
      </w:r>
    </w:p>
    <w:p>
      <w:r>
        <w:t>34127 Servicios asistenciales 35.996,99 0,00 35.996,99</w:t>
      </w:r>
    </w:p>
    <w:p>
      <w:r>
        <w:t>34130 Servicios asistenciales 139.554,93 0,00 139.554,93</w:t>
      </w:r>
    </w:p>
    <w:p>
      <w:r>
        <w:t>34132 Servicios asistenciales 29.037,92 0,00 29.037,92</w:t>
      </w:r>
    </w:p>
    <w:p>
      <w:r>
        <w:t>34133 57.810,58 0,00 57.810,58</w:t>
      </w:r>
    </w:p>
    <w:p>
      <w:r>
        <w:t>34134 28.752,12 0,00 28.752,12</w:t>
      </w:r>
    </w:p>
    <w:p>
      <w:r>
        <w:t>34135 74.774,24 0,00 74.774,24</w:t>
      </w:r>
    </w:p>
    <w:p>
      <w:r>
        <w:t>38900 Otros reintegros de operaciones corrientes. 19.362,50 0,00 19.362,50</w:t>
      </w:r>
    </w:p>
    <w:p>
      <w:r>
        <w:t>38901 Otros reintegros de operaciones corrientes. 286.787,07 0,00 286.787,07</w:t>
      </w:r>
    </w:p>
    <w:p>
      <w:r>
        <w:t>38903 Otros reintegros de operaciones corrientes. 68,00 0,00 68,00</w:t>
      </w:r>
    </w:p>
    <w:p>
      <w:r>
        <w:t>39190 Otras multas y sanciones. 12.689,26 0,00 12.689,26</w:t>
      </w:r>
    </w:p>
    <w:p>
      <w:r>
        <w:t>39901 Recursos eventuales. 1.631,13 0,00 1.631,13</w:t>
      </w:r>
    </w:p>
    <w:p>
      <w:r>
        <w:t>39904 Ingresos por notificaciones de multas. 10,00 0,00 10,00</w:t>
      </w:r>
    </w:p>
    <w:p>
      <w:r>
        <w:t>Página 1de 2 18 de Junio del 2025</w:t>
      </w:r>
    </w:p>
    <w:p>
      <w:r>
        <w:t>136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931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RECAUDACIÓN TOTAL DEVOLUCIONES DE RECAUDACIÓN NETA</w:t>
      </w:r>
    </w:p>
    <w:p>
      <w:r>
        <w:t>INGRESO</w:t>
      </w:r>
    </w:p>
    <w:p>
      <w:r>
        <w:t>40002 Transferencias para Gastos de Personal. 21.936.149,19 0,00 21.936.149,19</w:t>
      </w:r>
    </w:p>
    <w:p>
      <w:r>
        <w:t>40003 De la Administración General de la Entidad Local 12.189.798,15 0,00 12.189.798,15</w:t>
      </w:r>
    </w:p>
    <w:p>
      <w:r>
        <w:t>45001 Otras transferencias incondicionadas. 18.322,21 0,00 18.322,21</w:t>
      </w:r>
    </w:p>
    <w:p>
      <w:r>
        <w:t>52000 Intereses de depósitos. 253.822,30 0,00 253.822,30</w:t>
      </w:r>
    </w:p>
    <w:p>
      <w:r>
        <w:t>70000 Transferencias de Capital. 6.757.779,10 6.757.779,10 0,00</w:t>
      </w:r>
    </w:p>
    <w:p>
      <w:r>
        <w:t>83000 Reintegros préstamos fuera sector público a c.p. 3.188,00 0,00 3.188,00</w:t>
      </w:r>
    </w:p>
    <w:p>
      <w:r>
        <w:t>83002 Reintegros de préstamos de fuera del sector públic 9.116,00 0,00 9.116,00</w:t>
      </w:r>
    </w:p>
    <w:p>
      <w:r>
        <w:t>TOTAL 47.865.714,14 6.757.779,10 41.107.935,04</w:t>
      </w:r>
    </w:p>
    <w:p>
      <w:r>
        <w:t>Página 2de 2 18 de Junio del 2025</w:t>
      </w:r>
    </w:p>
    <w:p>
      <w:r>
        <w:t>137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DEVOLUCIONES DE INGRESO</w:t>
      </w:r>
    </w:p>
    <w:p>
      <w:r>
        <w:t>Periodo: 2024</w:t>
      </w:r>
    </w:p>
    <w:p>
      <w:r>
        <w:t>APLICACIÓN DESCRIPCIÓN PENDIENTES DE MODIFICACIONES RECONOCIDAS TOTAL PRESCRIPCIONES PAGADAS EN EL PENDIENTES DE</w:t>
      </w:r>
    </w:p>
    <w:p>
      <w:r>
        <w:t>PRESUPUESTARIA PAGO A 1 DE SALDO INICIAL Y EN EL EJERCICIO DEVOLUCIONES EJERCICIO PAGO A 31 DE</w:t>
      </w:r>
    </w:p>
    <w:p>
      <w:r>
        <w:t>ENERO ANULACIONES RECONOCIDAS DICIEMBRE</w:t>
      </w:r>
    </w:p>
    <w:p>
      <w:r>
        <w:t>70000 Transferencias de Capital. 0,00 0,00 6.757.779,10 6.757.779,10 0,00 6.757.779,10 0,00</w:t>
      </w:r>
    </w:p>
    <w:p>
      <w:r>
        <w:t>TOTAL 0,00 0,00 6.757.779,10 6.757.779,10 0,00 6.757.779,10 0,00</w:t>
      </w:r>
    </w:p>
    <w:p>
      <w:r>
        <w:t>Página 1de 1 18 de Junio del 2025</w:t>
      </w:r>
    </w:p>
    <w:p>
      <w:r>
        <w:t>138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COMPROMISOS DE INGRESO</w:t>
      </w:r>
    </w:p>
    <w:p>
      <w:r>
        <w:t>Periodo: 2024</w:t>
      </w:r>
    </w:p>
    <w:p>
      <w:r>
        <w:t>APLICACIÓN PRESUPUESTARIA DESCRIPCIÓN COMPROMISOS CONCERTADOS COMPROMISOS COMPROMISOS</w:t>
      </w:r>
    </w:p>
    <w:p>
      <w:r>
        <w:t>REALIZADOS PENDIENTES DE</w:t>
      </w:r>
    </w:p>
    <w:p>
      <w:r>
        <w:t>INCORPORADOS DE EN EL EJERCICIO TOTAL</w:t>
      </w:r>
    </w:p>
    <w:p>
      <w:r>
        <w:t>REALIZAR A 31 DE</w:t>
      </w:r>
    </w:p>
    <w:p>
      <w:r>
        <w:t>PRESUPUESTOS</w:t>
      </w:r>
    </w:p>
    <w:p>
      <w:r>
        <w:t>DICIEMBRE</w:t>
      </w:r>
    </w:p>
    <w:p>
      <w:r>
        <w:t>CERRADOS</w:t>
      </w:r>
    </w:p>
    <w:p>
      <w:r>
        <w:t>TOTAL 0,00 0,00</w:t>
      </w:r>
    </w:p>
    <w:p>
      <w:r>
        <w:t>Página 1de 1 18 de Junio del 2025</w:t>
      </w:r>
    </w:p>
    <w:p>
      <w:r>
        <w:t>139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24.2) Ejercicios cerrados</w:t>
      </w:r>
    </w:p>
    <w:p>
      <w:r>
        <w:t>140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OBLIGACIONES DE PRESUPUESTOS CERRADOS</w:t>
      </w:r>
    </w:p>
    <w:p>
      <w:r>
        <w:t>Periodo: 2024</w:t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1999</w:t>
      </w:r>
    </w:p>
    <w:p>
      <w:r>
        <w:t>1999 - 00 / 312 / 22200 Telefónicas Gerencia 15,39 0,00 15,39 0,00 0,00 15,39</w:t>
      </w:r>
    </w:p>
    <w:p>
      <w:r>
        <w:t>1999 - 10 / 312 / 22106 Productos farmacéuticos 48.119,83 0,00 48.119,83 0,00 0,00 48.119,83</w:t>
      </w:r>
    </w:p>
    <w:p>
      <w:r>
        <w:t>1999 - 91 / 231 / 16000 Seguridad Social Pers. L. Taliarte 2.662,24 0,00 2.662,24 0,00 0,00 2.662,24</w:t>
      </w:r>
    </w:p>
    <w:p>
      <w:r>
        <w:t>1999 - 91 / 232 / 13000 Retribuciones Básicas P.L. Taliarte 5.222,19 0,00 5.222,19 0,00 0,00 5.222,19</w:t>
      </w:r>
    </w:p>
    <w:p>
      <w:r>
        <w:t>Total 1999 56.019,65 0,00 56.019,65 0,00 0,00 56.019,65</w:t>
      </w:r>
    </w:p>
    <w:p>
      <w:r>
        <w:t>Ejercicio: 2000</w:t>
      </w:r>
    </w:p>
    <w:p>
      <w:r>
        <w:t>2000 - 00 / 312 / 22200 Telefónicas Gerencia 290,75 0,00 290,75 0,00 0,00 290,75</w:t>
      </w:r>
    </w:p>
    <w:p>
      <w:r>
        <w:t>2000 - 10 / 312 / 22000 Material de oficina Cdtos. Reconocidos 375,60 0,00 375,60 0,00 0,00 375,60</w:t>
      </w:r>
    </w:p>
    <w:p>
      <w:r>
        <w:t>2000 - 10 / 312 / 22106 Productos farmacéuticos 110.662,93 0,00 110.662,93 0,00 0,00 110.662,93</w:t>
      </w:r>
    </w:p>
    <w:p>
      <w:r>
        <w:t>2000 - 30 / 312 / 21500 Mobiliario y enseres H.Psiquiátrico 173,15 0,00 173,15 0,00 0,00 173,15</w:t>
      </w:r>
    </w:p>
    <w:p>
      <w:r>
        <w:t>Total 2000 111.502,43 0,00 111.502,43 0,00 0,00 111.502,43</w:t>
      </w:r>
    </w:p>
    <w:p>
      <w:r>
        <w:t>Ejercicio: 2001</w:t>
      </w:r>
    </w:p>
    <w:p>
      <w:r>
        <w:t>2001 - 10 / 232 / 22106 Productos farmacéuticos 89.965,88 0,00 89.965,88 0,00 0,00 89.965,88</w:t>
      </w:r>
    </w:p>
    <w:p>
      <w:r>
        <w:t>2001 - 40 / 232 / 23100 Locomocines del personal H. San Martín 80,93 0,00 80,93 0,00 0,00 80,93</w:t>
      </w:r>
    </w:p>
    <w:p>
      <w:r>
        <w:t>Total 2001 90.046,81 0,00 90.046,81 0,00 0,00 90.046,81</w:t>
      </w:r>
    </w:p>
    <w:p>
      <w:r>
        <w:t>Ejercicio: 2002</w:t>
      </w:r>
    </w:p>
    <w:p>
      <w:r>
        <w:t>2002 - 10 / 232 / 22106 Productos farmacéuticos 60.884,65 0,00 60.884,65 0,00 0,00 60.884,65</w:t>
      </w:r>
    </w:p>
    <w:p>
      <w:r>
        <w:t>2002 - 10 / 232 / 22400 Primas de seguros 159,45 0,00 159,45 0,00 0,00 159,45</w:t>
      </w:r>
    </w:p>
    <w:p>
      <w:r>
        <w:t>2002 - 60 / 232 / 20200 Edificios y otras construcciones Pisos Asistidos 85,86 0,00 85,86 0,00 0,00 85,86</w:t>
      </w:r>
    </w:p>
    <w:p>
      <w:r>
        <w:t>Total 2002 61.129,96 0,00 61.129,96 0,00 0,00 61.129,96</w:t>
      </w:r>
    </w:p>
    <w:p>
      <w:r>
        <w:t>Ejercicio: 2003</w:t>
      </w:r>
    </w:p>
    <w:p>
      <w:r>
        <w:t>2003 - 30 / 232 / 21200 Edific. y otras construcc. H.Psiquiátrico 1,00 0,00 1,00 0,00 0,00 1,00</w:t>
      </w:r>
    </w:p>
    <w:p>
      <w:r>
        <w:t>2003 - 30 / 232 / 21400 Material de transporte H.Psiquiátrico 46,93 0,00 46,93 0,00 0,00 46,93</w:t>
      </w:r>
    </w:p>
    <w:p>
      <w:r>
        <w:t>2003 - 30 / 232 / 22000 Material de oficina H. Psiquiátrico 152,00 0,00 152,00 0,00 0,00 152,00</w:t>
      </w:r>
    </w:p>
    <w:p>
      <w:r>
        <w:t>2003 - 30 / 232 / 22200 Comunicaciones telefónicas H. Psiquiátrico 165,00 0,00 165,00 0,00 0,00 165,00</w:t>
      </w:r>
    </w:p>
    <w:p>
      <w:r>
        <w:t>2003 - 30 / 232 / 22299 Comunicaciones varias H. Psiquiátrico 5,46 0,00 5,46 0,00 0,00 5,46</w:t>
      </w:r>
    </w:p>
    <w:p>
      <w:r>
        <w:t>2003 - 30 / 232 / 23100 Locomociones personal H. Psiquiátrico 22,10 0,00 22,10 0,00 0,00 22,10</w:t>
      </w:r>
    </w:p>
    <w:p>
      <w:r>
        <w:t>Total 2003 392,49 0,00 392,49 0,00 0,00 392,49</w:t>
      </w:r>
    </w:p>
    <w:p>
      <w:r>
        <w:t>Ejercicio: 2004</w:t>
      </w:r>
    </w:p>
    <w:p>
      <w:r>
        <w:t>2004 - 00 / 232 / 23000 Dietas del Personal Gerencia 18,33 0,00 18,33 0,00 0,00 18,33</w:t>
      </w:r>
    </w:p>
    <w:p>
      <w:r>
        <w:t>2004 - 00 / 232 / 23100 Locomociones Personal Gerencia 17,00 0,00 17,00 0,00 0,00 17,00</w:t>
      </w:r>
    </w:p>
    <w:p>
      <w:r>
        <w:t>2004 - 10 / 231 / 16210 Formación y perfeccion. Ayudas al Personal 360,00 0,00 360,00 0,00 0,00 360,00</w:t>
      </w:r>
    </w:p>
    <w:p>
      <w:r>
        <w:t>2004 - 60 / 232 / 22199 Otros sumin. Laborterapia C. Día H. Militar 76,50 0,00 76,50 0,00 0,00 76,50</w:t>
      </w:r>
    </w:p>
    <w:p>
      <w:r>
        <w:t>Total 2004 471,83 0,00 471,83 0,00 0,00 471,83</w:t>
      </w:r>
    </w:p>
    <w:p>
      <w:r>
        <w:t>Página 1de 6 18 de Junio del 2025</w:t>
      </w:r>
    </w:p>
    <w:p>
      <w:r>
        <w:t>141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2005</w:t>
      </w:r>
    </w:p>
    <w:p>
      <w:r>
        <w:t>2005 - 05710 / 232 / 16210 Formación y perfeccion. Ayudas al Personal 120,00 0,00 120,00 0,00 0,00 120,00</w:t>
      </w:r>
    </w:p>
    <w:p>
      <w:r>
        <w:t>2005 - 05710 / 232 / 22106 Productos farmacéuticos 1.948,61 0,00 1.948,61 0,00 0,00 1.948,61</w:t>
      </w:r>
    </w:p>
    <w:p>
      <w:r>
        <w:t>2005 - 05792 / 232 / 23000 Dietas del personal CAMP El Lasso 291,13 0,00 291,13 0,00 0,00 291,13</w:t>
      </w:r>
    </w:p>
    <w:p>
      <w:r>
        <w:t>2005 - 05792 / 232 / 23100 Locomociones del personal CAMP El Lasso 141,25 0,00 141,25 0,00 0,00 141,25</w:t>
      </w:r>
    </w:p>
    <w:p>
      <w:r>
        <w:t>Total 2005 2.500,99 0,00 2.500,99 0,00 0,00 2.500,99</w:t>
      </w:r>
    </w:p>
    <w:p>
      <w:r>
        <w:t>Ejercicio: 2006</w:t>
      </w:r>
    </w:p>
    <w:p>
      <w:r>
        <w:t>2006 - 05710 / 232 / 22106 Productos farmacéuticos 24.196,90 0,00 24.196,90 0,00 0,00 24.196,90</w:t>
      </w:r>
    </w:p>
    <w:p>
      <w:r>
        <w:t>Total 2006 24.196,90 0,00 24.196,90 0,00 0,00 24.196,90</w:t>
      </w:r>
    </w:p>
    <w:p>
      <w:r>
        <w:t>Ejercicio: 2007</w:t>
      </w:r>
    </w:p>
    <w:p>
      <w:r>
        <w:t>2007 - 05710 / 232 / 22106 Productos farmacéuticos 14.098,96 0,00 14.098,96 0,00 0,00 14.098,96</w:t>
      </w:r>
    </w:p>
    <w:p>
      <w:r>
        <w:t>Total 2007 14.098,96 0,00 14.098,96 0,00 0,00 14.098,96</w:t>
      </w:r>
    </w:p>
    <w:p>
      <w:r>
        <w:t>Ejercicio: 2009</w:t>
      </w:r>
    </w:p>
    <w:p>
      <w:r>
        <w:t>2009 - 05710 / 232 / 23300 Dietas Miembros Consejo Rector 186,00 0,00 186,00 0,00 0,00 186,00</w:t>
      </w:r>
    </w:p>
    <w:p>
      <w:r>
        <w:t>Total 2009 186,00 0,00 186,00 0,00 0,00 186,00</w:t>
      </w:r>
    </w:p>
    <w:p>
      <w:r>
        <w:t>Ejercicio: 2014</w:t>
      </w:r>
    </w:p>
    <w:p>
      <w:r>
        <w:t>2014 - 09170 / 233 / 21300 Maquinaria, Instalaciones Tecnicas Y Utillaje. 0,01 0,00 0,01 0,00 0,00 0,01</w:t>
      </w:r>
    </w:p>
    <w:p>
      <w:r>
        <w:t>Total 2014 0,01 0,00 0,01 0,00 0,00 0,01</w:t>
      </w:r>
    </w:p>
    <w:p>
      <w:r>
        <w:t>Ejercicio: 2015</w:t>
      </w:r>
    </w:p>
    <w:p>
      <w:r>
        <w:t>2015 - 09770 / 231 / 25000 Con. Mayores Ayto. Moya Plazas Depend. 24.190,16 0,00 24.190,16 0,00 0,00 24.190,16</w:t>
      </w:r>
    </w:p>
    <w:p>
      <w:r>
        <w:t>Total 2015 24.190,16 0,00 24.190,16 0,00 0,00 24.190,16</w:t>
      </w:r>
    </w:p>
    <w:p>
      <w:r>
        <w:t>Ejercicio: 2017</w:t>
      </w:r>
    </w:p>
    <w:p>
      <w:r>
        <w:t>2017 - 09720 / 231 / 22106 Productos Farmaceuticos Y Material Sanitario. 2.504,98 0,00 2.504,98 0,00 0,00 2.504,98</w:t>
      </w:r>
    </w:p>
    <w:p>
      <w:r>
        <w:t>2017 - 09730 / 231 / 63200 Edificios Y Otras Construcciones. 1.741,18 0,00 1.741,18 0,00 0,00 1.741,18</w:t>
      </w:r>
    </w:p>
    <w:p>
      <w:r>
        <w:t>Total 2017 4.246,16 0,00 4.246,16 0,00 0,00 4.246,16</w:t>
      </w:r>
    </w:p>
    <w:p>
      <w:r>
        <w:t>Ejercicio: 2022</w:t>
      </w:r>
    </w:p>
    <w:p>
      <w:r>
        <w:t>2022 - 09710 / 231 / 16008 Asistencia Medico-farmaceutica. 0,00 0,00 0,00 0,00 0,00 0,00</w:t>
      </w:r>
    </w:p>
    <w:p>
      <w:r>
        <w:t>2022 - 09710 / 231 / 48000 A Asoc. Convocatoria Subvenciones-GC Accesible 0,00 0,00 0,00 0,00 0,00 0,00</w:t>
      </w:r>
    </w:p>
    <w:p>
      <w:r>
        <w:t>2022 - 09710 / 231 / 76200 A Ayto. Guía.Res.Mayores - Plan Infraestructuras 0,00 0,00 0,00 0,00 0,00 0,00</w:t>
      </w:r>
    </w:p>
    <w:p>
      <w:r>
        <w:t>2022 - 09710 / 231 / 76200 A Ayto. Guía.Res.Mayores - Plan Infraestructuras 0,00 0,00 0,00 0,00 0,00 0,00</w:t>
      </w:r>
    </w:p>
    <w:p>
      <w:r>
        <w:t>2022 - 09710 / 231 / 76200 A Ayto. Guía.Res.Mayores - Plan Infraestructuras 0,00 0,00 0,00 0,00 0,00 0,00</w:t>
      </w:r>
    </w:p>
    <w:p>
      <w:r>
        <w:t>2022 - 09710 / 231 / 76200 A Ayto. Guía.Res.Mayores - Plan Infraestructuras 0,00 0,00 0,00 0,00 0,00 0,00</w:t>
      </w:r>
    </w:p>
    <w:p>
      <w:r>
        <w:t>2022 - 09710 / 231 / 76200 A Ayto. Valleseco "Obras reparación" 0,00 0,00 0,00 0,00 0,00 0,00</w:t>
      </w:r>
    </w:p>
    <w:p>
      <w:r>
        <w:t>2022 - 09710 / 231 / 76200 A Ayto. Ingenio "Obras reparación" 0,00 0,00 0,00 0,00 0,00 0,00</w:t>
      </w:r>
    </w:p>
    <w:p>
      <w:r>
        <w:t>2022 - 09710 / 231 / 76200 A Ayto. San Bartolomé de Tirajana "Obras reparación" 0,00 0,00 0,00 0,00 0,00 0,00</w:t>
      </w:r>
    </w:p>
    <w:p>
      <w:r>
        <w:t>2022 - 09710 / 231 / 76200 A Ayto. Santa Brigida "Obras reparación" 0,00 0,00 0,00 0,00 0,00 0,00</w:t>
      </w:r>
    </w:p>
    <w:p>
      <w:r>
        <w:t>2022 - 09710 / 231 / 76200 A Ayto. San Mateo "Obras reparación" 0,00 0,00 0,00 0,00 0,00 0,00</w:t>
      </w:r>
    </w:p>
    <w:p>
      <w:r>
        <w:t>Total 2022 0,00 0,00 0,00 0,00 0,00 0,00</w:t>
      </w:r>
    </w:p>
    <w:p>
      <w:r>
        <w:t>Ejercicio: 2023</w:t>
      </w:r>
    </w:p>
    <w:p>
      <w:r>
        <w:t>2023 - 09701 / 231 / 16000 Seguridad Social. 75.063,54 0,00 75.063,54 0,00 75.063,54 0,00</w:t>
      </w:r>
    </w:p>
    <w:p>
      <w:r>
        <w:t>2023 - 09701 / 231 / 16000 Seguridad Social. Convenio CCAA PIA 649,14 0,00 649,14 0,00 649,14 0,00</w:t>
      </w:r>
    </w:p>
    <w:p>
      <w:r>
        <w:t>2023 - 09701 / 231 / 21300 Maquinaria, Instalaciones Tecnicas Y Utillaje. 150,00 0,00 150,00 0,00 150,00 0,00</w:t>
      </w:r>
    </w:p>
    <w:p>
      <w:r>
        <w:t>2023 - 09701 / 231 / 22001 Prensa, Revistas, Libros Y Otras Publicaciones. 2.325,53 0,00 2.325,53 0,00 2.325,53 0,00</w:t>
      </w:r>
    </w:p>
    <w:p>
      <w:r>
        <w:t>2023 - 09701 / 231 / 22002 Material Informatico No Inventariable. 513,60 0,00 513,60 0,00 513,60 0,00</w:t>
      </w:r>
    </w:p>
    <w:p>
      <w:r>
        <w:t>2023 - 09701 / 231 / 22700 Limpieza Y Aseo. 11.367,68 0,00 11.367,68 0,00 11.367,68 0,00</w:t>
      </w:r>
    </w:p>
    <w:p>
      <w:r>
        <w:t>Página 2de 6 18 de Junio del 2025</w:t>
      </w:r>
    </w:p>
    <w:p>
      <w:r>
        <w:t>142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2023</w:t>
      </w:r>
    </w:p>
    <w:p>
      <w:r>
        <w:t>2023 - 09701 / 231 / 23300 Otras Indemniz. De Los Miembros De Los Org. Gobier 287,94 0,00 287,94 0,00 287,94 0,00</w:t>
      </w:r>
    </w:p>
    <w:p>
      <w:r>
        <w:t>2023 - 09701 / 231 / 64001 Honorarios y Proyectos Técnicos. Plan Infraestructuras 14.719,65 0,00 14.719,65 0,00 14.719,65 0,00</w:t>
      </w:r>
    </w:p>
    <w:p>
      <w:r>
        <w:t>2023 - 09701 / 231 / 64001 Honorarios y Proyectos Técnicos. Plan Infraestructuras 45.921,12 0,00 45.921,12 0,00 45.921,12 0,00</w:t>
      </w:r>
    </w:p>
    <w:p>
      <w:r>
        <w:t>2023 - 09710 / 231 / 16008 Asistencia Medico-farmaceutica. 0,00 0,00 0,00 0,00 0,00 0,00</w:t>
      </w:r>
    </w:p>
    <w:p>
      <w:r>
        <w:t>2023 - 09710 / 231 / 16104 Indemnizaciones Al Personal Lab. Jubilacion Antici 6.673,54 0,00 6.673,54 0,00 6.673,54 0,00</w:t>
      </w:r>
    </w:p>
    <w:p>
      <w:r>
        <w:t>2023 - 09710 / 231 / 16210 Formacion Y Perfeccionamiento Del Personal Lab. 452,50 0,00 452,50 0,00 452,50 0,00</w:t>
      </w:r>
    </w:p>
    <w:p>
      <w:r>
        <w:t>2023 - 09710 / 231 / 16214 Accion Social Per.laboral 25.167,37 0,00 25.167,37 0,00 25.167,37 0,00</w:t>
      </w:r>
    </w:p>
    <w:p>
      <w:r>
        <w:t>2023 - 09710 / 231 / 20600 Arrendamientos de Equipos Proc.Información 387,90 0,00 387,90 0,00 387,90 0,00</w:t>
      </w:r>
    </w:p>
    <w:p>
      <w:r>
        <w:t>2023 - 09710 / 231 / 21600 Equipos Para Procesos De Informacion 5.921,73 0,00 5.921,73 0,00 5.921,73 0,00</w:t>
      </w:r>
    </w:p>
    <w:p>
      <w:r>
        <w:t>2023 - 09710 / 231 / 22000 Ordinario No Inventariable. 11,79 0,00 11,79 0,00 11,79 0,00</w:t>
      </w:r>
    </w:p>
    <w:p>
      <w:r>
        <w:t>2023 - 09710 / 231 / 22103 Combustibles Y Carburantes. 800,92 0,00 800,92 0,00 800,92 0,00</w:t>
      </w:r>
    </w:p>
    <w:p>
      <w:r>
        <w:t>2023 - 09710 / 231 / 22106 Productos Farmaceuticos Y Material Sanitario. 159.314,60 0,00 159.314,60 0,00 159.314,60 0,00</w:t>
      </w:r>
    </w:p>
    <w:p>
      <w:r>
        <w:t>2023 - 09710 / 231 / 22200 Servicio de Telecomunicaciones 5.350,89 0,00 5.350,89 0,00 5.350,89 0,00</w:t>
      </w:r>
    </w:p>
    <w:p>
      <w:r>
        <w:t>2023 - 09710 / 231 / 22400 Primas De Seguros. 2.460,67 0,00 2.460,67 0,00 2.460,67 0,00</w:t>
      </w:r>
    </w:p>
    <w:p>
      <w:r>
        <w:t>2023 - 09710 / 231 / 22502 Tributos De Las Entidades Locales. 682,00 0,00 682,00 0,00 682,00 0,00</w:t>
      </w:r>
    </w:p>
    <w:p>
      <w:r>
        <w:t>2023 - 09710 / 231 / 22602 Acciones Básicas Gran Canaria Accesible 17.229,14 0,00 17.229,14 0,00 17.229,14 0,00</w:t>
      </w:r>
    </w:p>
    <w:p>
      <w:r>
        <w:t>2023 - 09710 / 231 / 22604 Juridicos, Contenciosos. 5.854,38 0,00 5.854,38 0,00 5.854,38 0,00</w:t>
      </w:r>
    </w:p>
    <w:p>
      <w:r>
        <w:t>2023 - 09710 / 231 / 22606 Reuniones, Conferencias Y Cursos. 3.416,49 0,00 3.416,49 0,00 3.416,49 0,00</w:t>
      </w:r>
    </w:p>
    <w:p>
      <w:r>
        <w:t>2023 - 09710 / 231 / 22706 Estudios y trabajos técnicos 15.599,55 0,00 15.599,55 0,00 15.599,55 0,00</w:t>
      </w:r>
    </w:p>
    <w:p>
      <w:r>
        <w:t>2023 - 09710 / 231 / 22706 Estudios y trabajos técnicos G.C. Accesible 1.111,20 0,00 1.111,20 0,00 1.111,20 0,00</w:t>
      </w:r>
    </w:p>
    <w:p>
      <w:r>
        <w:t>2023 - 09710 / 231 / 22799 Otros Trabajos Realizados Por Otras Empresas Y Pro 2.237,26 0,00 2.237,26 0,00 2.237,26 0,00</w:t>
      </w:r>
    </w:p>
    <w:p>
      <w:r>
        <w:t>2023 - 09710 / 231 / 46200 A Ayto. Artenara Transp. Centro Ocupacional 0,00 0,00 0,00 0,00 0,00 0,00</w:t>
      </w:r>
    </w:p>
    <w:p>
      <w:r>
        <w:t>2023 - 09710 / 231 / 46200 A Ayto. Ingenio Proy. Ingenio Colour Festival-GC Accesible 0,00 0,00 0,00 0,00 0,00 0,00</w:t>
      </w:r>
    </w:p>
    <w:p>
      <w:r>
        <w:t>2023 - 09710 / 231 / 46200 A Ayto. de Valsequillo Proy. Aula del Mayor 0,00 0,00 0,00 0,00 0,00 0,00</w:t>
      </w:r>
    </w:p>
    <w:p>
      <w:r>
        <w:t>2023 - 09710 / 231 / 46200 A Aytos. Convocatoria Subvenciones-GC Accesible 21.804,23 0,00 21.804,23 0,00 21.804,23 0,00</w:t>
      </w:r>
    </w:p>
    <w:p>
      <w:r>
        <w:t>2023 - 09710 / 231 / 47900 A Gran Canaria Maratón "Carrera 3 K-GC Accesible" 0,00 0,00 0,00 0,00 0,00 0,00</w:t>
      </w:r>
    </w:p>
    <w:p>
      <w:r>
        <w:t>2023 - 09710 / 231 / 48000 A Asoc. Minusv. Econy Club Deportivo-GC Accesible 0,00 0,00 0,00 0,00 0,00 0,00</w:t>
      </w:r>
    </w:p>
    <w:p>
      <w:r>
        <w:t>2023 - 09710 / 231 / 48000 A Hermanitas Ancianos Desamp. Mto. Residencia 0,00 0,00 0,00 0,00 0,00 0,00</w:t>
      </w:r>
    </w:p>
    <w:p>
      <w:r>
        <w:t>2023 - 09710 / 231 / 48000 A Hermanitas Ancianos Desamparados. Personal 0,00 0,00 0,00 0,00 0,00 0,00</w:t>
      </w:r>
    </w:p>
    <w:p>
      <w:r>
        <w:t>2023 - 09710 / 231 / 48000 A Fundación Lidia García-GC Accesible 0,00 0,00 0,00 0,00 0,00 0,00</w:t>
      </w:r>
    </w:p>
    <w:p>
      <w:r>
        <w:t>2023 - 09710 / 231 / 48000 A Fundación de Personas con Sordera FUNCASOR-GC 0,00 0,00 0,00 0,00 0,00 0,00</w:t>
      </w:r>
    </w:p>
    <w:p>
      <w:r>
        <w:t>Accesible</w:t>
      </w:r>
    </w:p>
    <w:p>
      <w:r>
        <w:t>2023 - 09710 / 231 / 64100 Gastos en Aplicaciones Informáticas 4.235,40 0,00 4.235,40 0,00 4.235,40 0,00</w:t>
      </w:r>
    </w:p>
    <w:p>
      <w:r>
        <w:t>2023 - 09710 / 231 / 76200 A Ayto. La Aldea "Obras reparación" 65.000,00 0,00 65.000,00 0,00 65.000,00 0,00</w:t>
      </w:r>
    </w:p>
    <w:p>
      <w:r>
        <w:t>2023 - 09720 / 231 / 16000 Seguridad Social. 236.467,64 0,00 236.467,64 0,00 236.467,64 0,00</w:t>
      </w:r>
    </w:p>
    <w:p>
      <w:r>
        <w:t>2023 - 09720 / 231 / 21200 Edificios Y Otras Construcciones. 29.582,24 0,00 29.582,24 0,00 29.582,24 0,00</w:t>
      </w:r>
    </w:p>
    <w:p>
      <w:r>
        <w:t>2023 - 09720 / 231 / 21300 Maquinaria, Instalaciones Tecnicas Y Utillaje. 8.588,26 0,00 8.588,26 0,00 8.588,26 0,00</w:t>
      </w:r>
    </w:p>
    <w:p>
      <w:r>
        <w:t>2023 - 09720 / 231 / 21500 Mobiliario. 3.170,93 0,00 3.170,93 0,00 3.170,93 0,00</w:t>
      </w:r>
    </w:p>
    <w:p>
      <w:r>
        <w:t>2023 - 09720 / 231 / 22000 Ordinario No Inventariable. 90,28 0,00 90,28 0,00 90,28 0,00</w:t>
      </w:r>
    </w:p>
    <w:p>
      <w:r>
        <w:t>2023 - 09720 / 231 / 22100 Energia Electrica. 27.739,77 0,00 27.739,77 0,00 27.739,77 0,00</w:t>
      </w:r>
    </w:p>
    <w:p>
      <w:r>
        <w:t>2023 - 09720 / 231 / 22103 Combustibles Y Carburantes. 9.180,00 0,00 9.180,00 0,00 9.180,00 0,00</w:t>
      </w:r>
    </w:p>
    <w:p>
      <w:r>
        <w:t>2023 - 09720 / 231 / 22104 Vestuario. 4.140,00 0,00 4.140,00 0,00 4.140,00 0,00</w:t>
      </w:r>
    </w:p>
    <w:p>
      <w:r>
        <w:t>2023 - 09720 / 231 / 22105 Productos Alimenticios. 118.413,80 0,00 118.413,80 0,00 118.413,80 0,00</w:t>
      </w:r>
    </w:p>
    <w:p>
      <w:r>
        <w:t>2023 - 09720 / 231 / 22106 Productos Farmaceuticos Y Material Sanitario. 5.122,82 0,00 5.122,82 0,00 4.762,82 360,00</w:t>
      </w:r>
    </w:p>
    <w:p>
      <w:r>
        <w:t>2023 - 09720 / 231 / 22110 Productos De Limpieza Y Aseo. 456,34 0,00 456,34 0,00 456,34 0,00</w:t>
      </w:r>
    </w:p>
    <w:p>
      <w:r>
        <w:t>Página 3de 6 18 de Junio del 2025</w:t>
      </w:r>
    </w:p>
    <w:p>
      <w:r>
        <w:t>143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2023</w:t>
      </w:r>
    </w:p>
    <w:p>
      <w:r>
        <w:t>2023 - 09720 / 231 / 22199 Otros Suministros. 311,37 0,00 311,37 0,00 311,37 0,00</w:t>
      </w:r>
    </w:p>
    <w:p>
      <w:r>
        <w:t>2023 - 09720 / 231 / 22300 Transportes. 28.026,30 0,00 28.026,30 0,00 28.026,30 0,00</w:t>
      </w:r>
    </w:p>
    <w:p>
      <w:r>
        <w:t>2023 - 09720 / 231 / 22700 Limpieza Y Aseo. 210.941,52 0,00 210.941,52 0,00 210.941,52 0,00</w:t>
      </w:r>
    </w:p>
    <w:p>
      <w:r>
        <w:t>2023 - 09720 / 231 / 22701 Seguridad. 36.943,89 0,00 36.943,89 0,00 36.943,89 0,00</w:t>
      </w:r>
    </w:p>
    <w:p>
      <w:r>
        <w:t>2023 - 09720 / 231 / 22799 Otros Trabajos Realizados Por Otras Empresas Y Pro 10.350,32 0,00 10.350,32 0,00 10.350,32 0,00</w:t>
      </w:r>
    </w:p>
    <w:p>
      <w:r>
        <w:t>2023 - 09720 / 231 / 23020 Del Personal No Directivo. 330,84 0,00 330,84 0,00 330,84 0,00</w:t>
      </w:r>
    </w:p>
    <w:p>
      <w:r>
        <w:t>2023 - 09720 / 231 / 23120 Del Personal No Directivo. 142,13 0,00 142,13 0,00 142,13 0,00</w:t>
      </w:r>
    </w:p>
    <w:p>
      <w:r>
        <w:t>2023 - 09720 / 231 / 63303 Reposicion Maquinaria 2.560,08 0,00 2.560,08 0,00 2.560,08 0,00</w:t>
      </w:r>
    </w:p>
    <w:p>
      <w:r>
        <w:t>2023 - 09720 / 231 / 63500 Mobiliario 10.216,31 0,00 10.216,31 0,00 10.216,31 0,00</w:t>
      </w:r>
    </w:p>
    <w:p>
      <w:r>
        <w:t>2023 - 09720 / 231 / 64001 Honorarios y Proyectos Técnicos 9.844,00 0,00 9.844,00 0,00 9.844,00 0,00</w:t>
      </w:r>
    </w:p>
    <w:p>
      <w:r>
        <w:t>2023 - 09730 / 231 / 16000 Seguridad Social. 68.199,90 0,00 68.199,90 0,00 68.199,90 0,00</w:t>
      </w:r>
    </w:p>
    <w:p>
      <w:r>
        <w:t>2023 - 09730 / 231 / 21300 Maquinaria, Instalaciones Tecnicas Y Utillaje. 7.158,32 0,00 7.158,32 0,00 7.158,32 0,00</w:t>
      </w:r>
    </w:p>
    <w:p>
      <w:r>
        <w:t>2023 - 09730 / 231 / 22100 Energia Electrica. 18.972,99 0,00 18.972,99 0,00 18.972,99 0,00</w:t>
      </w:r>
    </w:p>
    <w:p>
      <w:r>
        <w:t>2023 - 09730 / 231 / 22103 Combustibles Y Carburantes. 7.805,30 0,00 7.805,30 0,00 7.805,30 0,00</w:t>
      </w:r>
    </w:p>
    <w:p>
      <w:r>
        <w:t>2023 - 09730 / 231 / 22106 Productos Farmaceuticos Y Material Sanitario. 309,50 0,00 309,50 0,00 309,50 0,00</w:t>
      </w:r>
    </w:p>
    <w:p>
      <w:r>
        <w:t>2023 - 09730 / 231 / 22110 Productos De Limpieza Y Aseo. 3.569,31 0,00 3.569,31 0,00 3.569,31 0,00</w:t>
      </w:r>
    </w:p>
    <w:p>
      <w:r>
        <w:t>2023 - 09730 / 231 / 22300 Transportes. 24,68 0,00 24,68 0,00 24,68 0,00</w:t>
      </w:r>
    </w:p>
    <w:p>
      <w:r>
        <w:t>2023 - 09730 / 231 / 22700 Limpieza Y Aseo. 93.143,92 0,00 93.143,92 0,00 93.143,92 0,00</w:t>
      </w:r>
    </w:p>
    <w:p>
      <w:r>
        <w:t>2023 - 09730 / 231 / 22701 Seguridad. 35.659,89 0,00 35.659,89 0,00 35.659,89 0,00</w:t>
      </w:r>
    </w:p>
    <w:p>
      <w:r>
        <w:t>2023 - 09730 / 231 / 22799 Otros Trabajos Realizados Por Otras Empresas Y Pro 14.692,42 0,00 14.692,42 0,00 14.692,42 0,00</w:t>
      </w:r>
    </w:p>
    <w:p>
      <w:r>
        <w:t>2023 - 09730 / 231 / 63303 Reposicion Maquinaria 2.400,00 0,00 2.400,00 0,00 2.400,00 0,00</w:t>
      </w:r>
    </w:p>
    <w:p>
      <w:r>
        <w:t>2023 - 09770 / 231 / 21300 Maquinaria, Instalaciones Tecnicas Y Utillaje. 14.158,91 0,00 14.158,91 0,00 14.158,91 0,00</w:t>
      </w:r>
    </w:p>
    <w:p>
      <w:r>
        <w:t>2023 - 09770 / 231 / 22100 Energia Electrica. 165.480,55 0,00 165.480,55 0,00 165.480,55 0,00</w:t>
      </w:r>
    </w:p>
    <w:p>
      <w:r>
        <w:t>2023 - 09770 / 231 / 22101 Agua. 2.742,37 0,00 2.742,37 0,00 2.742,37 0,00</w:t>
      </w:r>
    </w:p>
    <w:p>
      <w:r>
        <w:t>2023 - 09770 / 231 / 22199 Otros Suministros. 300,00 0,00 300,00 0,00 300,00 0,00</w:t>
      </w:r>
    </w:p>
    <w:p>
      <w:r>
        <w:t>2023 - 09770 / 231 / 22699 Programa Usuarios Alojamiento Alternativo 153.779,71 0,00 153.779,71 0,00 153.779,71 0,00</w:t>
      </w:r>
    </w:p>
    <w:p>
      <w:r>
        <w:t>2023 - 09770 / 231 / 22799 Otros Trabajos Realizados Por Otras Empresas Y Pro 5.075,09 0,00 5.075,09 0,00 5.075,09 0,00</w:t>
      </w:r>
    </w:p>
    <w:p>
      <w:r>
        <w:t>2023 - 09770 / 231 / 22799 Gestion Ext. Pabellon Norte Taliarte 239.290,55 0,00 239.290,55 0,00 239.290,55 0,00</w:t>
      </w:r>
    </w:p>
    <w:p>
      <w:r>
        <w:t>2023 - 09770 / 231 / 22799 Gestión EXt. Plazas Mayores Diurnas 46 plazas 33.825,00 0,00 33.825,00 0,00 33.825,00 0,00</w:t>
      </w:r>
    </w:p>
    <w:p>
      <w:r>
        <w:t>2023 - 09770 / 231 / 22799 Gestión Ext. Plazas de Pisos y Pensiones Salud M. 26.103,60 0,00 26.103,60 0,00 26.103,60 0,00</w:t>
      </w:r>
    </w:p>
    <w:p>
      <w:r>
        <w:t>2023 - 09770 / 231 / 22799 Gestion Ext. C.s. Arucas 123.261,01 0,00 123.261,01 0,00 123.261,01 0,00</w:t>
      </w:r>
    </w:p>
    <w:p>
      <w:r>
        <w:t>2023 - 09770 / 231 / 22799 Gestion Ext. C.s. Ingenio 65.027,15 0,00 65.027,15 0,00 65.027,15 0,00</w:t>
      </w:r>
    </w:p>
    <w:p>
      <w:r>
        <w:t>2023 - 09770 / 231 / 22799 Gestion Ext. C.s. El Pino 832.087,26 0,00 832.087,26 0,00 832.087,26 0,00</w:t>
      </w:r>
    </w:p>
    <w:p>
      <w:r>
        <w:t>2023 - 09770 / 231 / 22799 Gestion Ext. C.s. San Nicolas De Bari 85.474,52 0,00 85.474,52 0,00 85.474,52 0,00</w:t>
      </w:r>
    </w:p>
    <w:p>
      <w:r>
        <w:t>2023 - 09770 / 231 / 22799 Gestion Ext. C.s. Sta. Brigida 260.179,35 0,00 260.179,35 0,00 260.179,35 0,00</w:t>
      </w:r>
    </w:p>
    <w:p>
      <w:r>
        <w:t>2023 - 09770 / 231 / 22799 Gestion Ext. C.s. Ag¿imes 189.605,34 0,00 189.605,34 0,00 189.605,34 0,00</w:t>
      </w:r>
    </w:p>
    <w:p>
      <w:r>
        <w:t>2023 - 09770 / 231 / 22799 Gestion Ext. C.s. Ag¿imes 94.096,09 0,00 94.096,09 0,00 94.096,09 0,00</w:t>
      </w:r>
    </w:p>
    <w:p>
      <w:r>
        <w:t>2023 - 09770 / 231 / 22799 Gestion Ext. C.s. Vecindario 225.929,00 0,00 225.929,00 0,00 225.929,00 0,00</w:t>
      </w:r>
    </w:p>
    <w:p>
      <w:r>
        <w:t>2023 - 09770 / 231 / 22799 Serv.asist.T¦ Educativa Hosp. Juan Carlos I 36.436,90 0,00 36.436,90 0,00 36.436,90 0,00</w:t>
      </w:r>
    </w:p>
    <w:p>
      <w:r>
        <w:t>2023 - 09770 / 231 / 22799 Gestion Externa CADI De Telde 434.568,98 0,00 434.568,98 0,00 434.568,98 0,00</w:t>
      </w:r>
    </w:p>
    <w:p>
      <w:r>
        <w:t>2023 - 09770 / 231 / 22799 Gestion Externa CADI De Guia 467.041,58 0,00 467.041,58 0,00 467.041,58 0,00</w:t>
      </w:r>
    </w:p>
    <w:p>
      <w:r>
        <w:t>2023 - 09770 / 231 / 22799 Gestion Externa CADI De San Bartolome 458.496,42 0,00 458.496,42 0,00 458.496,42 0,00</w:t>
      </w:r>
    </w:p>
    <w:p>
      <w:r>
        <w:t>2023 - 09770 / 231 / 22799 Cont. Monitores Convenio 20.980,82 0,00 20.980,82 0,00 20.980,82 0,00</w:t>
      </w:r>
    </w:p>
    <w:p>
      <w:r>
        <w:t>2023 - 09770 / 231 / 22799 Gestión Tutelados (SAD) 13.934,56 0,00 13.934,56 0,00 13.934,56 0,00</w:t>
      </w:r>
    </w:p>
    <w:p>
      <w:r>
        <w:t>2023 - 09770 / 231 / 22799 Gestion CRPS De La Mancomunidad Ayunt. Del Norte 7.523,28 0,00 7.523,28 0,00 7.523,28 0,00</w:t>
      </w:r>
    </w:p>
    <w:p>
      <w:r>
        <w:t>Página 4de 6 18 de Junio del 2025</w:t>
      </w:r>
    </w:p>
    <w:p>
      <w:r>
        <w:t>144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2023</w:t>
      </w:r>
    </w:p>
    <w:p>
      <w:r>
        <w:t>2023 - 09770 / 231 / 22799 Gestión CRPS San Bartolomé Tirajana 8.375,40 0,00 8.375,40 0,00 8.375,40 0,00</w:t>
      </w:r>
    </w:p>
    <w:p>
      <w:r>
        <w:t>2023 - 09770 / 231 / 22799 Gestión Sº PAP Salud M. 42.416,98 0,00 42.416,98 0,00 42.416,98 0,00</w:t>
      </w:r>
    </w:p>
    <w:p>
      <w:r>
        <w:t>2023 - 09770 / 231 / 25000 Con. Ayto. San Bartolome de Tir. Plazas Depend. 144.652,54 0,00 144.652,54 0,00 144.652,54 0,00</w:t>
      </w:r>
    </w:p>
    <w:p>
      <w:r>
        <w:t>2023 - 09770 / 231 / 25000 Con. Ayto. San Mateo Plazas Depend. 32.687,21 0,00 32.687,21 0,00 32.687,21 0,00</w:t>
      </w:r>
    </w:p>
    <w:p>
      <w:r>
        <w:t>2023 - 09770 / 231 / 25000 Con. Ayto. Agüimes Plazas Depend. 29.254,66 0,00 29.254,66 0,00 29.254,66 0,00</w:t>
      </w:r>
    </w:p>
    <w:p>
      <w:r>
        <w:t>2023 - 09770 / 231 / 25000 Con. Ayto. Arucas Plazas Depend. 79.032,02 0,00 79.032,02 0,00 79.032,02 0,00</w:t>
      </w:r>
    </w:p>
    <w:p>
      <w:r>
        <w:t>2023 - 09770 / 231 / 25000 Con. Ayto. La Aldea Plazas Depend. 114.398,37 0,00 114.398,37 0,00 114.398,37 0,00</w:t>
      </w:r>
    </w:p>
    <w:p>
      <w:r>
        <w:t>2023 - 09770 / 231 / 25000 Con. Ayto. Moya Plazas Depend. 108.550,92 0,00 108.550,92 0,00 108.550,92 0,00</w:t>
      </w:r>
    </w:p>
    <w:p>
      <w:r>
        <w:t>2023 - 09770 / 231 / 25000 Con. Ayto. Mogán Plazas Depend. 139.843,62 0,00 139.843,62 0,00 139.843,62 0,00</w:t>
      </w:r>
    </w:p>
    <w:p>
      <w:r>
        <w:t>2023 - 09770 / 231 / 25000 Con. Ayto. Valleseco Plazas Depend. 112.211,94 0,00 112.211,94 0,00 112.211,94 0,00</w:t>
      </w:r>
    </w:p>
    <w:p>
      <w:r>
        <w:t>2023 - 09770 / 231 / 25000 Con. Ayto. Sta. Brígida Plazas Depend. 27.559,68 0,00 27.559,68 0,00 27.559,68 0,00</w:t>
      </w:r>
    </w:p>
    <w:p>
      <w:r>
        <w:t>2023 - 09770 / 231 / 25000 Con. Ayto. Firgas Plazas Depend. 27.642,40 0,00 27.642,40 0,00 27.642,40 0,00</w:t>
      </w:r>
    </w:p>
    <w:p>
      <w:r>
        <w:t>2023 - 09770 / 231 / 25000 Con. Ayto. Valsequillo Plazas Depend. 28.074,02 0,00 28.074,02 0,00 28.074,02 0,00</w:t>
      </w:r>
    </w:p>
    <w:p>
      <w:r>
        <w:t>2023 - 09770 / 231 / 25000 Con. Ayto. Teror Plazas Depend. 87.696,23 0,00 87.696,23 0,00 87.696,23 0,00</w:t>
      </w:r>
    </w:p>
    <w:p>
      <w:r>
        <w:t>2023 - 09770 / 231 / 25000 Con. Ayto. Santa Lucia Plazas Depend. 189.751,97 0,00 189.751,97 0,00 189.751,97 0,00</w:t>
      </w:r>
    </w:p>
    <w:p>
      <w:r>
        <w:t>2023 - 09770 / 231 / 25000 Con. Ayto. Galdar Plazas Depend. 478.631,93 0,00 478.631,93 0,00 478.631,93 0,00</w:t>
      </w:r>
    </w:p>
    <w:p>
      <w:r>
        <w:t>2023 - 09770 / 231 / 25000 Con. Ayto. Guia Plazas Depend. 191.539,23 0,00 191.539,23 0,00 191.539,23 0,00</w:t>
      </w:r>
    </w:p>
    <w:p>
      <w:r>
        <w:t>2023 - 09770 / 231 / 25000 Con. Ayto. Ingenio Plazas Depend. 84.443,80 0,00 84.443,80 0,00 84.443,80 0,00</w:t>
      </w:r>
    </w:p>
    <w:p>
      <w:r>
        <w:t>2023 - 09770 / 231 / 25000 Con. Ayto. Telde Plazas Depend. 53.751,40 0,00 53.751,40 0,00 53.751,40 0,00</w:t>
      </w:r>
    </w:p>
    <w:p>
      <w:r>
        <w:t>2023 - 09770 / 231 / 25000 Con. Ayto. Artenara Plazas Depend. 34.773,52 0,00 34.773,52 0,00 34.773,52 0,00</w:t>
      </w:r>
    </w:p>
    <w:p>
      <w:r>
        <w:t>2023 - 09770 / 231 / 26000 Con. Asoc. ADEPSI Plazas Depend. 328.781,41 0,00 328.781,41 0,00 328.781,41 0,00</w:t>
      </w:r>
    </w:p>
    <w:p>
      <w:r>
        <w:t>2023 - 09770 / 231 / 26000 Con. Asoc. AFAES Plazas Depend. 399.525,96 0,00 399.525,96 0,00 399.525,96 0,00</w:t>
      </w:r>
    </w:p>
    <w:p>
      <w:r>
        <w:t>2023 - 09770 / 231 / 26000 Con. Asoc. APADIS Plazas Depend. 61.270,54 0,00 61.270,54 0,00 61.270,54 0,00</w:t>
      </w:r>
    </w:p>
    <w:p>
      <w:r>
        <w:t>2023 - 09770 / 231 / 26000 Con. Asoc. APNALP Plazas Depend. 39.202,60 0,00 39.202,60 0,00 39.202,60 0,00</w:t>
      </w:r>
    </w:p>
    <w:p>
      <w:r>
        <w:t>2023 - 09770 / 231 / 26000 Con. Asoc. APROSU Plazas Depend. 572.794,71 0,00 572.794,71 0,00 572.794,71 0,00</w:t>
      </w:r>
    </w:p>
    <w:p>
      <w:r>
        <w:t>2023 - 09770 / 231 / 26000 Con. Asoc. ASPACE Plazas Depend. 23.542,90 0,00 23.542,90 0,00 23.542,90 0,00</w:t>
      </w:r>
    </w:p>
    <w:p>
      <w:r>
        <w:t>2023 - 09770 / 231 / 26000 Con. Asoc. CIVITAS Plazas Depend. 347.526,31 0,00 347.526,31 0,00 347.526,31 0,00</w:t>
      </w:r>
    </w:p>
    <w:p>
      <w:r>
        <w:t>2023 - 09770 / 231 / 26000 Con. Asoc. Cruz Blanca Virgen Pino Plazas Depend. 99.794,32 0,00 99.794,32 0,00 99.794,32 0,00</w:t>
      </w:r>
    </w:p>
    <w:p>
      <w:r>
        <w:t>2023 - 09770 / 231 / 26000 Con. Asoc. Fundacion SER Plazas Depend. 221.193,09 0,00 221.193,09 0,00 221.193,09 0,00</w:t>
      </w:r>
    </w:p>
    <w:p>
      <w:r>
        <w:t>2023 - 09770 / 231 / 26000 Con. Asoc. Casa San Vicente Paul Plazas Depend. 118.051,85 0,00 118.051,85 0,00 118.051,85 0,00</w:t>
      </w:r>
    </w:p>
    <w:p>
      <w:r>
        <w:t>2023 - 09770 / 231 / 26000 Con. Asoc. Santa Catalina Laboure Plazas Depend. 98.821,29 0,00 98.821,29 0,00 98.821,29 0,00</w:t>
      </w:r>
    </w:p>
    <w:p>
      <w:r>
        <w:t>2023 - 09770 / 231 / 26000 Con. Asoc. ALCA Plazas Depend. 112.354,70 0,00 112.354,70 0,00 112.354,70 0,00</w:t>
      </w:r>
    </w:p>
    <w:p>
      <w:r>
        <w:t>2023 - 09770 / 231 / 26000 Con. Asoc. Lazoss Plazas Depend. 91.374,11 0,00 91.374,11 0,00 91.374,11 0,00</w:t>
      </w:r>
    </w:p>
    <w:p>
      <w:r>
        <w:t>2023 - 09770 / 231 / 26000 Con. Asoc. Envera Plazas Dependencia 44.214,85 0,00 44.214,85 0,00 44.214,85 0,00</w:t>
      </w:r>
    </w:p>
    <w:p>
      <w:r>
        <w:t>2023 - 09770 / 231 / 26000 Con. Asoc. Óscar Gutiérrez Plazas Depend. 27.732,91 0,00 27.732,91 0,00 27.732,91 0,00</w:t>
      </w:r>
    </w:p>
    <w:p>
      <w:r>
        <w:t>2023 - 09770 / 231 / 26000 Con.Asoc. FEPAS (SAD) 70.605,50 0,00 70.605,50 0,00 70.605,50 0,00</w:t>
      </w:r>
    </w:p>
    <w:p>
      <w:r>
        <w:t>2023 - 09770 / 231 / 26000 Con. San Juan de Dios Plazas Depend. 1.157.379,30 0,00 1.157.379,30 0,00 1.157.379,30 0,00</w:t>
      </w:r>
    </w:p>
    <w:p>
      <w:r>
        <w:t>2023 - 09770 / 231 / 26000 Con. Asoc. Mensajeros de la Paz Plazas Depend. 171.241,32 0,00 171.241,32 0,00 171.241,32 0,00</w:t>
      </w:r>
    </w:p>
    <w:p>
      <w:r>
        <w:t>2023 - 09770 / 231 / 26000 Conv. Asoc.Cruz Roja. Teleasistencia 15.709,68 0,00 15.709,68 0,00 15.709,68 0,00</w:t>
      </w:r>
    </w:p>
    <w:p>
      <w:r>
        <w:t>2023 - 09770 / 231 / 26000 Con. Asoc. ADACEA 9.748,20 0,00 9.748,20 0,00 9.748,20 0,00</w:t>
      </w:r>
    </w:p>
    <w:p>
      <w:r>
        <w:t>2023 - 09770 / 231 / 26000 Con. Asoc. C.Día Mayores-Los Almendros 45.183,50 0,00 45.183,50 0,00 45.183,50 0,00</w:t>
      </w:r>
    </w:p>
    <w:p>
      <w:r>
        <w:t>2023 - 09770 / 231 / 26000 Con. Asoc. ASISPA (Teleasistencia) 24.004,08 0,00 24.004,08 0,00 24.004,08 0,00</w:t>
      </w:r>
    </w:p>
    <w:p>
      <w:r>
        <w:t>2023 - 09770 / 231 / 26000 Con.Asoc. AFESUR (PAP) 12.681,50 0,00 12.681,50 0,00 12.681,50 0,00</w:t>
      </w:r>
    </w:p>
    <w:p>
      <w:r>
        <w:t>2023 - 09770 / 231 / 26000 Con. San Juan de Dios Tenerife 10.198,63 0,00 10.198,63 0,00 10.198,63 0,00</w:t>
      </w:r>
    </w:p>
    <w:p>
      <w:r>
        <w:t>2023 - 09770 / 231 / 26000 Con. C.Día Mayores-Casa Hortensia 26.399,56 0,00 26.399,56 0,00 26.399,56 0,00</w:t>
      </w:r>
    </w:p>
    <w:p>
      <w:r>
        <w:t>Página 5de 6 18 de Junio del 2025</w:t>
      </w:r>
    </w:p>
    <w:p>
      <w:r>
        <w:t>145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OBLIGACIONES MODIFICACIONES TOTAL PRESCRIPCIONES PAGOS OBLIGACIONES</w:t>
      </w:r>
    </w:p>
    <w:p>
      <w:r>
        <w:t>PENDIENTES DE SALDO INICIAL Y OBLIGACIONES REALIZADOS PENDIENTES DE</w:t>
      </w:r>
    </w:p>
    <w:p>
      <w:r>
        <w:t>PAGO A 1 DE ANULACIONES PAGO A 31 DE</w:t>
      </w:r>
    </w:p>
    <w:p>
      <w:r>
        <w:t>ENERO DICIEMBRE</w:t>
      </w:r>
    </w:p>
    <w:p>
      <w:r>
        <w:t>Ejercicio: 2023</w:t>
      </w:r>
    </w:p>
    <w:p>
      <w:r>
        <w:t>2023 - 09770 / 231 / 26000 Con. Asoc. TIPCI (SPAP) 16.598,00 0,00 16.598,00 0,00 16.598,00 0,00</w:t>
      </w:r>
    </w:p>
    <w:p>
      <w:r>
        <w:t>2023 - 09770 / 231 / 62200 Edificios y Otras Construcciones. Plan Infraestructuras 5.176.151,64 0,00 5.176.151,64 0,00 5.176.151,64 0,00</w:t>
      </w:r>
    </w:p>
    <w:p>
      <w:r>
        <w:t>2023 - 09770 / 231 / 63200 Edificios Y Otras Construcciones. 43.025,12 0,00 43.025,12 0,00 43.025,12 0,00</w:t>
      </w:r>
    </w:p>
    <w:p>
      <w:r>
        <w:t>2023 - 09770 / 231 / 63200 Edificios y Otras Construcciones 39.450,90 0,00 39.450,90 0,00 39.450,90 0,00</w:t>
      </w:r>
    </w:p>
    <w:p>
      <w:r>
        <w:t>2023 - 09770 / 231 / 63303 Reposicion Maquinaria 1.896,47 0,00 1.896,47 0,00 1.896,47 0,00</w:t>
      </w:r>
    </w:p>
    <w:p>
      <w:r>
        <w:t>2023 - 09770 / 231 / 63500 Mobiliario. 4.071,56 0,00 4.071,56 0,00 4.071,56 0,00</w:t>
      </w:r>
    </w:p>
    <w:p>
      <w:r>
        <w:t>2023 - 09770 / 231 / 63500 Mobiliario. 1.331,99 0,00 1.331,99 0,00 1.331,99 0,00</w:t>
      </w:r>
    </w:p>
    <w:p>
      <w:r>
        <w:t>2023 - 09790 / 231 / 16000 Seguridad Social. 498,82 0,00 498,82 0,00 498,82 0,00</w:t>
      </w:r>
    </w:p>
    <w:p>
      <w:r>
        <w:t>2023 - 09791 / 231 / 16000 Seguridad Social. 116.232,65 0,00 116.232,65 0,00 116.232,65 0,00</w:t>
      </w:r>
    </w:p>
    <w:p>
      <w:r>
        <w:t>2023 - 09791 / 231 / 21300 Maquinaria, Instalaciones Tecnicas Y Utillaje. 12.412,11 0,00 12.412,11 0,00 12.412,11 0,00</w:t>
      </w:r>
    </w:p>
    <w:p>
      <w:r>
        <w:t>2023 - 09791 / 231 / 21600 Equipos Para Procesos De Informacion. 887,21 0,00 887,21 0,00 887,21 0,00</w:t>
      </w:r>
    </w:p>
    <w:p>
      <w:r>
        <w:t>2023 - 09791 / 231 / 22000 Ordinario No Inventariable. 29,87 0,00 29,87 0,00 29,87 0,00</w:t>
      </w:r>
    </w:p>
    <w:p>
      <w:r>
        <w:t>2023 - 09791 / 231 / 22100 Energia Electrica. 18.123,33 0,00 18.123,33 0,00 18.123,33 0,00</w:t>
      </w:r>
    </w:p>
    <w:p>
      <w:r>
        <w:t>2023 - 09791 / 231 / 22103 Combustibles Y Carburantes. 12.550,22 0,00 12.550,22 0,00 12.550,22 0,00</w:t>
      </w:r>
    </w:p>
    <w:p>
      <w:r>
        <w:t>2023 - 09791 / 231 / 22106 Productos Farmaceuticos Y Material Sanitario. 6.441,61 0,00 6.441,61 0,00 6.441,61 0,00</w:t>
      </w:r>
    </w:p>
    <w:p>
      <w:r>
        <w:t>2023 - 09791 / 231 / 22110 Productos De Limpieza Y Aseo. 6.562,26 0,00 6.562,26 0,00 6.562,26 0,00</w:t>
      </w:r>
    </w:p>
    <w:p>
      <w:r>
        <w:t>2023 - 09791 / 231 / 22199 Otros Suministros. 3.765,69 0,00 3.765,69 0,00 3.765,69 0,00</w:t>
      </w:r>
    </w:p>
    <w:p>
      <w:r>
        <w:t>2023 - 09791 / 231 / 22300 Transportes. 1.171,94 0,00 1.171,94 0,00 1.171,94 0,00</w:t>
      </w:r>
    </w:p>
    <w:p>
      <w:r>
        <w:t>2023 - 09791 / 231 / 22699 Otros Gastos Diversos. 200,00 0,00 200,00 0,00 200,00 0,00</w:t>
      </w:r>
    </w:p>
    <w:p>
      <w:r>
        <w:t>2023 - 09791 / 231 / 22700 Limpieza Y Aseo. 39.786,88 0,00 39.786,88 0,00 39.786,88 0,00</w:t>
      </w:r>
    </w:p>
    <w:p>
      <w:r>
        <w:t>2023 - 09791 / 231 / 22799 Otros Trabajos Realizados Por Otras Empresas Y Pro 25.239,27 0,00 25.239,27 0,00 25.239,27 0,00</w:t>
      </w:r>
    </w:p>
    <w:p>
      <w:r>
        <w:t>2023 - 09791 / 231 / 22799 Gestión Ext. Sº Alimentación y Cafetería 262.700,15 0,00 262.700,15 0,00 262.700,15 0,00</w:t>
      </w:r>
    </w:p>
    <w:p>
      <w:r>
        <w:t>2023 - 09791 / 231 / 22799 Gestión Ext. Sº Atención Tª Enfermería 304.689,71 0,00 304.689,71 0,00 304.689,71 0,00</w:t>
      </w:r>
    </w:p>
    <w:p>
      <w:r>
        <w:t>2023 - 09791 / 231 / 23020 Del Personal No Directivo. 193,99 0,00 193,99 0,00 193,99 0,00</w:t>
      </w:r>
    </w:p>
    <w:p>
      <w:r>
        <w:t>2023 - 09791 / 231 / 23120 Del Personal No Directivo. 53,44 0,00 53,44 0,00 53,44 0,00</w:t>
      </w:r>
    </w:p>
    <w:p>
      <w:r>
        <w:t>2023 - 09791 / 231 / 62303 Maquinaria 14.579,65 0,00 14.579,65 0,00 14.579,65 0,00</w:t>
      </w:r>
    </w:p>
    <w:p>
      <w:r>
        <w:t>2023 - 09791 / 231 / 63303 Reposición Maquinaria 29.040,17 0,00 29.040,17 0,00 29.040,17 0,00</w:t>
      </w:r>
    </w:p>
    <w:p>
      <w:r>
        <w:t>2023 - 09792 / 231 / 16000 Seguridad Social. 16.185,90 0,00 16.185,90 0,00 16.185,90 0,00</w:t>
      </w:r>
    </w:p>
    <w:p>
      <w:r>
        <w:t>2023 - 09792 / 231 / 21300 Maquinaria, Instalaciones Tecnicas Y Utillaje. 399,51 0,00 399,51 0,00 399,51 0,00</w:t>
      </w:r>
    </w:p>
    <w:p>
      <w:r>
        <w:t>2023 - 09792 / 231 / 22100 Energia Electrica. 41.718,38 0,00 41.718,38 0,00 41.718,38 0,00</w:t>
      </w:r>
    </w:p>
    <w:p>
      <w:r>
        <w:t>2023 - 09792 / 231 / 22799 Gest. Ext. CADI Reina Sofía 707.788,50 0,00 707.788,50 0,00 707.788,50 0,00</w:t>
      </w:r>
    </w:p>
    <w:p>
      <w:r>
        <w:t>2023 - 09792 / 231 / 63200 Edificios Y Otras Construcciones. 72.793,99 0,00 72.793,99 0,00 72.793,99 0,00</w:t>
      </w:r>
    </w:p>
    <w:p>
      <w:r>
        <w:t>2023 - 09792 / 231 / 63500 Mobiliario. 9.218,50 0,00 9.218,50 0,00 9.218,50 0,00</w:t>
      </w:r>
    </w:p>
    <w:p>
      <w:r>
        <w:t>Total 2023 18.585.072,96 0,00 18.585.072,96 0,00 18.584.712,96 360,00</w:t>
      </w:r>
    </w:p>
    <w:p>
      <w:r>
        <w:t>TOTAL 18.974.055,31 0,00 18.974.055,31 0,00 18.584.712,96 389.342,35</w:t>
      </w:r>
    </w:p>
    <w:p>
      <w:r>
        <w:t>Página 6de 6 18 de Junio del 2025</w:t>
      </w:r>
    </w:p>
    <w:p>
      <w:r>
        <w:t>146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941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DERECHOS PENDIENTES DE COBRO TOTALES. PRESUPUESTOS</w:t>
      </w:r>
    </w:p>
    <w:p>
      <w:r>
        <w:t>CERRADOS</w:t>
      </w:r>
    </w:p>
    <w:p>
      <w:r>
        <w:t>Periodo: 2024</w:t>
      </w:r>
    </w:p>
    <w:p>
      <w:r>
        <w:t>APLICACIÓN PRESUPUESTARIA DESCRIPCIÓN DERECHOS MODIFICACIONES DERECHOS DERECHOS RECAUDACIÓN DERECHOS</w:t>
      </w:r>
    </w:p>
    <w:p>
      <w:r>
        <w:t>PENDIENTES DE SALDO INICIAL ANULADOS CANCELADOS PENDIENTES DE</w:t>
      </w:r>
    </w:p>
    <w:p>
      <w:r>
        <w:t>COBRO A 1 DE COBRO A 31 DE</w:t>
      </w:r>
    </w:p>
    <w:p>
      <w:r>
        <w:t>ENERO DICIEMBRE</w:t>
      </w:r>
    </w:p>
    <w:p>
      <w:r>
        <w:t>1999</w:t>
      </w:r>
    </w:p>
    <w:p>
      <w:r>
        <w:t>1999 34900 Precios Públicos por prestación de servicios 6.968,66 0,00 0,00 0,00 0,00 6.968,66</w:t>
      </w:r>
    </w:p>
    <w:p>
      <w:r>
        <w:t>1999 34900 Hospitalización privados: H. Psiquiátrico 271.272,86 0,00 0,00 0,00 0,00 271.272,86</w:t>
      </w:r>
    </w:p>
    <w:p>
      <w:r>
        <w:t>1999 38902 Comidas funcionarios-laboral Centros 1.953,59 0,00 0,00 0,00 0,00 1.953,59</w:t>
      </w:r>
    </w:p>
    <w:p>
      <w:r>
        <w:t>1999 83002 De anticipos de pagas al personal Cent. Delegados 268,87 0,00 0,00 0,00 0,00 268,87</w:t>
      </w:r>
    </w:p>
    <w:p>
      <w:r>
        <w:t>Total 1999 280.463,98 0,00 0,00 0,00 0,00 280.463,98</w:t>
      </w:r>
    </w:p>
    <w:p>
      <w:r>
        <w:t>2000</w:t>
      </w:r>
    </w:p>
    <w:p>
      <w:r>
        <w:t>2000 34900 Hospitalización privados: H. Psiquiátrico 248.227,04 0,00 0,00 0,00 0,00 248.227,04</w:t>
      </w:r>
    </w:p>
    <w:p>
      <w:r>
        <w:t>2000 34900 Precios Públicos por prestación de servicios 13.911,83 0,00 0,00 0,00 0,00 13.911,83</w:t>
      </w:r>
    </w:p>
    <w:p>
      <w:r>
        <w:t>2000 38902 Comidas funcionarios-laboral Centros 2,70 0,00 0,00 0,00 0,00 2,70</w:t>
      </w:r>
    </w:p>
    <w:p>
      <w:r>
        <w:t>2000 40001 De la CC.AA. Gast. pers. delegado 3ª Edad 0,01 0,00 0,00 0,00 0,00 0,01</w:t>
      </w:r>
    </w:p>
    <w:p>
      <w:r>
        <w:t>2000 83000 De anticipos de pagas al personal 381,04 0,00 0,00 0,00 0,00 381,04</w:t>
      </w:r>
    </w:p>
    <w:p>
      <w:r>
        <w:t>Total 2000 262.522,62 0,00 0,00 0,00 0,00 262.522,62</w:t>
      </w:r>
    </w:p>
    <w:p>
      <w:r>
        <w:t>2001</w:t>
      </w:r>
    </w:p>
    <w:p>
      <w:r>
        <w:t>2001 34900 Hospitalización privados: H. Psiquiátrico 199.707,65 0,00 0,00 0,00 0,00 199.707,65</w:t>
      </w:r>
    </w:p>
    <w:p>
      <w:r>
        <w:t>2001 34900 Precios Públicos por prest. servicios R.M.Taliarte 11.247,81 0,00 0,00 0,00 0,00 11.247,81</w:t>
      </w:r>
    </w:p>
    <w:p>
      <w:r>
        <w:t>2001 34901 Hospitalización Seguridad Social: H. San Martín 238,38 0,00 0,00 0,00 0,00 238,38</w:t>
      </w:r>
    </w:p>
    <w:p>
      <w:r>
        <w:t>2001 34901 Hospitalización S. Social: H. Dermatológico 58,24 0,00 0,00 0,00 0,00 58,24</w:t>
      </w:r>
    </w:p>
    <w:p>
      <w:r>
        <w:t>2001 39901 Otros ingresos imprevistos 0,59 0,00 0,00 0,00 0,00 0,59</w:t>
      </w:r>
    </w:p>
    <w:p>
      <w:r>
        <w:t>2001 45301 S.C.S. Reintegro anualidad Clínica Doramas 882.061,29 0,00 0,00 0,00 0,00 882.061,29</w:t>
      </w:r>
    </w:p>
    <w:p>
      <w:r>
        <w:t>2001 84100 Constitución de fianzas 420,71 0,00 0,00 0,00 0,00 420,71</w:t>
      </w:r>
    </w:p>
    <w:p>
      <w:r>
        <w:t>Total 2001 1.093.734,67 0,00 0,00 0,00 0,00 1.093.734,67</w:t>
      </w:r>
    </w:p>
    <w:p>
      <w:r>
        <w:t>2002</w:t>
      </w:r>
    </w:p>
    <w:p>
      <w:r>
        <w:t>2002 34900 Precios Públicos por prest. servicios R.M.Taliarte 6.786,72 0,00 0,00 0,00 0,00 6.786,72</w:t>
      </w:r>
    </w:p>
    <w:p>
      <w:r>
        <w:t>2002 34900 Hospitalización privados: H. Psiquiátrico 72.745,05 0,00 0,00 0,00 0,00 72.745,05</w:t>
      </w:r>
    </w:p>
    <w:p>
      <w:r>
        <w:t>2002 39901 Otros ingresos imprevistos 2.629,48 0,00 0,00 0,00 0,00 2.629,48</w:t>
      </w:r>
    </w:p>
    <w:p>
      <w:r>
        <w:t>2002 39904 Contraprest. ejercicios cerrados enf. S.Social 48.821,53 0,00 0,00 0,00 0,00 48.821,53</w:t>
      </w:r>
    </w:p>
    <w:p>
      <w:r>
        <w:t>2002 83000 De anticipos de pagas al personal C. Propios 286,16 0,00 0,00 0,00 0,00 286,16</w:t>
      </w:r>
    </w:p>
    <w:p>
      <w:r>
        <w:t>Total 2002 131.268,94 0,00 0,00 0,00 0,00 131.268,94</w:t>
      </w:r>
    </w:p>
    <w:p>
      <w:r>
        <w:t>2003</w:t>
      </w:r>
    </w:p>
    <w:p>
      <w:r>
        <w:t>2003 34900 Hospitaliz. Seg. Social H. Dermatológico 32,02 0,00 0,00 0,00 0,00 32,02</w:t>
      </w:r>
    </w:p>
    <w:p>
      <w:r>
        <w:t>2003 34901 Hospitalización S.Social: H. Sabinal 366,45 0,00 0,00 0,00 0,00 366,45</w:t>
      </w:r>
    </w:p>
    <w:p>
      <w:r>
        <w:t>2003 39901 Otros ingresos imprevistos 5.904,94 0,00 0,00 0,00 0,00 5.904,94</w:t>
      </w:r>
    </w:p>
    <w:p>
      <w:r>
        <w:t>Total 2003 6.303,41 0,00 0,00 0,00 0,00 6.303,41</w:t>
      </w:r>
    </w:p>
    <w:p>
      <w:r>
        <w:t>2004</w:t>
      </w:r>
    </w:p>
    <w:p>
      <w:r>
        <w:t>2004 34900 Precios Públicos por prest. servicios R.M.Taliarte 6.863,79 0,00 0,00 0,00 0,00 6.863,79</w:t>
      </w:r>
    </w:p>
    <w:p>
      <w:r>
        <w:t>Página 1de 5 18 de Junio del 2025</w:t>
      </w:r>
    </w:p>
    <w:p>
      <w:r>
        <w:t>147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DERECHOS MODIFICACIONES DERECHOS DERECHOS RECAUDACIÓN DERECHOS</w:t>
      </w:r>
    </w:p>
    <w:p>
      <w:r>
        <w:t>PENDIENTES DE SALDO INICIAL ANULADOS CANCELADOS PENDIENTES DE</w:t>
      </w:r>
    </w:p>
    <w:p>
      <w:r>
        <w:t>COBRO A 1 DE COBRO A 31 DE</w:t>
      </w:r>
    </w:p>
    <w:p>
      <w:r>
        <w:t>ENERO DICIEMBRE</w:t>
      </w:r>
    </w:p>
    <w:p>
      <w:r>
        <w:t>2004</w:t>
      </w:r>
    </w:p>
    <w:p>
      <w:r>
        <w:t>2004 45080 Transf. manten. plazas pta marcha plan discapacit. 201.480,00 0,00 0,00 0,00 0,00 201.480,00</w:t>
      </w:r>
    </w:p>
    <w:p>
      <w:r>
        <w:t>2004 83002 De anticipos de pagas al personal Cent. Delegados 570,72 0,00 0,00 0,00 0,00 570,72</w:t>
      </w:r>
    </w:p>
    <w:p>
      <w:r>
        <w:t>2004 84100 Constitución de fianzas 530,31 0,00 0,00 0,00 0,00 530,31</w:t>
      </w:r>
    </w:p>
    <w:p>
      <w:r>
        <w:t>Total 2004 209.444,82 0,00 0,00 0,00 0,00 209.444,82</w:t>
      </w:r>
    </w:p>
    <w:p>
      <w:r>
        <w:t>2005</w:t>
      </w:r>
    </w:p>
    <w:p>
      <w:r>
        <w:t>2005 34900 Precios Públicos por prest. servicios R.M.Taliarte 6.663,78 0,00 0,00 0,00 0,00 6.663,78</w:t>
      </w:r>
    </w:p>
    <w:p>
      <w:r>
        <w:t>2005 34901 Hospitalización S.Social: H. Sabinal 502,20 0,00 0,00 0,00 0,00 502,20</w:t>
      </w:r>
    </w:p>
    <w:p>
      <w:r>
        <w:t>2005 68000 Pagos indebidos ejercicios cerrados 3.433,35 0,00 0,00 0,00 0,00 3.433,35</w:t>
      </w:r>
    </w:p>
    <w:p>
      <w:r>
        <w:t>Total 2005 10.599,33 0,00 0,00 0,00 0,00 10.599,33</w:t>
      </w:r>
    </w:p>
    <w:p>
      <w:r>
        <w:t>2006</w:t>
      </w:r>
    </w:p>
    <w:p>
      <w:r>
        <w:t>2006 34900 Precios Públicos por prest. servicios R.M.Taliarte 8.985,84 0,00 0,00 0,00 0,00 8.985,84</w:t>
      </w:r>
    </w:p>
    <w:p>
      <w:r>
        <w:t>2006 34900 Hospitalización privados: H. Sabinal 1.320,12 0,00 0,00 0,00 0,00 1.320,12</w:t>
      </w:r>
    </w:p>
    <w:p>
      <w:r>
        <w:t>2006 34901 Hospitalización S.Social: H. Sabinal 502,20 0,00 0,00 0,00 0,00 502,20</w:t>
      </w:r>
    </w:p>
    <w:p>
      <w:r>
        <w:t>2006 84100 Constitución de fianzas 3.710,00 0,00 0,00 0,00 0,00 3.710,00</w:t>
      </w:r>
    </w:p>
    <w:p>
      <w:r>
        <w:t>Total 2006 14.518,16 0,00 0,00 0,00 0,00 14.518,16</w:t>
      </w:r>
    </w:p>
    <w:p>
      <w:r>
        <w:t>2007</w:t>
      </w:r>
    </w:p>
    <w:p>
      <w:r>
        <w:t>2007 34900 Precios Públicos por prest. servicios R.M.Taliarte 7.448,30 0,00 0,00 0,00 0,00 7.448,30</w:t>
      </w:r>
    </w:p>
    <w:p>
      <w:r>
        <w:t>2007 34900 Hospitaliz. Seg. Social H. Dermatológico 7.183,20 0,00 0,00 0,00 0,00 7.183,20</w:t>
      </w:r>
    </w:p>
    <w:p>
      <w:r>
        <w:t>Total 2007 14.631,50 0,00 0,00 0,00 0,00 14.631,50</w:t>
      </w:r>
    </w:p>
    <w:p>
      <w:r>
        <w:t>2008</w:t>
      </w:r>
    </w:p>
    <w:p>
      <w:r>
        <w:t>2008 30000 Venta energía fotovolt. CAMP Guia 19,59 0,00 0,00 0,00 0,00 19,59</w:t>
      </w:r>
    </w:p>
    <w:p>
      <w:r>
        <w:t>2008 34900 Precios Públicos por prest. servicios R.M.Taliarte 7.527,14 0,00 0,00 0,00 0,00 7.527,14</w:t>
      </w:r>
    </w:p>
    <w:p>
      <w:r>
        <w:t>2008 34901 Hospitalización S.Social: H. Sabinal 0,03 0,00 0,00 0,00 0,00 0,03</w:t>
      </w:r>
    </w:p>
    <w:p>
      <w:r>
        <w:t>2008 52000 Intereses de depósitos en cuentas corrientes 24.111,80 0,00 0,00 0,00 0,00 24.111,80</w:t>
      </w:r>
    </w:p>
    <w:p>
      <w:r>
        <w:t>2008 83000 De anticipos de pagas al personal C. Propios 359,00 0,00 0,00 0,00 0,00 359,00</w:t>
      </w:r>
    </w:p>
    <w:p>
      <w:r>
        <w:t>2008 83001 Importe anuncios por c/ particulares 853,05 0,00 0,00 0,00 0,00 853,05</w:t>
      </w:r>
    </w:p>
    <w:p>
      <w:r>
        <w:t>2008 83002 De anticipos de pagas al personal Cent. Delegados 2.155,43 0,00 0,00 0,00 0,00 2.155,43</w:t>
      </w:r>
    </w:p>
    <w:p>
      <w:r>
        <w:t>Total 2008 35.026,04 0,00 0,00 0,00 0,00 35.026,04</w:t>
      </w:r>
    </w:p>
    <w:p>
      <w:r>
        <w:t>2009</w:t>
      </w:r>
    </w:p>
    <w:p>
      <w:r>
        <w:t>2009 30000 Venta energía fotovolt. CAMP Telde 659,16 0,00 0,00 0,00 0,00 659,16</w:t>
      </w:r>
    </w:p>
    <w:p>
      <w:r>
        <w:t>2009 30002 Venta energía fotovolt. CAMP Guia 9.561,13 0,00 0,00 0,00 0,00 9.561,13</w:t>
      </w:r>
    </w:p>
    <w:p>
      <w:r>
        <w:t>2009 34900 Precios Públicos por prest. servicios R.M.Taliarte 6.745,71 0,00 0,00 0,00 0,00 6.745,71</w:t>
      </w:r>
    </w:p>
    <w:p>
      <w:r>
        <w:t>2009 34900 Hospitaliz. Seg. Social H. Dermatológico 0,80 0,00 0,00 0,00 0,00 0,80</w:t>
      </w:r>
    </w:p>
    <w:p>
      <w:r>
        <w:t>2009 38901 Reintegros por cuenta del contratista 35.093,61 0,00 0,00 0,00 0,00 35.093,61</w:t>
      </w:r>
    </w:p>
    <w:p>
      <w:r>
        <w:t>Total 2009 52.060,41 0,00 0,00 0,00 0,00 52.060,41</w:t>
      </w:r>
    </w:p>
    <w:p>
      <w:r>
        <w:t>2010</w:t>
      </w:r>
    </w:p>
    <w:p>
      <w:r>
        <w:t>2010 34900 PRECIOS PUBLICOS POR PREST. SERVICIOS 16.867,95 0,00 0,00 0,00 0,00 16.867,95</w:t>
      </w:r>
    </w:p>
    <w:p>
      <w:r>
        <w:t>R.M.TALIARTE</w:t>
      </w:r>
    </w:p>
    <w:p>
      <w:r>
        <w:t>Total 2010 16.867,95 0,00 0,00 0,00 0,00 16.867,95</w:t>
      </w:r>
    </w:p>
    <w:p>
      <w:r>
        <w:t>2011</w:t>
      </w:r>
    </w:p>
    <w:p>
      <w:r>
        <w:t>2011 30000 SERVICIO DE ABASTECIMIENTO DE AGUA. 1.137,83 0,00 0,00 0,00 0,00 1.137,83</w:t>
      </w:r>
    </w:p>
    <w:p>
      <w:r>
        <w:t>2011 34100 Precios Publicos Por Prest. Servicios R.m.taliarte 23.245,31 0,00 0,00 0,00 0,00 23.245,31</w:t>
      </w:r>
    </w:p>
    <w:p>
      <w:r>
        <w:t>2011 38901 Reintegros Por Cuenta Del Contratista 13.581,46 0,00 0,00 0,00 0,00 13.581,46</w:t>
      </w:r>
    </w:p>
    <w:p>
      <w:r>
        <w:t>2011 39190 Sanciones a contratistas 493.650,65 0,00 0,00 0,00 0,00 493.650,65</w:t>
      </w:r>
    </w:p>
    <w:p>
      <w:r>
        <w:t>Página 2de 5 18 de Junio del 2025</w:t>
      </w:r>
    </w:p>
    <w:p>
      <w:r>
        <w:t>148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DERECHOS MODIFICACIONES DERECHOS DERECHOS RECAUDACIÓN DERECHOS</w:t>
      </w:r>
    </w:p>
    <w:p>
      <w:r>
        <w:t>PENDIENTES DE SALDO INICIAL ANULADOS CANCELADOS PENDIENTES DE</w:t>
      </w:r>
    </w:p>
    <w:p>
      <w:r>
        <w:t>COBRO A 1 DE COBRO A 31 DE</w:t>
      </w:r>
    </w:p>
    <w:p>
      <w:r>
        <w:t>ENERO DICIEMBRE</w:t>
      </w:r>
    </w:p>
    <w:p>
      <w:r>
        <w:t>2011</w:t>
      </w:r>
    </w:p>
    <w:p>
      <w:r>
        <w:t>Total 2011 531.615,25 0,00 0,00 0,00 0,00 531.615,25</w:t>
      </w:r>
    </w:p>
    <w:p>
      <w:r>
        <w:t>2012</w:t>
      </w:r>
    </w:p>
    <w:p>
      <w:r>
        <w:t>2012 34100 Precios Publicos Por Prest. Servicios R.m.taliarte 11.187,66 0,00 0,00 0,00 0,00 11.187,66</w:t>
      </w:r>
    </w:p>
    <w:p>
      <w:r>
        <w:t>2012 34101 Hospitalizacion S.social: H. Sabinal 17.839,14 0,00 0,00 0,00 0,00 17.839,14</w:t>
      </w:r>
    </w:p>
    <w:p>
      <w:r>
        <w:t>2012 38901 Reintegros Por Cuenta Del Contratista 9.438,63 0,00 0,00 0,00 0,00 9.438,63</w:t>
      </w:r>
    </w:p>
    <w:p>
      <w:r>
        <w:t>2012 39904 Reintegro Pagos A Justificar - Ayuda Medico-farmac 642,33 0,00 0,00 0,00 0,00 642,33</w:t>
      </w:r>
    </w:p>
    <w:p>
      <w:r>
        <w:t>Total 2012 39.107,76 0,00 0,00 0,00 0,00 39.107,76</w:t>
      </w:r>
    </w:p>
    <w:p>
      <w:r>
        <w:t>2013</w:t>
      </w:r>
    </w:p>
    <w:p>
      <w:r>
        <w:t>2013 34100 Precios Publicos Por Prest. Servicios R.m.taliarte 5.943,13 0,00 0,00 0,00 0,00 5.943,13</w:t>
      </w:r>
    </w:p>
    <w:p>
      <w:r>
        <w:t>2013 38901 Reintegros Por Cuenta Del Contratista 374,93 0,00 0,00 0,00 0,00 374,93</w:t>
      </w:r>
    </w:p>
    <w:p>
      <w:r>
        <w:t>2013 40003 Transf. Cabildo Para Gastos De Personal 63.671,54 0,00 0,00 0,00 0,00 63.671,54</w:t>
      </w:r>
    </w:p>
    <w:p>
      <w:r>
        <w:t>Total 2013 69.989,60 0,00 0,00 0,00 0,00 69.989,60</w:t>
      </w:r>
    </w:p>
    <w:p>
      <w:r>
        <w:t>2014</w:t>
      </w:r>
    </w:p>
    <w:p>
      <w:r>
        <w:t>2014 34100 Precios Publicos Por Prest. Servicios RMP Taliarte 13.123,76 0,00 0,00 0,00 0,00 13.123,76</w:t>
      </w:r>
    </w:p>
    <w:p>
      <w:r>
        <w:t>2014 34118 Precios Publicos C.s. Galdar 10.097,10 0,00 0,00 0,00 0,00 10.097,10</w:t>
      </w:r>
    </w:p>
    <w:p>
      <w:r>
        <w:t>2014 38901 Reintegros Por Cuenta Del Contratista 4.016,43 0,00 0,00 0,00 0,00 4.016,43</w:t>
      </w:r>
    </w:p>
    <w:p>
      <w:r>
        <w:t>2014 83000 De Anticipos De Pagas Al Personal C. Propios 1.100,00 0,00 0,00 0,00 0,00 1.100,00</w:t>
      </w:r>
    </w:p>
    <w:p>
      <w:r>
        <w:t>Total 2014 28.337,29 0,00 0,00 0,00 0,00 28.337,29</w:t>
      </w:r>
    </w:p>
    <w:p>
      <w:r>
        <w:t>2015</w:t>
      </w:r>
    </w:p>
    <w:p>
      <w:r>
        <w:t>2015 34100 Precios Publicos Por Prest. Servicios RMP Taliarte 13.322,42 0,00 0,00 0,00 0,00 13.322,42</w:t>
      </w:r>
    </w:p>
    <w:p>
      <w:r>
        <w:t>2015 34121 Precios Publicos Residencia Queen Victoria 2.199,98 0,00 0,00 0,00 0,00 2.199,98</w:t>
      </w:r>
    </w:p>
    <w:p>
      <w:r>
        <w:t>2015 38901 Reintegros Por Cuenta Del Contratista 1.692,03 0,00 0,00 0,00 0,00 1.692,03</w:t>
      </w:r>
    </w:p>
    <w:p>
      <w:r>
        <w:t>2015 83002 De Anticipos De Pagas Al Personal Cent. Delegados 1.012,46 0,00 0,00 0,00 0,00 1.012,46</w:t>
      </w:r>
    </w:p>
    <w:p>
      <w:r>
        <w:t>Total 2015 18.226,89 0,00 0,00 0,00 0,00 18.226,89</w:t>
      </w:r>
    </w:p>
    <w:p>
      <w:r>
        <w:t>2016</w:t>
      </w:r>
    </w:p>
    <w:p>
      <w:r>
        <w:t>2016 34100 Hospitaliz. C. Sanidad H. Dermatologico 316,40 0,00 0,00 0,00 0,00 316,40</w:t>
      </w:r>
    </w:p>
    <w:p>
      <w:r>
        <w:t>2016 34100 Precios Publicos Por Prest. Servicios RMP Taliarte 7.796,66 0,00 0,00 0,00 0,00 7.796,66</w:t>
      </w:r>
    </w:p>
    <w:p>
      <w:r>
        <w:t>2016 38901 Reintegros Por Cuenta Del Contratista 3.251,15 0,00 0,00 0,00 0,00 3.251,15</w:t>
      </w:r>
    </w:p>
    <w:p>
      <w:r>
        <w:t>Total 2016 11.364,21 0,00 0,00 0,00 0,00 11.364,21</w:t>
      </w:r>
    </w:p>
    <w:p>
      <w:r>
        <w:t>2017</w:t>
      </w:r>
    </w:p>
    <w:p>
      <w:r>
        <w:t>2017 34100 Precios Publicos Por Prest. Servicios RMP Taliarte 11.269,02 0,00 0,00 0,00 0,00 11.269,02</w:t>
      </w:r>
    </w:p>
    <w:p>
      <w:r>
        <w:t>2017 38901 Reintegros Por Cuenta Del Contratista 1.117,43 0,00 0,00 0,00 0,00 1.117,43</w:t>
      </w:r>
    </w:p>
    <w:p>
      <w:r>
        <w:t>2017 83002 De Anticipos De Pagas Al Personal Cent. Delegados 2.037,82 0,00 0,00 0,00 0,00 2.037,82</w:t>
      </w:r>
    </w:p>
    <w:p>
      <w:r>
        <w:t>Total 2017 14.424,27 0,00 0,00 0,00 0,00 14.424,27</w:t>
      </w:r>
    </w:p>
    <w:p>
      <w:r>
        <w:t>2018</w:t>
      </w:r>
    </w:p>
    <w:p>
      <w:r>
        <w:t>2018 34100 Precios Publicos Por Prest. Servicios RMP Taliarte 11.733,80 0,00 0,00 0,00 0,00 11.733,80</w:t>
      </w:r>
    </w:p>
    <w:p>
      <w:r>
        <w:t>2018 34101 Hospitalizacion C. Sanidad.l: H. Sabinal 0,30 0,00 0,00 0,00 0,00 0,30</w:t>
      </w:r>
    </w:p>
    <w:p>
      <w:r>
        <w:t>2018 38901 Reintegros Por Cuenta Del Contratista 270,41 0,00 0,00 0,00 0,00 270,41</w:t>
      </w:r>
    </w:p>
    <w:p>
      <w:r>
        <w:t>2018 83002 De Anticipos De Pagas Al Personal Cent. Delegados 5.427,14 0,00 0,00 0,00 0,00 5.427,14</w:t>
      </w:r>
    </w:p>
    <w:p>
      <w:r>
        <w:t>Total 2018 17.431,65 0,00 0,00 0,00 0,00 17.431,65</w:t>
      </w:r>
    </w:p>
    <w:p>
      <w:r>
        <w:t>2019</w:t>
      </w:r>
    </w:p>
    <w:p>
      <w:r>
        <w:t>2019 34100 Precios Publicos Por Prest. Servicios RMP Taliarte 6.033,13 0,00 0,00 0,00 0,00 6.033,13</w:t>
      </w:r>
    </w:p>
    <w:p>
      <w:r>
        <w:t>2019 34108 Precios Publicos CSS. San Nicolás de Bari 196,66 0,00 0,00 0,00 0,00 196,66</w:t>
      </w:r>
    </w:p>
    <w:p>
      <w:r>
        <w:t>2019 34122 Precios Publicos CSS. Artenara 0,20 0,00 0,00 0,00 0,00 0,20</w:t>
      </w:r>
    </w:p>
    <w:p>
      <w:r>
        <w:t>Página 3de 5 18 de Junio del 2025</w:t>
      </w:r>
    </w:p>
    <w:p>
      <w:r>
        <w:t>149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DERECHOS MODIFICACIONES DERECHOS DERECHOS RECAUDACIÓN DERECHOS</w:t>
      </w:r>
    </w:p>
    <w:p>
      <w:r>
        <w:t>PENDIENTES DE SALDO INICIAL ANULADOS CANCELADOS PENDIENTES DE</w:t>
      </w:r>
    </w:p>
    <w:p>
      <w:r>
        <w:t>COBRO A 1 DE COBRO A 31 DE</w:t>
      </w:r>
    </w:p>
    <w:p>
      <w:r>
        <w:t>ENERO DICIEMBRE</w:t>
      </w:r>
    </w:p>
    <w:p>
      <w:r>
        <w:t>2019</w:t>
      </w:r>
    </w:p>
    <w:p>
      <w:r>
        <w:t>2019 34135 Precios Públicos Centro de día el Palmeral (SANITAS) 68,04 0,00 0,00 0,00 0,00 68,04</w:t>
      </w:r>
    </w:p>
    <w:p>
      <w:r>
        <w:t>2019 38900 Pagos Indebidos Ejercicios Cerrados 0,04 0,00 0,00 0,00 0,00 0,04</w:t>
      </w:r>
    </w:p>
    <w:p>
      <w:r>
        <w:t>2019 39190 otras multas y sanciones 25.591,80 0,00 0,00 0,00 0,00 25.591,80</w:t>
      </w:r>
    </w:p>
    <w:p>
      <w:r>
        <w:t>2019 83002 De Anticipos De Pagas Al Personal Cent. Delegados 1.126,50 0,00 0,00 0,00 0,00 1.126,50</w:t>
      </w:r>
    </w:p>
    <w:p>
      <w:r>
        <w:t>Total 2019 33.016,37 0,00 0,00 0,00 0,00 33.016,37</w:t>
      </w:r>
    </w:p>
    <w:p>
      <w:r>
        <w:t>2020</w:t>
      </w:r>
    </w:p>
    <w:p>
      <w:r>
        <w:t>2020 34100 Precios Publicos Por Prest. Servicios RMP Taliarte 5.691,87 0,00 0,00 0,00 1.395,54 4.296,33</w:t>
      </w:r>
    </w:p>
    <w:p>
      <w:r>
        <w:t>2020 34114 Precios Publicos CSS. Guía 9.153,40 0,00 0,00 0,00 0,00 9.153,40</w:t>
      </w:r>
    </w:p>
    <w:p>
      <w:r>
        <w:t>2020 34134 Precios Públicos Residencial El Valle 29,96 0,00 0,00 0,00 0,00 29,96</w:t>
      </w:r>
    </w:p>
    <w:p>
      <w:r>
        <w:t>2020 83002 De Anticipos De Pagas Al Personal Cent. Delegados 223,67 0,00 0,00 0,00 223,67 0,00</w:t>
      </w:r>
    </w:p>
    <w:p>
      <w:r>
        <w:t>Total 2020 15.098,90 0,00 0,00 0,00 1.619,21 13.479,69</w:t>
      </w:r>
    </w:p>
    <w:p>
      <w:r>
        <w:t>2021</w:t>
      </w:r>
    </w:p>
    <w:p>
      <w:r>
        <w:t>2021 83002 De Anticipos De Pagas Al Personal Cent. Delegados 2.790,40 0,00 0,00 0,00 2.790,40 0,00</w:t>
      </w:r>
    </w:p>
    <w:p>
      <w:r>
        <w:t>Total 2021 2.790,40 0,00 0,00 0,00 2.790,40 0,00</w:t>
      </w:r>
    </w:p>
    <w:p>
      <w:r>
        <w:t>2022</w:t>
      </w:r>
    </w:p>
    <w:p>
      <w:r>
        <w:t>2022 34100 Precios Publicos Por Prest. Servicios RMP Taliarte 11.477,19 0,00 0,00 0,00 286,17 11.191,02</w:t>
      </w:r>
    </w:p>
    <w:p>
      <w:r>
        <w:t>2022 34100 Precios Publicos Pabellon Norte Taliarte 30.209,87 0,00 0,00 0,00 0,00 30.209,87</w:t>
      </w:r>
    </w:p>
    <w:p>
      <w:r>
        <w:t>2022 34111 Precios Publicos CSS. Agüimes 17.172,27 0,00 0,00 0,00 0,00 17.172,27</w:t>
      </w:r>
    </w:p>
    <w:p>
      <w:r>
        <w:t>2022 83002 De Anticipos De Pagas Al Personal Cent. Delegados 17.315,53 0,00 0,00 0,00 14.395,00 2.920,53</w:t>
      </w:r>
    </w:p>
    <w:p>
      <w:r>
        <w:t>Total 2022 76.174,86 0,00 0,00 0,00 14.681,17 61.493,69</w:t>
      </w:r>
    </w:p>
    <w:p>
      <w:r>
        <w:t>2023</w:t>
      </w:r>
    </w:p>
    <w:p>
      <w:r>
        <w:t>2023 34100 Precios Publicos Por Prest. Servicios RMP Taliarte 41.903,91 0,00 0,00 0,00 1.250,46 40.653,45</w:t>
      </w:r>
    </w:p>
    <w:p>
      <w:r>
        <w:t>2023 34100 Precios Publicos Pabellon Norte Taliarte 31.989,51 0,00 0,00 0,00 31.989,51 0,00</w:t>
      </w:r>
    </w:p>
    <w:p>
      <w:r>
        <w:t>2023 34102 Precios Publicos Residencia Valleseco 6.528,51 0,00 0,00 0,00 6.528,51 0,00</w:t>
      </w:r>
    </w:p>
    <w:p>
      <w:r>
        <w:t>2023 34103 Precios Públicos CSS. Aldea De S.Nicolás 14.272,52 0,00 0,00 0,00 14.272,52 0,00</w:t>
      </w:r>
    </w:p>
    <w:p>
      <w:r>
        <w:t>2023 34104 Precios Publicos CSS. Moya 6.220,35 0,00 0,00 0,00 6.220,35 0,00</w:t>
      </w:r>
    </w:p>
    <w:p>
      <w:r>
        <w:t>2023 34105 Precios Publicos CSS. Arucas 12.682,62 0,00 0,00 0,00 12.682,62 0,00</w:t>
      </w:r>
    </w:p>
    <w:p>
      <w:r>
        <w:t>2023 34106 Precios Publicos CSS. Ingenio 7.825,33 0,00 0,00 0,00 7.825,33 0,00</w:t>
      </w:r>
    </w:p>
    <w:p>
      <w:r>
        <w:t>2023 34107 Precios Publicos CSS. El Pino 73.218,18 0,00 0,00 0,00 73.218,18 0,00</w:t>
      </w:r>
    </w:p>
    <w:p>
      <w:r>
        <w:t>2023 34108 Precios Publicos CSS. San Nicolás de Bari 10.535,59 0,00 0,00 0,00 10.535,59 0,00</w:t>
      </w:r>
    </w:p>
    <w:p>
      <w:r>
        <w:t>2023 34110 Precios Publicos CSS. Santa Brígida 57.053,24 0,00 0,00 0,00 57.053,24 0,00</w:t>
      </w:r>
    </w:p>
    <w:p>
      <w:r>
        <w:t>2023 34111 Precios Publicos CSS. Agüimes 14.459,39 0,00 0,00 0,00 14.459,39 0,00</w:t>
      </w:r>
    </w:p>
    <w:p>
      <w:r>
        <w:t>2023 34112 Precios Publicos CSS. Vecindario 23.965,86 0,00 0,00 0,00 23.965,86 0,00</w:t>
      </w:r>
    </w:p>
    <w:p>
      <w:r>
        <w:t>2023 34114 Precios Publicos CSS. Guía 5.505,83 0,00 0,00 0,00 5.505,83 0,00</w:t>
      </w:r>
    </w:p>
    <w:p>
      <w:r>
        <w:t>2023 34116 Precios Publicos Centro Dia Ingenio 3.189,76 0,00 0,00 0,00 3.189,76 0,00</w:t>
      </w:r>
    </w:p>
    <w:p>
      <w:r>
        <w:t>2023 34117 Precios Publicos Centro Dia Mogán 5.005,36 0,00 0,00 0,00 5.005,36 0,00</w:t>
      </w:r>
    </w:p>
    <w:p>
      <w:r>
        <w:t>2023 34118 Precios Publicos CSS. Gáldar 21.240,45 0,00 0,00 0,00 21.240,45 0,00</w:t>
      </w:r>
    </w:p>
    <w:p>
      <w:r>
        <w:t>2023 34119 Precios Publicos Asoc. Óscar Gutiérrez 1.758,64 0,00 0,00 0,00 1.758,64 0,00</w:t>
      </w:r>
    </w:p>
    <w:p>
      <w:r>
        <w:t>2023 34120 Precios Publicos CED. San Barrtolomé de T. Mayores 7.646,88 0,00 0,00 0,00 7.646,88 0,00</w:t>
      </w:r>
    </w:p>
    <w:p>
      <w:r>
        <w:t>2023 34122 Precios Publicos CSS. Artenara 2.388,24 0,00 0,00 0,00 2.388,24 0,00</w:t>
      </w:r>
    </w:p>
    <w:p>
      <w:r>
        <w:t>2023 34123 Precios Publicos CED S.Juan (Asoc. Lazoss). 6.657,20 0,00 0,00 0,00 6.657,20 0,00</w:t>
      </w:r>
    </w:p>
    <w:p>
      <w:r>
        <w:t>2023 34124 Precios Públicos Residenc. Mayores S.Vicente Paul 5.672,07 0,00 0,00 0,00 5.672,07 0,00</w:t>
      </w:r>
    </w:p>
    <w:p>
      <w:r>
        <w:t>2023 34125 Precios Públicos Residencia Labouré Cia. Hnas. Car 4.179,42 0,00 0,00 0,00 4.179,42 0,00</w:t>
      </w:r>
    </w:p>
    <w:p>
      <w:r>
        <w:t>2023 34126 Precios Públicos Asos.Alzheimer Canarias (ALCA) 5.510,88 0,00 0,00 0,00 5.510,88 0,00</w:t>
      </w:r>
    </w:p>
    <w:p>
      <w:r>
        <w:t>Página 4de 5 18 de Junio del 2025</w:t>
      </w:r>
    </w:p>
    <w:p>
      <w:r>
        <w:t>150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APLICACIÓN PRESUPUESTARIA DESCRIPCIÓN DERECHOS MODIFICACIONES DERECHOS DERECHOS RECAUDACIÓN DERECHOS</w:t>
      </w:r>
    </w:p>
    <w:p>
      <w:r>
        <w:t>PENDIENTES DE SALDO INICIAL ANULADOS CANCELADOS PENDIENTES DE</w:t>
      </w:r>
    </w:p>
    <w:p>
      <w:r>
        <w:t>COBRO A 1 DE COBRO A 31 DE</w:t>
      </w:r>
    </w:p>
    <w:p>
      <w:r>
        <w:t>ENERO DICIEMBRE</w:t>
      </w:r>
    </w:p>
    <w:p>
      <w:r>
        <w:t>2023</w:t>
      </w:r>
    </w:p>
    <w:p>
      <w:r>
        <w:t>2023 34127 Precios Públicos CED Juan Alvarado (Santa Lucía) 2.420,80 0,00 0,00 0,00 2.420,80 0,00</w:t>
      </w:r>
    </w:p>
    <w:p>
      <w:r>
        <w:t>2023 34130 Precios Públicos Residencia de Mayores de Agüimes 11.816,01 0,00 0,00 0,00 11.816,01 0,00</w:t>
      </w:r>
    </w:p>
    <w:p>
      <w:r>
        <w:t>2023 34132 Precios Públicos Centro de Día Ayto. de Arucas 2.014,96 0,00 0,00 0,00 2.014,96 0,00</w:t>
      </w:r>
    </w:p>
    <w:p>
      <w:r>
        <w:t>2023 34133 Precios Públicos C. Día Los Almendros 3.809,20 0,00 0,00 0,00 3.809,20 0,00</w:t>
      </w:r>
    </w:p>
    <w:p>
      <w:r>
        <w:t>2023 34134 Precios Públicos C.Día Casa Hortensia 2.036,32 0,00 0,00 0,00 2.036,32 0,00</w:t>
      </w:r>
    </w:p>
    <w:p>
      <w:r>
        <w:t>2023 34135 Precios Públicos ASIDMA Sevicios Sociales SL 5.745,84 0,00 0,00 0,00 5.745,84 0,00</w:t>
      </w:r>
    </w:p>
    <w:p>
      <w:r>
        <w:t>2023 38901 Reintegros Por Cuenta Del Contratista 337.059,10 0,00 0,00 0,00 337.059,10 0,00</w:t>
      </w:r>
    </w:p>
    <w:p>
      <w:r>
        <w:t>2023 39190 otras multas y sanciones 44.714,26 0,00 0,00 0,00 0,00 44.714,26</w:t>
      </w:r>
    </w:p>
    <w:p>
      <w:r>
        <w:t>2023 39901 Otros Ingresos Imprevistos 5.739,91 0,00 0,00 0,00 230,00 5.509,91</w:t>
      </w:r>
    </w:p>
    <w:p>
      <w:r>
        <w:t>2023 40000 Partic. Tributos Estado en Mat. Sanitaria 8.500.357,09 0,00 0,00 0,00 8.500.357,09 0,00</w:t>
      </w:r>
    </w:p>
    <w:p>
      <w:r>
        <w:t>2023 40000 Transf. Cabildo Aportación CC.AA.Convenio Depend. 277.628,55 0,00 0,00 0,00 277.628,55 0,00</w:t>
      </w:r>
    </w:p>
    <w:p>
      <w:r>
        <w:t>2018-2021, anualidad 2022</w:t>
      </w:r>
    </w:p>
    <w:p>
      <w:r>
        <w:t>2023 40000 Transf. Cabildo Aportación CC.AA.Convenio Depend. 53.869.864,07 0,00 0,00 0,00 53.869.864,07 0,00</w:t>
      </w:r>
    </w:p>
    <w:p>
      <w:r>
        <w:t>2018-2021</w:t>
      </w:r>
    </w:p>
    <w:p>
      <w:r>
        <w:t>2023 40002 Transf. Cabildo Para Gtos. Corrientes Convenio Depend. 21.570.798,04 0,00 0,00 0,00 21.570.798,04 0,00</w:t>
      </w:r>
    </w:p>
    <w:p>
      <w:r>
        <w:t>2018-2021</w:t>
      </w:r>
    </w:p>
    <w:p>
      <w:r>
        <w:t>2023 40003 Transf. Cabildo Para Gastos De Personal 23.784.971,97 0,00 0,00 0,00 23.784.971,97 0,00</w:t>
      </w:r>
    </w:p>
    <w:p>
      <w:r>
        <w:t>2023 70000 Transf. De Cabildo Para Inversiones 1.143.854,19 0,00 0,00 0,00 1.143.854,19 0,00</w:t>
      </w:r>
    </w:p>
    <w:p>
      <w:r>
        <w:t>2023 70000 Transf.Cabildo Aportación Cabildo. II Plan Infraestructura 4.106.866,56 0,00 0,00 0,00 4.106.866,56 0,00</w:t>
      </w:r>
    </w:p>
    <w:p>
      <w:r>
        <w:t>Socios.2017-2021</w:t>
      </w:r>
    </w:p>
    <w:p>
      <w:r>
        <w:t>2023 83002 De Anticipos De Pagas Al Personal Cent. Delegados 41.949,85 0,00 0,00 0,00 27.668,92 14.280,93</w:t>
      </w:r>
    </w:p>
    <w:p>
      <w:r>
        <w:t>Total 2023 114.081.056,46 0,00 0,00 0,00 113.975.897,91 105.158,55</w:t>
      </w:r>
    </w:p>
    <w:p>
      <w:r>
        <w:t>TOTAL 117.066.075,74 0,00 0,00 0,00 113.994.988,69 3.071.087,05</w:t>
      </w:r>
    </w:p>
    <w:p>
      <w:r>
        <w:t>Página 5de 5 18 de Junio del 2025</w:t>
      </w:r>
    </w:p>
    <w:p>
      <w:r>
        <w:t>151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DERECHOS ANULADOS. PRESUPUESTOS CERRADOS</w:t>
      </w:r>
    </w:p>
    <w:p>
      <w:r>
        <w:t>Periodo: 2024</w:t>
      </w:r>
    </w:p>
    <w:p>
      <w:r>
        <w:t>APLICACIÓN PRESUPUESTARIA DESCRIPCIÓN ANULACIÓN DE APLAZAMIENTO Y TOTAL DERECHOS ANULADOS</w:t>
      </w:r>
    </w:p>
    <w:p>
      <w:r>
        <w:t>LIQUIDACIONES FRACCIONAMIENTO</w:t>
      </w:r>
    </w:p>
    <w:p>
      <w:r>
        <w:t>TOTAL</w:t>
      </w:r>
    </w:p>
    <w:p>
      <w:r>
        <w:t>Página 1de 1 18 de Junio del 2025</w:t>
      </w:r>
    </w:p>
    <w:p>
      <w:r>
        <w:t>152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DERECHOS CANCELADOS. PRESUPUESTOS CERRADOS</w:t>
      </w:r>
    </w:p>
    <w:p>
      <w:r>
        <w:t>Periodo: 2024</w:t>
      </w:r>
    </w:p>
    <w:p>
      <w:r>
        <w:t>APLICACIÓN PRESUPUESTARIA DESCRIPCIÓN COBROS EN INSOLVENCIAS PRESCRIPCIONES OTRAS CAUSAS TOTAL DERECHOS</w:t>
      </w:r>
    </w:p>
    <w:p>
      <w:r>
        <w:t>ESPECIE CANCELADOS</w:t>
      </w:r>
    </w:p>
    <w:p>
      <w:r>
        <w:t>Total</w:t>
      </w:r>
    </w:p>
    <w:p>
      <w:r>
        <w:t>Página 1de 1 18 de Junio del 2025</w:t>
      </w:r>
    </w:p>
    <w:p>
      <w:r>
        <w:t>153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VARIACIÓN DE RESULTADOS PRESUPUESTARIOS DE EJERCICIOS</w:t>
      </w:r>
    </w:p>
    <w:p>
      <w:r>
        <w:t>ANTERIORES</w:t>
      </w:r>
    </w:p>
    <w:p>
      <w:r>
        <w:t>Periodo: 2024</w:t>
      </w:r>
    </w:p>
    <w:p>
      <w:r>
        <w:t>TOTAL VARIACIÓN DERECHOS TOTAL VARIACIÓN OBLIGACIONES VARIACIÓN DE RESULTADOS</w:t>
      </w:r>
    </w:p>
    <w:p>
      <w:r>
        <w:t>PRESUPUESTARIOS DE EJERCICIOS</w:t>
      </w:r>
    </w:p>
    <w:p>
      <w:r>
        <w:t>ANTERIORES</w:t>
      </w:r>
    </w:p>
    <w:p>
      <w:r>
        <w:t>a) Operaciones corrientes 0,00 0,00 0,00</w:t>
      </w:r>
    </w:p>
    <w:p>
      <w:r>
        <w:t>b) Operaciones de capital 0,00 0,00 0,00</w:t>
      </w:r>
    </w:p>
    <w:p>
      <w:r>
        <w:t>1. TOTAL VARIACIÓN OPERACIONES 0,00 0,00 0,00</w:t>
      </w:r>
    </w:p>
    <w:p>
      <w:r>
        <w:t>NO FINANCIERAS ( a + b )</w:t>
      </w:r>
    </w:p>
    <w:p>
      <w:r>
        <w:t>c) Activos financieros 0,00 0,00 0,00</w:t>
      </w:r>
    </w:p>
    <w:p>
      <w:r>
        <w:t>d) Pasivos financieros 0,00 0,00 0,00</w:t>
      </w:r>
    </w:p>
    <w:p>
      <w:r>
        <w:t>2. TOTAL VARIACIÓN OPERACIONES 0,00 0,00 0,00</w:t>
      </w:r>
    </w:p>
    <w:p>
      <w:r>
        <w:t>FINANCIERAS ( c+ d )</w:t>
      </w:r>
    </w:p>
    <w:p>
      <w:r>
        <w:t>TOTAL ( 1 + 2 ) 0,00 0,00 0,00</w:t>
      </w:r>
    </w:p>
    <w:p>
      <w:r>
        <w:t>Página 1de 1 18 de Junio del 2025</w:t>
      </w:r>
    </w:p>
    <w:p>
      <w:r>
        <w:t>154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24.3) Ejercicios posteriores</w:t>
      </w:r>
    </w:p>
    <w:p>
      <w:r>
        <w:t>155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COMPROMISOS DE GASTO CON CARGO A PRESUPUESTOS DE EJERCICIOS POSTERIORES</w:t>
      </w:r>
    </w:p>
    <w:p>
      <w:r>
        <w:t>Periodo: 2024</w:t>
      </w:r>
    </w:p>
    <w:p>
      <w:r>
        <w:t>COMPROMISOS DE GASTO ADQUIRIDOS CON CARGO AL PRESUPUESTO DEL EJERCICO</w:t>
      </w:r>
    </w:p>
    <w:p>
      <w:r>
        <w:t>APLICACIÓN DESCRIPCIÓN 2025 2026 2027 2028 AÑOS SUCESIVOS</w:t>
      </w:r>
    </w:p>
    <w:p>
      <w:r>
        <w:t>PRESUPUESTARIA</w:t>
      </w:r>
    </w:p>
    <w:p>
      <w:r>
        <w:t>09701 / 231 / 13000 Retribuciones básicas. 3.896,50 0,00 0,00 0,00 0,00</w:t>
      </w:r>
    </w:p>
    <w:p>
      <w:r>
        <w:t>09701 / 231 / 21300 Maquinaria, instalaciones técnicas y utillaje. 20.377,86 0,00 0,00 0,00 0,00</w:t>
      </w:r>
    </w:p>
    <w:p>
      <w:r>
        <w:t>09701 / 231 / 22105 Productos alimenticios. 5.650,00 0,00 0,00 0,00 0,00</w:t>
      </w:r>
    </w:p>
    <w:p>
      <w:r>
        <w:t>09701 / 231 / 22201 Postales. 20.000,00 452,05 0,00 0,00 0,00</w:t>
      </w:r>
    </w:p>
    <w:p>
      <w:r>
        <w:t>09701 / 231 / 22700 Limpieza y aseo. 0,00 0,00 0,00 0,00 0,00</w:t>
      </w:r>
    </w:p>
    <w:p>
      <w:r>
        <w:t>09710 / 231 / 20600 Arrendamientos de equipos para procesos de informa 36.305,10 3.025,42 0,00 0,00 0,00</w:t>
      </w:r>
    </w:p>
    <w:p>
      <w:r>
        <w:t>09710 / 231 / 21600 Equipos para procesos de información. 86.578,25 54.291,18 51.355,99 38.516,99 0,00</w:t>
      </w:r>
    </w:p>
    <w:p>
      <w:r>
        <w:t>09710 / 231 / 22000 Ordinario no inventariable. 17.221,10 0,00 0,00 0,00 0,00</w:t>
      </w:r>
    </w:p>
    <w:p>
      <w:r>
        <w:t>09710 / 231 / 22103 Combustibles y carburantes. 0,00 0,00 0,00 0,00 0,00</w:t>
      </w:r>
    </w:p>
    <w:p>
      <w:r>
        <w:t>09710 / 231 / 22106 Productos farmacéuticos y material sanitario. 41.097,00 13.699,01 0,00 0,00 0,00</w:t>
      </w:r>
    </w:p>
    <w:p>
      <w:r>
        <w:t>09710 / 231 / 22706 Estudios y trabajos técnicos. 57.123,38 3.650,92 0,00 0,00 0,00</w:t>
      </w:r>
    </w:p>
    <w:p>
      <w:r>
        <w:t>09710 / 231 / 22707 Mantenimiento de Software 0,00 0,00 0,00 0,00 0,00</w:t>
      </w:r>
    </w:p>
    <w:p>
      <w:r>
        <w:t>09710 / 231 / 22799 Otros trabajos realizados por otras empresas y pro 38.108,34 0,00 0,00 0,00 0,00</w:t>
      </w:r>
    </w:p>
    <w:p>
      <w:r>
        <w:t>09710 / 231 / 64100 Gastos en aplicaciones informáticas. 26.515,28 10.525,94 0,00 0,00 0,00</w:t>
      </w:r>
    </w:p>
    <w:p>
      <w:r>
        <w:t>09720 / 231 / 13100 Laboral temporal. 86.212,99 0,00 0,00 0,00 0,00</w:t>
      </w:r>
    </w:p>
    <w:p>
      <w:r>
        <w:t>09720 / 231 / 21300 Maquinaria, instalaciones técnicas y utillaje. 48.786,40 1.234,57 0,00 0,00 0,00</w:t>
      </w:r>
    </w:p>
    <w:p>
      <w:r>
        <w:t>09720 / 231 / 21600 Equipos para procesos de información. 14.846,25 14.846,25 14.846,25 7.423,13 0,00</w:t>
      </w:r>
    </w:p>
    <w:p>
      <w:r>
        <w:t>09720 / 231 / 22000 Ordinario no inventariable. 6.094,24 0,00 0,00 0,00 0,00</w:t>
      </w:r>
    </w:p>
    <w:p>
      <w:r>
        <w:t>09720 / 231 / 22100 Energía eléctrica. 0,00 0,00 0,00 0,00 0,00</w:t>
      </w:r>
    </w:p>
    <w:p>
      <w:r>
        <w:t>09720 / 231 / 22103 Combustibles y carburantes. 81.219,69 0,00 0,00 0,00 0,00</w:t>
      </w:r>
    </w:p>
    <w:p>
      <w:r>
        <w:t>09720 / 231 / 22105 Productos alimenticios. 563.161,65 0,00 0,00 0,00 0,00</w:t>
      </w:r>
    </w:p>
    <w:p>
      <w:r>
        <w:t>09720 / 231 / 22106 Productos farmacéuticos y material sanitario. 298.758,60 53.034,02 0,00 0,00 0,00</w:t>
      </w:r>
    </w:p>
    <w:p>
      <w:r>
        <w:t>09720 / 231 / 22110 Productos de limpieza y aseo. 49.100,98 0,00 0,00 0,00 0,00</w:t>
      </w:r>
    </w:p>
    <w:p>
      <w:r>
        <w:t>09720 / 231 / 22199 Otros suministros. 53.746,16 11.247,75 0,00 0,00 0,00</w:t>
      </w:r>
    </w:p>
    <w:p>
      <w:r>
        <w:t>09720 / 231 / 22300 Transportes. 235.375,60 150.483,00 0,00 0,00 0,00</w:t>
      </w:r>
    </w:p>
    <w:p>
      <w:r>
        <w:t>09720 / 231 / 22700 Limpieza y aseo. 0,00 0,00 0,00 0,00 0,00</w:t>
      </w:r>
    </w:p>
    <w:p>
      <w:r>
        <w:t>09720 / 231 / 22701 Seguridad. 0,00 0,00 0,00 0,00 0,00</w:t>
      </w:r>
    </w:p>
    <w:p>
      <w:r>
        <w:t>09720 / 231 / 22799 Otros trabajos realizados por otras empresas y pro 249.323,12 628,62 0,00 0,00 0,00</w:t>
      </w:r>
    </w:p>
    <w:p>
      <w:r>
        <w:t>09720 / 231 / 62400 Elementos de transporte. 0,00 0,00 0,00 0,00 0,00</w:t>
      </w:r>
    </w:p>
    <w:p>
      <w:r>
        <w:t>09720 / 231 / 63200 Edificios y otras construcciones. 81.899,00 16.379,79 0,00 0,00 0,00</w:t>
      </w:r>
    </w:p>
    <w:p>
      <w:r>
        <w:t>09720 / 231 / 64001 Honorarios y proyectos técnicos 27.949,08 0,00 0,00 0,00 0,00</w:t>
      </w:r>
    </w:p>
    <w:p>
      <w:r>
        <w:t>09730 / 231 / 13100 Laboral temporal. 23.192,06 0,00 0,00 0,00 0,00</w:t>
      </w:r>
    </w:p>
    <w:p>
      <w:r>
        <w:t>09730 / 231 / 16202 Transporte de personal. 35.527,34 0,00 0,00 0,00 0,00</w:t>
      </w:r>
    </w:p>
    <w:p>
      <w:r>
        <w:t>09730 / 231 / 21300 Maquinaria, instalaciones técnicas y utillaje. 47.294,96 1.313,37 0,00 0,00 0,00</w:t>
      </w:r>
    </w:p>
    <w:p>
      <w:r>
        <w:t>09730 / 231 / 22100 Energía eléctrica. 0,00 0,00 0,00 0,00 0,00</w:t>
      </w:r>
    </w:p>
    <w:p>
      <w:r>
        <w:t>09730 / 231 / 22103 Combustibles y carburantes. 106.619,69 0,00 0,00 0,00 0,00</w:t>
      </w:r>
    </w:p>
    <w:p>
      <w:r>
        <w:t>09730 / 231 / 22106 Productos farmacéuticos y material sanitario. 46.028,46 14.616,93 0,00 0,00 0,00</w:t>
      </w:r>
    </w:p>
    <w:p>
      <w:r>
        <w:t>Página 1de 2 18 de Junio del 2025</w:t>
      </w:r>
    </w:p>
    <w:p>
      <w:r>
        <w:t>156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951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09730 / 231 / 22110 Productos de limpieza y aseo. 23.861,50 0,00 0,00 0,00 0,00</w:t>
      </w:r>
    </w:p>
    <w:p>
      <w:r>
        <w:t>09730 / 231 / 22700 Limpieza y aseo. 0,00 0,00 0,00 0,00 0,00</w:t>
      </w:r>
    </w:p>
    <w:p>
      <w:r>
        <w:t>09730 / 231 / 22701 Seguridad. 0,00 0,00 0,00 0,00 0,00</w:t>
      </w:r>
    </w:p>
    <w:p>
      <w:r>
        <w:t>09730 / 231 / 22799 Otros trabajos realizados por otras empresas y pro 254.185,81 108,25 0,00 0,00 0,00</w:t>
      </w:r>
    </w:p>
    <w:p>
      <w:r>
        <w:t>09730 / 231 / 62303 Maquinaria 0,00 0,00 0,00 0,00 0,00</w:t>
      </w:r>
    </w:p>
    <w:p>
      <w:r>
        <w:t>09730 / 231 / 62500 Mobiliario. 0,00 0,00 0,00 0,00 0,00</w:t>
      </w:r>
    </w:p>
    <w:p>
      <w:r>
        <w:t>09770 / 231 / 21300 Maquinaria, instalaciones técnicas y utillaje. 135.868,40 1.470,97 0,00 0,00 0,00</w:t>
      </w:r>
    </w:p>
    <w:p>
      <w:r>
        <w:t>09770 / 231 / 22100 Energía eléctrica. 0,00 0,00 0,00 0,00 0,00</w:t>
      </w:r>
    </w:p>
    <w:p>
      <w:r>
        <w:t>09770 / 231 / 22701 Seguridad. 130.580,13 0,00 0,00 0,00 0,00</w:t>
      </w:r>
    </w:p>
    <w:p>
      <w:r>
        <w:t>09770 / 231 / 22799 Otros trabajos realizados por otras empresas y pro 27.903.288,38 11.161.421,71 10.681.091,69 10.274.059,46 51.188.283,95</w:t>
      </w:r>
    </w:p>
    <w:p>
      <w:r>
        <w:t>09770 / 231 / 62303 Maquinaria 0,00 0,00 0,00 0,00 0,00</w:t>
      </w:r>
    </w:p>
    <w:p>
      <w:r>
        <w:t>09770 / 231 / 62500 Mobiliario. 0,00 0,00 0,00 0,00 0,00</w:t>
      </w:r>
    </w:p>
    <w:p>
      <w:r>
        <w:t>09770 / 231 / 63303 Reposición maquinaria 0,00 0,00 0,00 0,00 0,00</w:t>
      </w:r>
    </w:p>
    <w:p>
      <w:r>
        <w:t>09791 / 231 / 13100 Laboral temporal. 103.480,54 0,00 0,00 0,00 0,00</w:t>
      </w:r>
    </w:p>
    <w:p>
      <w:r>
        <w:t>09791 / 231 / 21300 Maquinaria, instalaciones técnicas y utillaje. 49.359,50 1.234,57 0,00 0,00 0,00</w:t>
      </w:r>
    </w:p>
    <w:p>
      <w:r>
        <w:t>09791 / 231 / 21600 Equipos para procesos de información. 14.846,25 14.846,25 14.846,25 7.423,13 0,00</w:t>
      </w:r>
    </w:p>
    <w:p>
      <w:r>
        <w:t>09791 / 231 / 22000 Ordinario no inventariable. 4.156,79 0,00 0,00 0,00 0,00</w:t>
      </w:r>
    </w:p>
    <w:p>
      <w:r>
        <w:t>09791 / 231 / 22100 Energía eléctrica. 0,00 0,00 0,00 0,00 0,00</w:t>
      </w:r>
    </w:p>
    <w:p>
      <w:r>
        <w:t>09791 / 231 / 22103 Combustibles y carburantes. 104.819,69 0,00 0,00 0,00 0,00</w:t>
      </w:r>
    </w:p>
    <w:p>
      <w:r>
        <w:t>09791 / 231 / 22105 Productos alimenticios. 68.500,00 0,00 0,00 0,00 0,00</w:t>
      </w:r>
    </w:p>
    <w:p>
      <w:r>
        <w:t>09791 / 231 / 22106 Productos farmacéuticos y material sanitario. 416.390,52 93.573,96 0,00 0,00 0,00</w:t>
      </w:r>
    </w:p>
    <w:p>
      <w:r>
        <w:t>09791 / 231 / 22110 Productos de limpieza y aseo. 71.288,42 0,00 0,00 0,00 0,00</w:t>
      </w:r>
    </w:p>
    <w:p>
      <w:r>
        <w:t>09791 / 231 / 22199 Otros suministros. 41.003,68 2.761,69 0,00 0,00 0,00</w:t>
      </w:r>
    </w:p>
    <w:p>
      <w:r>
        <w:t>09791 / 231 / 22300 Transportes. 41.104,55 34.419,17 0,00 0,00 0,00</w:t>
      </w:r>
    </w:p>
    <w:p>
      <w:r>
        <w:t>09791 / 231 / 22700 Limpieza y aseo. 0,00 0,00 0,00 0,00 0,00</w:t>
      </w:r>
    </w:p>
    <w:p>
      <w:r>
        <w:t>09791 / 231 / 22799 Otros trabajos realizados por otras empresas y pro 5.752.455,81 823,55 0,00 0,00 0,00</w:t>
      </w:r>
    </w:p>
    <w:p>
      <w:r>
        <w:t>09792 / 231 / 13100 Laboral temporal. 1.605,86 0,00 0,00 0,00 0,00</w:t>
      </w:r>
    </w:p>
    <w:p>
      <w:r>
        <w:t>09792 / 231 / 21300 Maquinaria, instalaciones técnicas y utillaje. 142,31 0,00 0,00 0,00 0,00</w:t>
      </w:r>
    </w:p>
    <w:p>
      <w:r>
        <w:t>09792 / 231 / 22000 Ordinario no inventariable. 145,75 0,00 0,00 0,00 0,00</w:t>
      </w:r>
    </w:p>
    <w:p>
      <w:r>
        <w:t>09792 / 231 / 22100 Energía eléctrica. 0,00 0,00 0,00 0,00 0,00</w:t>
      </w:r>
    </w:p>
    <w:p>
      <w:r>
        <w:t>09792 / 231 / 22799 Otros trabajos realizados por otras empresas y pro 1.407.285,90 0,00 0,00 0,00 0,00</w:t>
      </w:r>
    </w:p>
    <w:p>
      <w:r>
        <w:t>TOTAL 38.932.378,87 11.660.088,94 10.762.140,18 10.327.422,71 51.188.283,95</w:t>
      </w:r>
    </w:p>
    <w:p>
      <w:r>
        <w:t>Página 2de 2 18 de Junio del 2025</w:t>
      </w:r>
    </w:p>
    <w:p>
      <w:r>
        <w:t>157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COMPROMISOS DE INGRESO CON CARGO A PRESUPUESTOS DE EJERCICIOS POSTERIORES</w:t>
      </w:r>
    </w:p>
    <w:p>
      <w:r>
        <w:t>Periodo: 2024</w:t>
      </w:r>
    </w:p>
    <w:p>
      <w:r>
        <w:t>COMPROMISOS DE INGRESO CONCERTADOS IMPUTABLES AL EJERCICIO</w:t>
      </w:r>
    </w:p>
    <w:p>
      <w:r>
        <w:t>APLICACIÓN DESCRIPCIÓN 2025 2026 2027 2028 AÑOS SUCESIVOS</w:t>
      </w:r>
    </w:p>
    <w:p>
      <w:r>
        <w:t>PRESUPUESTARIA</w:t>
      </w:r>
    </w:p>
    <w:p>
      <w:r>
        <w:t>Total</w:t>
      </w:r>
    </w:p>
    <w:p>
      <w:r>
        <w:t>Página 1de 1 18 de Junio del 2025</w:t>
      </w:r>
    </w:p>
    <w:p>
      <w:r>
        <w:t>158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24.4) Ejecución de proyectos de gasto</w:t>
      </w:r>
    </w:p>
    <w:p>
      <w:r>
        <w:t>159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EJECUCIÓN DE PROYECTOS DE GASTO. RESUMEN DE EJECUCIÓN</w:t>
      </w:r>
    </w:p>
    <w:p>
      <w:r>
        <w:t>Periodo: 2024</w:t>
      </w:r>
    </w:p>
    <w:p>
      <w:r>
        <w:t>CÓDIGO PROYECTO DENOMINACIÓN AÑO DE DURACIÓN GASTO GASTO OBLIGACIONES RECONOCIDAS GASTO FINANCIACIÓN</w:t>
      </w:r>
    </w:p>
    <w:p>
      <w:r>
        <w:t>INICIO PREVISTO COMPROMETIDO PENDIENTE DE AFECTADA</w:t>
      </w:r>
    </w:p>
    <w:p>
      <w:r>
        <w:t>A 1 DE ENERO EN EL EJERCICIO TOTAL</w:t>
      </w:r>
    </w:p>
    <w:p>
      <w:r>
        <w:t>REALIZAR</w:t>
      </w:r>
    </w:p>
    <w:p>
      <w:r>
        <w:t>20180001 II PLAN 2018 8 99.353.069,56 81.499.472,76 43.676.090,59 26.416.603,53 70.092.694,12 29.260.375,44 1</w:t>
      </w:r>
    </w:p>
    <w:p>
      <w:r>
        <w:t>INFRAESTRUCTURAS</w:t>
      </w:r>
    </w:p>
    <w:p>
      <w:r>
        <w:t>SOCIOSANITARIAS</w:t>
      </w:r>
    </w:p>
    <w:p>
      <w:r>
        <w:t>20200002 INVERSIONES AÑO 2020 2020 4 1.470.995,60 1.470.995,60 1.377.246,27 93.749,33 1.470.995,60 0,00 1</w:t>
      </w:r>
    </w:p>
    <w:p>
      <w:r>
        <w:t>20210002 INVERSIONES AÑO 2021 2021 4 1.696.399,63 1.692.454,95 1.620.075,53 40.964,88 1.661.040,41 35.359,22 1</w:t>
      </w:r>
    </w:p>
    <w:p>
      <w:r>
        <w:t>20220002 INVERSIONES AÑO 2022 2022 3 4.601.304,85 2.335.512,22 1.114.529,18 1.177.648,04 2.292.177,22 2.309.127,63 1</w:t>
      </w:r>
    </w:p>
    <w:p>
      <w:r>
        <w:t>20230002 INVERSIONES AÑO 2023 2023 2 1.143.854,19 479.639,18 416.861,70 9.972,46 426.834,16 717.020,03 1</w:t>
      </w:r>
    </w:p>
    <w:p>
      <w:r>
        <w:t>20240002 INVERSIONES AÑO 2024 2024 1 895.776,62 705.568,14 0,00 440.105,76 440.105,76 455.670,86 1</w:t>
      </w:r>
    </w:p>
    <w:p>
      <w:r>
        <w:t>20240003 INVERSIONES CREDITO 2024 1 3.627.994,11 0,00 0,00 0,00 0,00 3.627.994,11 1</w:t>
      </w:r>
    </w:p>
    <w:p>
      <w:r>
        <w:t>EXTR. 2024 EXPTE. 1666-2024</w:t>
      </w:r>
    </w:p>
    <w:p>
      <w:r>
        <w:t>20240004 REHABILITACION HOSPITAL 2024 2 40.217.107,56 0,00 0,00 0,00 0,00 40.217.107,56 1</w:t>
      </w:r>
    </w:p>
    <w:p>
      <w:r>
        <w:t>PSIQUIATRICO</w:t>
      </w:r>
    </w:p>
    <w:p>
      <w:r>
        <w:t>20240005 ADQUISICION INMUEBE 2024 1 4.000.000,00 0,00 0,00 0,00 0,00 4.000.000,00 1</w:t>
      </w:r>
    </w:p>
    <w:p>
      <w:r>
        <w:t>SANTA ROSALIA - MUSEO</w:t>
      </w:r>
    </w:p>
    <w:p>
      <w:r>
        <w:t>CANARIO</w:t>
      </w:r>
    </w:p>
    <w:p>
      <w:r>
        <w:t>TOTAL 157.006.502,12 88.183.642,85 48.204.803,27 28.179.044,00 76.383.847,27 80.622.654,85</w:t>
      </w:r>
    </w:p>
    <w:p>
      <w:r>
        <w:t>Página 1de 1 18 de Junio del 2025</w:t>
      </w:r>
    </w:p>
    <w:p>
      <w:r>
        <w:t>160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ANUALIDADES PENDIENTES</w:t>
      </w:r>
    </w:p>
    <w:p>
      <w:r>
        <w:t>Periodo: 2024</w:t>
      </w:r>
    </w:p>
    <w:p>
      <w:r>
        <w:t>GASTO PENDIENTE DE REALIZAR</w:t>
      </w:r>
    </w:p>
    <w:p>
      <w:r>
        <w:t>CÓDIGO PROYECTO DENOMINACIÓN 2025 2026 2027 AÑOS SUCESIVOS</w:t>
      </w:r>
    </w:p>
    <w:p>
      <w:r>
        <w:t>20180001 II PLAN INFRAESTRUCTURAS 29.260.375,44 0,00 0,00 0,00</w:t>
      </w:r>
    </w:p>
    <w:p>
      <w:r>
        <w:t>SOCIOSANITARIAS</w:t>
      </w:r>
    </w:p>
    <w:p>
      <w:r>
        <w:t>20200002 INVERSIONES AÑO 2020 0,00 0,00 0,00 0,00</w:t>
      </w:r>
    </w:p>
    <w:p>
      <w:r>
        <w:t>20210002 INVERSIONES AÑO 2021 35.359,22 0,00 0,00 0,00</w:t>
      </w:r>
    </w:p>
    <w:p>
      <w:r>
        <w:t>20220002 INVERSIONES AÑO 2022 2.309.127,63 0,00 0,00 0,00</w:t>
      </w:r>
    </w:p>
    <w:p>
      <w:r>
        <w:t>20230002 INVERSIONES AÑO 2023 717.020,03 0,00 0,00 0,00</w:t>
      </w:r>
    </w:p>
    <w:p>
      <w:r>
        <w:t>20240002 INVERSIONES AÑO 2024 455.670,86 0,00 0,00 0,00</w:t>
      </w:r>
    </w:p>
    <w:p>
      <w:r>
        <w:t>20240003 INVERSIONES CREDITO EXTR. 2024 3.627.994,11 0,00 0,00 0,00</w:t>
      </w:r>
    </w:p>
    <w:p>
      <w:r>
        <w:t>EXPTE. 1666-2024</w:t>
      </w:r>
    </w:p>
    <w:p>
      <w:r>
        <w:t>20240004 REHABILITACION HOSPITAL 40.217.107,56 0,00 0,00 0,00</w:t>
      </w:r>
    </w:p>
    <w:p>
      <w:r>
        <w:t>PSIQUIATRICO</w:t>
      </w:r>
    </w:p>
    <w:p>
      <w:r>
        <w:t>20240005 ADQUISICION INMUEBE SANTA ROSALIA 4.000.000,00 0,00 0,00 0,00</w:t>
      </w:r>
    </w:p>
    <w:p>
      <w:r>
        <w:t>- MUSEO CANARIO</w:t>
      </w:r>
    </w:p>
    <w:p>
      <w:r>
        <w:t>TOTAL 80.622.654,85 0,00 0,00 0,00</w:t>
      </w:r>
    </w:p>
    <w:p>
      <w:r>
        <w:t>Página 1de 1 18 de Junio del 2025</w:t>
      </w:r>
    </w:p>
    <w:p>
      <w:r>
        <w:t>161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24.5) Gastos con financiación afectada</w:t>
      </w:r>
    </w:p>
    <w:p>
      <w:r>
        <w:t>162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DESVIACIONES DE FINANCIACIÓN POR AGENTE FINANCIADOR</w:t>
      </w:r>
    </w:p>
    <w:p>
      <w:r>
        <w:t>Periodo: 2024</w:t>
      </w:r>
    </w:p>
    <w:p>
      <w:r>
        <w:t>CÓDIGO DE GASTO DESCRIPCIÓN AGENTE FINANCIADOR COEFICIENTE DESVIACIONES DEL EJERCICIO DESVIACIONES ACUMULADAS</w:t>
      </w:r>
    </w:p>
    <w:p>
      <w:r>
        <w:t>DE</w:t>
      </w:r>
    </w:p>
    <w:p>
      <w:r>
        <w:t>TERCERO APLICACIÓN POSITIVAS NEGATIVAS POSITIVAS NEGATIVAS</w:t>
      </w:r>
    </w:p>
    <w:p>
      <w:r>
        <w:t>FINANCIACIÓN</w:t>
      </w:r>
    </w:p>
    <w:p>
      <w:r>
        <w:t>PRESUPUESTARIA</w:t>
      </w:r>
    </w:p>
    <w:p>
      <w:r>
        <w:t>20180001 II PLAN INFRAESTRUCTURAS P3500001G CABILDO DE GRAN 70000 48,97% 0,00 8.386.454,21 14.330.179,85 0,00</w:t>
      </w:r>
    </w:p>
    <w:p>
      <w:r>
        <w:t>SOCIOSANITARIAS CANARIA</w:t>
      </w:r>
    </w:p>
    <w:p>
      <w:r>
        <w:t>20180001 II PLAN INFRAESTRUCTURAS S3511001D COMUNIDAD AUTONOMA 70000 33,54% 0,00 3.117.101,87 0,00 319.959,99</w:t>
      </w:r>
    </w:p>
    <w:p>
      <w:r>
        <w:t>SOCIOSANITARIAS DE CANARIAS</w:t>
      </w:r>
    </w:p>
    <w:p>
      <w:r>
        <w:t>20200002 INVERSIONES AÑO 2020 P3500001G CABILDO DE GRAN 70000 100,00% 0,00 93.749,33 0,00 0,00</w:t>
      </w:r>
    </w:p>
    <w:p>
      <w:r>
        <w:t>CANARIA</w:t>
      </w:r>
    </w:p>
    <w:p>
      <w:r>
        <w:t>20210002 INVERSIONES AÑO 2021 P3500001G CABILDO DE GRAN 70000 39,15% 0,00 16.038,15 13.843,48 0,00</w:t>
      </w:r>
    </w:p>
    <w:p>
      <w:r>
        <w:t>CANARIA</w:t>
      </w:r>
    </w:p>
    <w:p>
      <w:r>
        <w:t>20220002 INVERSIONES AÑO 2022 P3500001G CABILDO DE GRAN 70000 23,13% 0,00 272.358,05 534.038,58 0,00</w:t>
      </w:r>
    </w:p>
    <w:p>
      <w:r>
        <w:t>CANARIA</w:t>
      </w:r>
    </w:p>
    <w:p>
      <w:r>
        <w:t>20230002 INVERSIONES AÑO 2023 P3500001G CABILDO DE GRAN 70000 100,00% 0,00 9.972,46 717.020,03 0,00</w:t>
      </w:r>
    </w:p>
    <w:p>
      <w:r>
        <w:t>CANARIA</w:t>
      </w:r>
    </w:p>
    <w:p>
      <w:r>
        <w:t>20240002 INVERSIONES AÑO 2024 P3500001G CABILDO DE GRAN 70000 100,00% 455.670,86 0,00 455.670,86 0,00</w:t>
      </w:r>
    </w:p>
    <w:p>
      <w:r>
        <w:t>CANARIA</w:t>
      </w:r>
    </w:p>
    <w:p>
      <w:r>
        <w:t>TOTAL 455.670,86 11.895.674,07 16.050.752,80 319.959,99</w:t>
      </w:r>
    </w:p>
    <w:p>
      <w:r>
        <w:t>Página 1de 1 18 de Junio del 2025</w:t>
      </w:r>
    </w:p>
    <w:p>
      <w:r>
        <w:t>163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24.6) Remanente de tesorería</w:t>
      </w:r>
    </w:p>
    <w:p>
      <w:r>
        <w:t>164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ESTADO DEL REMANENTE DE TESORERÍA</w:t>
      </w:r>
    </w:p>
    <w:p>
      <w:r>
        <w:t>Periodo: 2024</w:t>
      </w:r>
    </w:p>
    <w:p>
      <w:r>
        <w:t>Nº DE CUENTAS COMPONENTES 2024 2023</w:t>
      </w:r>
    </w:p>
    <w:p>
      <w:r>
        <w:t>57, 556 1. (+) Fondos líquidos 9.623.351,94 4.661.163,36</w:t>
      </w:r>
    </w:p>
    <w:p>
      <w:r>
        <w:t>2. (+) Derechos Pendientes de Cobro 130.391.445,54 117.082.707,48</w:t>
      </w:r>
    </w:p>
    <w:p>
      <w:r>
        <w:t>430 - (+) del Presupuesto corriente 127.303.726,75 114.081.056,46</w:t>
      </w:r>
    </w:p>
    <w:p>
      <w:r>
        <w:t>431 - (+) de Presupuestos cerrados 3.071.087,05 2.985.019,28</w:t>
      </w:r>
    </w:p>
    <w:p>
      <w:r>
        <w:t>257, 258, 270, 275, 440, 442, - (+) de operaciones no presupuestarias 16.631,74 16.631,74</w:t>
      </w:r>
    </w:p>
    <w:p>
      <w:r>
        <w:t>449, 456, 470, 471, 472, 537,</w:t>
      </w:r>
    </w:p>
    <w:p>
      <w:r>
        <w:t>538, 550, 565, 566</w:t>
      </w:r>
    </w:p>
    <w:p>
      <w:r>
        <w:t>3. (-) Obligaciones pendientes de pago 26.405.360,58 21.479.507,61</w:t>
      </w:r>
    </w:p>
    <w:p>
      <w:r>
        <w:t>400 - (+) del Presupuesto corriente 23.778.018,87 18.585.072,96</w:t>
      </w:r>
    </w:p>
    <w:p>
      <w:r>
        <w:t>401 - (+) de Presupuestos cerrados 389.342,35 388.982,35</w:t>
      </w:r>
    </w:p>
    <w:p>
      <w:r>
        <w:t>165, 166, 180, 185, 410, 414, - (+) de operaciones no presupuestarias 2.237.999,36 2.505.452,30</w:t>
      </w:r>
    </w:p>
    <w:p>
      <w:r>
        <w:t>419, 453, 456, 475, 476, 477,</w:t>
      </w:r>
    </w:p>
    <w:p>
      <w:r>
        <w:t>502, 515, 516, 521, 550, 560,</w:t>
      </w:r>
    </w:p>
    <w:p>
      <w:r>
        <w:t>561</w:t>
      </w:r>
    </w:p>
    <w:p>
      <w:r>
        <w:t>4. (+) Partidas pendientes de aplicación 0,00 0,00</w:t>
      </w:r>
    </w:p>
    <w:p>
      <w:r>
        <w:t>554, 559 - (-) cobros realizados pendientes de aplicación definitiva 0,00 0,00</w:t>
      </w:r>
    </w:p>
    <w:p>
      <w:r>
        <w:t>555, 5581. 5585 - (+) pagos realizados pendientes de aplicación definitiva 0,00 0,00</w:t>
      </w:r>
    </w:p>
    <w:p>
      <w:r>
        <w:t>I. Remanente de tesorería total ( 1 + 2 -3 + 4 ) 113.609.436,90 100.264.363,23</w:t>
      </w:r>
    </w:p>
    <w:p>
      <w:r>
        <w:t>2961, 2962, 2981, 2982, 4900, II. Saldos de dudoso cobro 2.934.473,86 2.905.633,88</w:t>
      </w:r>
    </w:p>
    <w:p>
      <w:r>
        <w:t>4901, 4902, 4903, 5961, 5962,</w:t>
      </w:r>
    </w:p>
    <w:p>
      <w:r>
        <w:t>5981, 5982</w:t>
      </w:r>
    </w:p>
    <w:p>
      <w:r>
        <w:t>III. Exceso de financiación afectada 16.050.752,80 21.356.281,52</w:t>
      </w:r>
    </w:p>
    <w:p>
      <w:r>
        <w:t>IV. Remanente de tesorería para gastos generales ( I - II - III ) 94.624.210,24 76.002.447,83</w:t>
      </w:r>
    </w:p>
    <w:p>
      <w:r>
        <w:t>Página 1de 1 18 de Junio del 2025</w:t>
      </w:r>
    </w:p>
    <w:p>
      <w:r>
        <w:t>165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24.7 ) Acreedores por operaciones devengadas</w:t>
      </w:r>
    </w:p>
    <w:p>
      <w:r>
        <w:t>166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961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Acreedores por operaciones devengadas</w:t>
      </w:r>
    </w:p>
    <w:p>
      <w:r>
        <w:t>Periodo: 2024</w:t>
      </w:r>
    </w:p>
    <w:p>
      <w:r>
        <w:t>CUENTA DESCRIPCIÓN Importe OBSERVACIONES</w:t>
      </w:r>
    </w:p>
    <w:p>
      <w:r>
        <w:t>120 Resultados de ejercicios anteriores. 112.113,59</w:t>
      </w:r>
    </w:p>
    <w:p>
      <w:r>
        <w:t>216 Mobiliario. 4.043,44</w:t>
      </w:r>
    </w:p>
    <w:p>
      <w:r>
        <w:t>622 Reparaciones y conservación. 20.533,08</w:t>
      </w:r>
    </w:p>
    <w:p>
      <w:r>
        <w:t>623 Servicios de profesionales independientes. 5.761,95</w:t>
      </w:r>
    </w:p>
    <w:p>
      <w:r>
        <w:t>6281 Otros suministros varios 241.979,42</w:t>
      </w:r>
    </w:p>
    <w:p>
      <w:r>
        <w:t>6290 Comunicaciones y otros servicios 211.300,50</w:t>
      </w:r>
    </w:p>
    <w:p>
      <w:r>
        <w:t>644 Otros gastos sociales. 69,55</w:t>
      </w:r>
    </w:p>
    <w:p>
      <w:r>
        <w:t>TOTAL 595.801,53</w:t>
      </w:r>
    </w:p>
    <w:p>
      <w:r>
        <w:t>Página 1de 1 18 de Junio del 2025</w:t>
      </w:r>
    </w:p>
    <w:p>
      <w:r>
        <w:t>167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25) Indicadores</w:t>
      </w:r>
    </w:p>
    <w:p>
      <w:r>
        <w:t>Indicadores financieros, patrimoniales y</w:t>
      </w:r>
    </w:p>
    <w:p>
      <w:r>
        <w:t>presupuestarios</w:t>
      </w:r>
    </w:p>
    <w:p>
      <w:r>
        <w:t>168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INDICADORES FINANCIEROS, PATRIMONIALES Y PRESUPUESTARIOS</w:t>
      </w:r>
    </w:p>
    <w:p>
      <w:r>
        <w:t>Periodo: 2024</w:t>
      </w:r>
    </w:p>
    <w:p>
      <w:r>
        <w:t>1. INDICADORES FINANCIEROS Y PATRIMONIALES</w:t>
      </w:r>
    </w:p>
    <w:p>
      <w:r>
        <w:t>A) LIQUIDEZ INMEDIATA</w:t>
      </w:r>
    </w:p>
    <w:p>
      <w:r>
        <w:t>FONDOS_LIQUIDOS (1) PASIVO CORRIENTE ( 2 ) LIQUIDEZ INMEDIATA (1/2)</w:t>
      </w:r>
    </w:p>
    <w:p>
      <w:r>
        <w:t>9.623.351,94 27.001.162,11 0,36</w:t>
      </w:r>
    </w:p>
    <w:p>
      <w:r>
        <w:t>B) LIQUIDEZ A CORTO PLAZO</w:t>
      </w:r>
    </w:p>
    <w:p>
      <w:r>
        <w:t>FONDOS_LIQUIDOS (1) DERECHOS PENDIENTES DE PASIVO CORRIENTE ( 3 ) LIQUIDEZ A CORTO PLAZO</w:t>
      </w:r>
    </w:p>
    <w:p>
      <w:r>
        <w:t>COBRO (2) ( ( 1+2 ) / 3 )</w:t>
      </w:r>
    </w:p>
    <w:p>
      <w:r>
        <w:t>9.623.351,94 127.455.271,68 27.001.162,11 5,08</w:t>
      </w:r>
    </w:p>
    <w:p>
      <w:r>
        <w:t>C) LIQUIDEZ GENERAL</w:t>
      </w:r>
    </w:p>
    <w:p>
      <w:r>
        <w:t>ACTIVO CORRIENTE ( 1 ) PASIVO CORRIENTE ( 2 ) LIQUIDEZ GENERAL ( 1/ 2 )</w:t>
      </w:r>
    </w:p>
    <w:p>
      <w:r>
        <w:t>137.096.975,30 27.001.162,11 5,08</w:t>
      </w:r>
    </w:p>
    <w:p>
      <w:r>
        <w:t>D) ENDEUDAMIENTO POR HABITANTE</w:t>
      </w:r>
    </w:p>
    <w:p>
      <w:r>
        <w:t>PASIVO CORRIENTE ( 1 ) PASIVO NO CORRIENTE ( 2 ) NÚMERO DE HABITANTES ENDEUDAMIENTO POR</w:t>
      </w:r>
    </w:p>
    <w:p>
      <w:r>
        <w:t>( 3 ) HABITANTE ( ( 1+2 )/3 )</w:t>
      </w:r>
    </w:p>
    <w:p>
      <w:r>
        <w:t>27.001.162,11 7.332.501,88 863.943,00 39,74</w:t>
      </w:r>
    </w:p>
    <w:p>
      <w:r>
        <w:t>E) ENDEUDAMIENTO</w:t>
      </w:r>
    </w:p>
    <w:p>
      <w:r>
        <w:t>PASIVO CORRIENTE ( 1 ) PASIVO NO CORRIENTE ( 2 ) PATRIMONIO NETO (3) ENDEUDAMIENTO ( ( 1+2 ) /</w:t>
      </w:r>
    </w:p>
    <w:p>
      <w:r>
        <w:t>( 1+2+3 ) )</w:t>
      </w:r>
    </w:p>
    <w:p>
      <w:r>
        <w:t>27.001.162,11 7.332.501,88 174.486.555,70 0,00</w:t>
      </w:r>
    </w:p>
    <w:p>
      <w:r>
        <w:t>F) RELACIÓN DE ENDEUDAMIENTO</w:t>
      </w:r>
    </w:p>
    <w:p>
      <w:r>
        <w:t>PASIVO CORRIENTE ( 1 ) PASIVO NO CORRIENTE ( 2 ) RELACIÓN DE</w:t>
      </w:r>
    </w:p>
    <w:p>
      <w:r>
        <w:t>ENDEUDAMIENTO (1/2)</w:t>
      </w:r>
    </w:p>
    <w:p>
      <w:r>
        <w:t>27.001.162,11 7.332.501,88 3,68</w:t>
      </w:r>
    </w:p>
    <w:p>
      <w:r>
        <w:t>G) CASH-FLOW</w:t>
      </w:r>
    </w:p>
    <w:p>
      <w:r>
        <w:t>PASIVO NO CORRIENTE (1) FLUJOS NETOS DE GESTIÓN PASIVO CORRIENTE ( 3 ) CASH-FLOW ( (1/2) + (3/2) )</w:t>
      </w:r>
    </w:p>
    <w:p>
      <w:r>
        <w:t>(2)</w:t>
      </w:r>
    </w:p>
    <w:p>
      <w:r>
        <w:t>7.332.501,88 28.553.593,51 27.001.162,11 1,20</w:t>
      </w:r>
    </w:p>
    <w:p>
      <w:r>
        <w:t>H) PERIODO MEDIO DE PAGO A ACREEDORES COMERCIALES</w:t>
      </w:r>
    </w:p>
    <w:p>
      <w:r>
        <w:t>SUMATORIO DE NÚMERO SUMATORIO DE IMPORTE PERIODO MEDIO DE PAGO A</w:t>
      </w:r>
    </w:p>
    <w:p>
      <w:r>
        <w:t>DE DÍAS PERIODO DE PAGO DE PAGO (2) ACREEDORES</w:t>
      </w:r>
    </w:p>
    <w:p>
      <w:r>
        <w:t>X IMPORTE DE PAGO (1) COMERCIALES (1/2)</w:t>
      </w:r>
    </w:p>
    <w:p>
      <w:r>
        <w:t>342.333.575,06 48.503.560,46 7,06</w:t>
      </w:r>
    </w:p>
    <w:p>
      <w:r>
        <w:t>I) PERIODO MEDIO DE COBRO</w:t>
      </w:r>
    </w:p>
    <w:p>
      <w:r>
        <w:t>SUMATORIO DE NÚMERO SUMATORIO IMPORTE DE PERIODO MEDIO DE COBRO</w:t>
      </w:r>
    </w:p>
    <w:p>
      <w:r>
        <w:t>DE DÍAS PERIODO DE COBRO (1) ( 1/2 )</w:t>
      </w:r>
    </w:p>
    <w:p>
      <w:r>
        <w:t>COBRO X IMPORTE DE</w:t>
      </w:r>
    </w:p>
    <w:p>
      <w:r>
        <w:t>COBRO (1)</w:t>
      </w:r>
    </w:p>
    <w:p>
      <w:r>
        <w:t>355.857.841,35 7.672.492,18 46,38</w:t>
      </w:r>
    </w:p>
    <w:p>
      <w:r>
        <w:t>J) RATIOS DE LA CUENTA DEL RESULTADO ECONÓMICO PATRIMONIAL</w:t>
      </w:r>
    </w:p>
    <w:p>
      <w:r>
        <w:t>Página 1de 3 18 de Junio del 2025</w:t>
      </w:r>
    </w:p>
    <w:p>
      <w:r>
        <w:t>169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1) ESTRUCTURA DE LOS INGRESOS</w:t>
      </w:r>
    </w:p>
    <w:p>
      <w:r>
        <w:t>INGRESOS DE GESTIÓN INGRESOS TRIBUTARIOS Y TRANSFERENCIAS Y VENTAS Y PRESTACIÓN DE RESTO INGRESOS DE</w:t>
      </w:r>
    </w:p>
    <w:p>
      <w:r>
        <w:t>ORDINARIA (1) URBANÍSTICOS (2) SUBVENCIONES RECIBIDAS SERVICIOS (4) GESTIÓN ORDINARIA (5)</w:t>
      </w:r>
    </w:p>
    <w:p>
      <w:r>
        <w:t>(3)</w:t>
      </w:r>
    </w:p>
    <w:p>
      <w:r>
        <w:t>167.771.484,73 0,00 0,96 0,04 0,00</w:t>
      </w:r>
    </w:p>
    <w:p>
      <w:r>
        <w:t>2) ESTRUCTURA DE LOS GASTOS</w:t>
      </w:r>
    </w:p>
    <w:p>
      <w:r>
        <w:t>GASTOS DE GESTIÓN GASTOS DE PERSONAL (2) TRANSFERENCIAS Y APROVISIONAMIENTOS (4) RESTO GASTOS DE GESTIÓN</w:t>
      </w:r>
    </w:p>
    <w:p>
      <w:r>
        <w:t>ORDINARIA (1) SUBVENCIONES ORDINARIA (5)</w:t>
      </w:r>
    </w:p>
    <w:p>
      <w:r>
        <w:t>CONCEDIDAS (3)</w:t>
      </w:r>
    </w:p>
    <w:p>
      <w:r>
        <w:t>131.932.910,81 0,21 0,02 0,00 0,77</w:t>
      </w:r>
    </w:p>
    <w:p>
      <w:r>
        <w:t>3. COBERTURA DE LOS GASTOS CORRIENTES</w:t>
      </w:r>
    </w:p>
    <w:p>
      <w:r>
        <w:t>GASTOS DE GESTIÓN INGRESOS DE GESTIÓN COBERTURA DE LOS</w:t>
      </w:r>
    </w:p>
    <w:p>
      <w:r>
        <w:t>ORDINARIA (1) ORDINARIA (2) GASTOS CORRIENTES (1/2)</w:t>
      </w:r>
    </w:p>
    <w:p>
      <w:r>
        <w:t>131.932.910,81 167.771.484,73 0,79</w:t>
      </w:r>
    </w:p>
    <w:p>
      <w:r>
        <w:t>2. INDICADORES PRESUPUESTARIOS</w:t>
      </w:r>
    </w:p>
    <w:p>
      <w:r>
        <w:t>A) DEL PRESUPUESTO DE GASTOS CORRIENTE</w:t>
      </w:r>
    </w:p>
    <w:p>
      <w:r>
        <w:t>1) EJECUCIÓN DEL PRESUPUESTO DE GASTOS</w:t>
      </w:r>
    </w:p>
    <w:p>
      <w:r>
        <w:t>OBLIGACIONES CRÉDITOS DEFINITIVOS (2) EJECUCIÓN DEL</w:t>
      </w:r>
    </w:p>
    <w:p>
      <w:r>
        <w:t>RECONOCIDAS NETAS (1) PRESUPUESTO DE GASTOS</w:t>
      </w:r>
    </w:p>
    <w:p>
      <w:r>
        <w:t>(1/2)</w:t>
      </w:r>
    </w:p>
    <w:p>
      <w:r>
        <w:t>155.066.588,12 267.393.994,48 0,58</w:t>
      </w:r>
    </w:p>
    <w:p>
      <w:r>
        <w:t>2) REALIZACIÓN DE PAGOS</w:t>
      </w:r>
    </w:p>
    <w:p>
      <w:r>
        <w:t>PAGOS REALIZADOS (1) OBLIGACIONES REALIZACIÓN DE PAGOS</w:t>
      </w:r>
    </w:p>
    <w:p>
      <w:r>
        <w:t>RECONOCIDAS NETAS (2) (1/2)</w:t>
      </w:r>
    </w:p>
    <w:p>
      <w:r>
        <w:t>131.288.569,25 155.066.588,12 0,85</w:t>
      </w:r>
    </w:p>
    <w:p>
      <w:r>
        <w:t>3) GASTO POR HABITANTE</w:t>
      </w:r>
    </w:p>
    <w:p>
      <w:r>
        <w:t>OBLIGACIONES NÚMERO DE HABITANTES (2) GASTO POR HABITANTE (1/2)</w:t>
      </w:r>
    </w:p>
    <w:p>
      <w:r>
        <w:t>RECONOCIDAS NETAS (1)</w:t>
      </w:r>
    </w:p>
    <w:p>
      <w:r>
        <w:t>155.066.588,12 863.943,00 179,49</w:t>
      </w:r>
    </w:p>
    <w:p>
      <w:r>
        <w:t>4) INVERSIÓN POR HABITANTE</w:t>
      </w:r>
    </w:p>
    <w:p>
      <w:r>
        <w:t>OBLIGACIONES NÚMERO DE HABITANTES (2) INVERSIÓN POR HABITANTE</w:t>
      </w:r>
    </w:p>
    <w:p>
      <w:r>
        <w:t>RECONOCIDAS NETAS (1/2)</w:t>
      </w:r>
    </w:p>
    <w:p>
      <w:r>
        <w:t>(CAPÍTULO 6 Y 7 ) (1)</w:t>
      </w:r>
    </w:p>
    <w:p>
      <w:r>
        <w:t>28.211.088,64 863.943,00 32,65</w:t>
      </w:r>
    </w:p>
    <w:p>
      <w:r>
        <w:t>5) ESFUERZO INVERSOR</w:t>
      </w:r>
    </w:p>
    <w:p>
      <w:r>
        <w:t>OBLIGACIONES TOTAL OBLIGACIONES ESFUERZO INVERSOR (1/2)</w:t>
      </w:r>
    </w:p>
    <w:p>
      <w:r>
        <w:t>RECONOCIDAS NETAS RECONOCIDAS NETAS (2)</w:t>
      </w:r>
    </w:p>
    <w:p>
      <w:r>
        <w:t>(CAPÍTULO 6 Y 7 ) (1)</w:t>
      </w:r>
    </w:p>
    <w:p>
      <w:r>
        <w:t>28.211.088,64 155.066.588,12 0,18</w:t>
      </w:r>
    </w:p>
    <w:p>
      <w:r>
        <w:t>B) DEL PRESUPUESTO DE INGRESOS CORRIENTE</w:t>
      </w:r>
    </w:p>
    <w:p>
      <w:r>
        <w:t>1) EJECUCIÓN DEL PRESUPUESTO DE INGRESOS</w:t>
      </w:r>
    </w:p>
    <w:p>
      <w:r>
        <w:t>DERECHOS RECONOCIDOS PREVISIONES DEFINITIVAS EJECUCIÓN DEL</w:t>
      </w:r>
    </w:p>
    <w:p>
      <w:r>
        <w:t>NETOS (1) (2) PRESUPUESTO DE INGRESOS</w:t>
      </w:r>
    </w:p>
    <w:p>
      <w:r>
        <w:t>(1/2)</w:t>
      </w:r>
    </w:p>
    <w:p>
      <w:r>
        <w:t>168.411.661,79 267.393.994,48 0,63</w:t>
      </w:r>
    </w:p>
    <w:p>
      <w:r>
        <w:t>2) REALIZACIÓN DE COBROS</w:t>
      </w:r>
    </w:p>
    <w:p>
      <w:r>
        <w:t>RECAUDACIÓN NETA (1) DERECHOS RECONOCIDOS REALIZACIÓN DE COBROS</w:t>
      </w:r>
    </w:p>
    <w:p>
      <w:r>
        <w:t>NETOS (2) (1/2)</w:t>
      </w:r>
    </w:p>
    <w:p>
      <w:r>
        <w:t>41.107.935,04 168.411.661,79 0,24</w:t>
      </w:r>
    </w:p>
    <w:p>
      <w:r>
        <w:t>Página 2de 3 18 de Junio del 2025</w:t>
      </w:r>
    </w:p>
    <w:p>
      <w:r>
        <w:t>170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3) AUTONOMIA</w:t>
      </w:r>
    </w:p>
    <w:p>
      <w:r>
        <w:t>DERECHOS RECONOCIDOS DERECHOS RECONOCIDOS AUTONOMÍA (1/2)</w:t>
      </w:r>
    </w:p>
    <w:p>
      <w:r>
        <w:t>NETOS (CAPÍTULO 1 A 3, 5, 6 NETOS (2)</w:t>
      </w:r>
    </w:p>
    <w:p>
      <w:r>
        <w:t>Y 8 + TRANSFERENCIAS</w:t>
      </w:r>
    </w:p>
    <w:p>
      <w:r>
        <w:t>RECIBIDAS ) (1)</w:t>
      </w:r>
    </w:p>
    <w:p>
      <w:r>
        <w:t>8.024.773,88 168.411.661,79 0,05</w:t>
      </w:r>
    </w:p>
    <w:p>
      <w:r>
        <w:t>4) AUTONOMIA FISCAL</w:t>
      </w:r>
    </w:p>
    <w:p>
      <w:r>
        <w:t>DERECHOS RECONOCIDOS DERECHOS RECONOCIDOS AUTONOMÍA FISCAL (1/2)</w:t>
      </w:r>
    </w:p>
    <w:p>
      <w:r>
        <w:t>NETOS (DE INGRESOS DE NETOS (2)</w:t>
      </w:r>
    </w:p>
    <w:p>
      <w:r>
        <w:t>NATURALEZA TRIBUTARIA)</w:t>
      </w:r>
    </w:p>
    <w:p>
      <w:r>
        <w:t>(1)</w:t>
      </w:r>
    </w:p>
    <w:p>
      <w:r>
        <w:t>33.614,92 168.411.661,79 0,00</w:t>
      </w:r>
    </w:p>
    <w:p>
      <w:r>
        <w:t>5) SUPERÁVIT ( O DÉFICIT ) POR HABITANTE</w:t>
      </w:r>
    </w:p>
    <w:p>
      <w:r>
        <w:t>RESULTADO NÚMERO DE HABITANTES (2) SUPERÁVIT ( O DÉFICIT )</w:t>
      </w:r>
    </w:p>
    <w:p>
      <w:r>
        <w:t>PRESUPUESTARIO POR HABITANTE</w:t>
      </w:r>
    </w:p>
    <w:p>
      <w:r>
        <w:t>AJUSTADO (1)</w:t>
      </w:r>
    </w:p>
    <w:p>
      <w:r>
        <w:t>25.978.623,86 863.943,00 30,07</w:t>
      </w:r>
    </w:p>
    <w:p>
      <w:r>
        <w:t>C) DE PRESUPUESTOS CERRADOS</w:t>
      </w:r>
    </w:p>
    <w:p>
      <w:r>
        <w:t>1) REALIZACIÓN DE PAGOS</w:t>
      </w:r>
    </w:p>
    <w:p>
      <w:r>
        <w:t>PAGOS (1) SALDO INICIAL DE REALIZACIÓN DE PAGOS</w:t>
      </w:r>
    </w:p>
    <w:p>
      <w:r>
        <w:t>OBLIGACIONES (+/- (1/2)</w:t>
      </w:r>
    </w:p>
    <w:p>
      <w:r>
        <w:t>MODIFICACIONES Y</w:t>
      </w:r>
    </w:p>
    <w:p>
      <w:r>
        <w:t>ANULACIONES ) (2)</w:t>
      </w:r>
    </w:p>
    <w:p>
      <w:r>
        <w:t>18.584.712,96 18.974.055,31 0,98</w:t>
      </w:r>
    </w:p>
    <w:p>
      <w:r>
        <w:t>2) REALIZACIÓN DE COBROS</w:t>
      </w:r>
    </w:p>
    <w:p>
      <w:r>
        <w:t>COBROS (1) SALDO INICIAL DE REALIZACIÓN DE COBROS</w:t>
      </w:r>
    </w:p>
    <w:p>
      <w:r>
        <w:t>DERECHOS (+/- (1/2)</w:t>
      </w:r>
    </w:p>
    <w:p>
      <w:r>
        <w:t>MODIFICACIONES Y</w:t>
      </w:r>
    </w:p>
    <w:p>
      <w:r>
        <w:t>ANULACIONES ) (2)</w:t>
      </w:r>
    </w:p>
    <w:p>
      <w:r>
        <w:t>113.994.988,69 117.066.075,74 0,97</w:t>
      </w:r>
    </w:p>
    <w:p>
      <w:r>
        <w:t>Página 3de 3 18 de Junio del 2025</w:t>
      </w:r>
    </w:p>
    <w:p>
      <w:r>
        <w:t>171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26 ) Información sobre el coste de las actividades</w:t>
      </w:r>
    </w:p>
    <w:p>
      <w:r>
        <w:t>172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RESUMEN GENERAL DE COSTES DE LA ENTIDAD</w:t>
      </w:r>
    </w:p>
    <w:p>
      <w:r>
        <w:t>Periodo: 2024</w:t>
      </w:r>
    </w:p>
    <w:p>
      <w:r>
        <w:t>ELEMENTOS IMPORTE %</w:t>
      </w:r>
    </w:p>
    <w:p>
      <w:r>
        <w:t>COSTES DE PERSONAL 28.093.193,42 22,16</w:t>
      </w:r>
    </w:p>
    <w:p>
      <w:r>
        <w:t>Sueldos y salarios 20.414.056,46 16,10</w:t>
      </w:r>
    </w:p>
    <w:p>
      <w:r>
        <w:t>Indemnizaciones 37.130,87 0,03</w:t>
      </w:r>
    </w:p>
    <w:p>
      <w:r>
        <w:t>Cotizaciones sociales a cargo del empleador 7.190.474,45 5,67</w:t>
      </w:r>
    </w:p>
    <w:p>
      <w:r>
        <w:t>Otros costes sociales 350.571,75 0,28</w:t>
      </w:r>
    </w:p>
    <w:p>
      <w:r>
        <w:t>Indemnizaciones por razón del servicio 35.202,95 0,03</w:t>
      </w:r>
    </w:p>
    <w:p>
      <w:r>
        <w:t>Transporte de personal 65.756,94 0,05</w:t>
      </w:r>
    </w:p>
    <w:p>
      <w:r>
        <w:t>ADQUISICIONES DE BIENES Y SERVICIOS 38.000.405,43 29,98</w:t>
      </w:r>
    </w:p>
    <w:p>
      <w:r>
        <w:t>Coste de materiales de reprografía e imprenta 20.886,71 0,02</w:t>
      </w:r>
    </w:p>
    <w:p>
      <w:r>
        <w:t>Coste de otros materiales 14.973,32 0,01</w:t>
      </w:r>
    </w:p>
    <w:p>
      <w:r>
        <w:t>Adquisición de bienes de inversión 0,00 0,00</w:t>
      </w:r>
    </w:p>
    <w:p>
      <w:r>
        <w:t>Trabajos realizados por otras entidades 37.964.545,40 29,95</w:t>
      </w:r>
    </w:p>
    <w:p>
      <w:r>
        <w:t>SERVICIOS EXTERIORES 53.447.301,92 42,15</w:t>
      </w:r>
    </w:p>
    <w:p>
      <w:r>
        <w:t>Costes de investigación y desarrollo del ejercicio 0,00 0,00</w:t>
      </w:r>
    </w:p>
    <w:p>
      <w:r>
        <w:t>Arrendamientos y cánones 15.557,70 0,01</w:t>
      </w:r>
    </w:p>
    <w:p>
      <w:r>
        <w:t>Reparaciones y conservación 696.258,27 0,55</w:t>
      </w:r>
    </w:p>
    <w:p>
      <w:r>
        <w:t>Servicios de profesionales independientes 48.726.288,97 38,44</w:t>
      </w:r>
    </w:p>
    <w:p>
      <w:r>
        <w:t>Transportes 198.742,11 0,16</w:t>
      </w:r>
    </w:p>
    <w:p>
      <w:r>
        <w:t>Servicios bancarios y similares 0,00 0,00</w:t>
      </w:r>
    </w:p>
    <w:p>
      <w:r>
        <w:t>Publicidad, propaganda y relaciones públicas 69.383,53 0,05</w:t>
      </w:r>
    </w:p>
    <w:p>
      <w:r>
        <w:t>Suministros 2.627.868,02 2,07</w:t>
      </w:r>
    </w:p>
    <w:p>
      <w:r>
        <w:t>Comunicaciones 80.933,56 0,06</w:t>
      </w:r>
    </w:p>
    <w:p>
      <w:r>
        <w:t>Costes diversos 1.032.269,76 0,81</w:t>
      </w:r>
    </w:p>
    <w:p>
      <w:r>
        <w:t>TRIBUTOS 379.824,21 0,30</w:t>
      </w:r>
    </w:p>
    <w:p>
      <w:r>
        <w:t>COSTES CALCULADOS 4.111.251,51 3,24</w:t>
      </w:r>
    </w:p>
    <w:p>
      <w:r>
        <w:t>Amortizaciones 4.111.251,51 3,24</w:t>
      </w:r>
    </w:p>
    <w:p>
      <w:r>
        <w:t>COSTES FINANCIEROS 0,00 0,00</w:t>
      </w:r>
    </w:p>
    <w:p>
      <w:r>
        <w:t>COSTES DE TRANSFERENCIAS 2.730.316,96 2,15</w:t>
      </w:r>
    </w:p>
    <w:p>
      <w:r>
        <w:t>OTROS COSTES 0,00 0,00</w:t>
      </w:r>
    </w:p>
    <w:p>
      <w:r>
        <w:t>TOTAL 126.762.293,45 99,98</w:t>
      </w:r>
    </w:p>
    <w:p>
      <w:r>
        <w:t>Página 1de 1 18 de Junio del 2025</w:t>
      </w:r>
    </w:p>
    <w:p>
      <w:r>
        <w:t>173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RESUMEN DEL COSTE POR ELEMENTOS DE LAS ACTIVIDADES</w:t>
      </w:r>
    </w:p>
    <w:p>
      <w:r>
        <w:t>Periodo: 2024</w:t>
      </w:r>
    </w:p>
    <w:p>
      <w:r>
        <w:t>ACTIVIDAD: SECTOR DISCAPACIDAD Y SALUD MENTAL</w:t>
      </w:r>
    </w:p>
    <w:p>
      <w:r>
        <w:t>ELEMENTOS Coste Directo Coste Indirecto TOTAL %</w:t>
      </w:r>
    </w:p>
    <w:p>
      <w:r>
        <w:t>COSTES DE PERSONAL 769.822,32 1.769.266,60 2.539.088,92 6,16</w:t>
      </w:r>
    </w:p>
    <w:p>
      <w:r>
        <w:t>ADQUISICIONES DE BIENES Y SERVICIOS 18.177.118,64 7.764,86 18.184.883,50 44,09</w:t>
      </w:r>
    </w:p>
    <w:p>
      <w:r>
        <w:t>SERVICIOS EXTERIORES 17.995.977,72 568.616,56 18.564.594,28 45,01</w:t>
      </w:r>
    </w:p>
    <w:p>
      <w:r>
        <w:t>TRIBUTOS 0,00 154.382,35 154.382,35 0,37</w:t>
      </w:r>
    </w:p>
    <w:p>
      <w:r>
        <w:t>COSTES CALCULADOS 1.549.070,05 0,00 1.549.070,05 3,76</w:t>
      </w:r>
    </w:p>
    <w:p>
      <w:r>
        <w:t>COSTES FINANCIEROS 0,00 0,00 0,00 0,00</w:t>
      </w:r>
    </w:p>
    <w:p>
      <w:r>
        <w:t>COSTES DE TRANSFERENCIAS 252.492,95 0,00 252.492,95 0,61</w:t>
      </w:r>
    </w:p>
    <w:p>
      <w:r>
        <w:t>OTROS COSTES 0,00 0,00 0,00 0,00</w:t>
      </w:r>
    </w:p>
    <w:p>
      <w:r>
        <w:t>TOTAL 38.744.481,68 2.500.030,37 41.244.512,05 100,00</w:t>
      </w:r>
    </w:p>
    <w:p>
      <w:r>
        <w:t>Página 1de 2 18 de Junio del 2025</w:t>
      </w:r>
    </w:p>
    <w:p>
      <w:r>
        <w:t>174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ACTIVIDAD: SECTOR MAYORES</w:t>
      </w:r>
    </w:p>
    <w:p>
      <w:r>
        <w:t>ELEMENTOS Coste Directo Coste Indirecto TOTAL %</w:t>
      </w:r>
    </w:p>
    <w:p>
      <w:r>
        <w:t>COSTES DE PERSONAL 22.970.475,33 2.583.629,17 25.554.104,50 29,88</w:t>
      </w:r>
    </w:p>
    <w:p>
      <w:r>
        <w:t>ADQUISICIONES DE BIENES Y SERVICIOS 19.804.183,02 11.338,91 19.815.521,93 23,17</w:t>
      </w:r>
    </w:p>
    <w:p>
      <w:r>
        <w:t>SERVICIOS EXTERIORES 34.052.366,76 830.340,88 34.882.707,64 40,79</w:t>
      </w:r>
    </w:p>
    <w:p>
      <w:r>
        <w:t>TRIBUTOS 71.059,51 154.382,35 225.441,86 0,26</w:t>
      </w:r>
    </w:p>
    <w:p>
      <w:r>
        <w:t>COSTES CALCULADOS 2.562.181,46 0,00 2.562.181,46 3,00</w:t>
      </w:r>
    </w:p>
    <w:p>
      <w:r>
        <w:t>COSTES FINANCIEROS 0,00 0,00 0,00 0,00</w:t>
      </w:r>
    </w:p>
    <w:p>
      <w:r>
        <w:t>COSTES DE TRANSFERENCIAS 2.477.824,01 0,00 2.477.824,01 2,90</w:t>
      </w:r>
    </w:p>
    <w:p>
      <w:r>
        <w:t>OTROS COSTES 0,00 0,00 0,00 0,00</w:t>
      </w:r>
    </w:p>
    <w:p>
      <w:r>
        <w:t>TOTAL 81.938.090,09 3.579.691,31 85.517.781,40 100,00</w:t>
      </w:r>
    </w:p>
    <w:p>
      <w:r>
        <w:t>Página 2de 2 18 de Junio del 2025</w:t>
      </w:r>
    </w:p>
    <w:p>
      <w:r>
        <w:t>175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RESUMEN DE COSTES POR ACTIVIDAD</w:t>
      </w:r>
    </w:p>
    <w:p>
      <w:r>
        <w:t>Periodo: 2024</w:t>
      </w:r>
    </w:p>
    <w:p>
      <w:r>
        <w:t>ACTIVIDADES IMPORTE %</w:t>
      </w:r>
    </w:p>
    <w:p>
      <w:r>
        <w:t>SECTOR DISCAPACIDAD Y SALUD MENTAL 41.244.512,05 32,54</w:t>
      </w:r>
    </w:p>
    <w:p>
      <w:r>
        <w:t>SECTOR MAYORES 85.517.781,40 67,46</w:t>
      </w:r>
    </w:p>
    <w:p>
      <w:r>
        <w:t>TOTAL 126.762.293,45 100,00</w:t>
      </w:r>
    </w:p>
    <w:p>
      <w:r>
        <w:t>Página 1de 1 18 de Junio del 2025</w:t>
      </w:r>
    </w:p>
    <w:p>
      <w:r>
        <w:t>176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971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RESUMEN RELACIONANDO COSTES E INGRESOS DE LAS ACTIVIDADES</w:t>
      </w:r>
    </w:p>
    <w:p>
      <w:r>
        <w:t>Periodo: 2024</w:t>
      </w:r>
    </w:p>
    <w:p>
      <w:r>
        <w:t>Coste Total</w:t>
      </w:r>
    </w:p>
    <w:p>
      <w:r>
        <w:t>ACTIVIDADES Ingresos Margen % cobertura</w:t>
      </w:r>
    </w:p>
    <w:p>
      <w:r>
        <w:t>Actividad</w:t>
      </w:r>
    </w:p>
    <w:p>
      <w:r>
        <w:t>SECTOR DISCAPACIDAD Y SALUD MENTAL 41.244.512,05 55.571.778,43 14.327.266,38 134,74</w:t>
      </w:r>
    </w:p>
    <w:p>
      <w:r>
        <w:t>SECTOR MAYORES 85.517.781,40 112.759.746,17 27.241.964,77 131,86</w:t>
      </w:r>
    </w:p>
    <w:p>
      <w:r>
        <w:t>TOTAL 126.762.293,45 168.331.524,60 41.569.231,15 132,79%</w:t>
      </w:r>
    </w:p>
    <w:p>
      <w:r>
        <w:t>Página 1de 1 18 de Junio del 2025</w:t>
      </w:r>
    </w:p>
    <w:p>
      <w:r>
        <w:t>177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27 ) Indicadores de gestión</w:t>
      </w:r>
    </w:p>
    <w:p>
      <w:r>
        <w:t>178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181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INDICADORES DE GESTIÓN</w:t>
      </w:r>
    </w:p>
    <w:p>
      <w:r>
        <w:t>Periodo: 2024</w:t>
      </w:r>
    </w:p>
    <w:p>
      <w:r>
        <w:t>1.INDICADORES DE EFICACIA</w:t>
      </w:r>
    </w:p>
    <w:p>
      <w:r>
        <w:t>A) NÚM. DE ACTUACIONES REALIZADAS / NÚM DE ACTUACIONES PREVISTAS</w:t>
      </w:r>
    </w:p>
    <w:p>
      <w:r>
        <w:t>DESCRIPCIÓN DE LA NÚM. DE ACTUACIONES NÚM DE ACTUACIONES VALOR INDICADOR (1/2)</w:t>
      </w:r>
    </w:p>
    <w:p>
      <w:r>
        <w:t>ACTIVIDAD REALIZADAS (1) PREVISTAS (2)</w:t>
      </w:r>
    </w:p>
    <w:p>
      <w:r>
        <w:t>B) PLAZO MEDIO DE ESPERA PARA RECIBIR UN DETERMINADO SERVICIO PÚBLICO</w:t>
      </w:r>
    </w:p>
    <w:p>
      <w:r>
        <w:t>DESCRIPCIÓN DE LA ACTIVIDAD PLAZO MEDIO</w:t>
      </w:r>
    </w:p>
    <w:p>
      <w:r>
        <w:t>C) PORCENTAJE DE POBLACIÓN CUBIERTA POR UN DETERMINADO SERVICIO PÚBLICO</w:t>
      </w:r>
    </w:p>
    <w:p>
      <w:r>
        <w:t>DESCRIPCIÓN DE LA ACTIVIDAD PORCENTAJE POBLACIÓN</w:t>
      </w:r>
    </w:p>
    <w:p>
      <w:r>
        <w:t>D) NÚM. DE ACTUACIONES EJERCICIO ACTUAL / NÚM DE ACTUACIONES EJERCICIOS ANTERIORES</w:t>
      </w:r>
    </w:p>
    <w:p>
      <w:r>
        <w:t>DESCRIPCIÓN DE LA NÚM. DE NÚM. DE NÚM. MEDIO DE NÚM. MEDIO DE VALOR INDICADOR</w:t>
      </w:r>
    </w:p>
    <w:p>
      <w:r>
        <w:t>ACTIVIDAD ACTUACIONES ACTUACIONES ACTUACIONES ACTUACIONES (1/2)/(3/4)</w:t>
      </w:r>
    </w:p>
    <w:p>
      <w:r>
        <w:t>REALIZADAS PREVISTAS REALIZADAS PREVISTAS</w:t>
      </w:r>
    </w:p>
    <w:p>
      <w:r>
        <w:t>EJERCICIO ACTUAL EJERCICIO ACTUAL EJERCICIOS EJERCICIOS</w:t>
      </w:r>
    </w:p>
    <w:p>
      <w:r>
        <w:t>(1) (2) ANTERIORES (3) ANTERIORES (3)</w:t>
      </w:r>
    </w:p>
    <w:p>
      <w:r>
        <w:t>2) INDICADORES DE EFICIENCIA</w:t>
      </w:r>
    </w:p>
    <w:p>
      <w:r>
        <w:t>A) COSTE DE ACTIVIDAD / NÚMERO DE USUARIOS</w:t>
      </w:r>
    </w:p>
    <w:p>
      <w:r>
        <w:t>DESCRIPCIÓN DE LA COSTE DE LA ACTIVIDAD (1) NÚMERO DE USUARIOS (2) VALOR INDICADOR (1/2)</w:t>
      </w:r>
    </w:p>
    <w:p>
      <w:r>
        <w:t>ACTIVIDAD</w:t>
      </w:r>
    </w:p>
    <w:p>
      <w:r>
        <w:t>B) COSTE REAL DE LA ACTIVIDAD / COSTE PREVISTO DE LA ACTIVIDAD</w:t>
      </w:r>
    </w:p>
    <w:p>
      <w:r>
        <w:t>DESCRIPCIÓN DE LA COSTE REAL DE LA ACTIVIDAD COSTE PREVISTO DE LA VALOR INDICADOR (1/2)</w:t>
      </w:r>
    </w:p>
    <w:p>
      <w:r>
        <w:t>ACTIVIDAD (1) ACTIVIDAD (2)</w:t>
      </w:r>
    </w:p>
    <w:p>
      <w:r>
        <w:t>C) COSTE DE LA ACTIVIDAD / NÚMERO DE UNIDADES EQUIVALENTES PRODUCIDAS</w:t>
      </w:r>
    </w:p>
    <w:p>
      <w:r>
        <w:t>DESCRIPCIÓN DE LA COSTE DE LA ACTIVIDAD (1) NÚMERO DE UNIDADES VALOR INDICADOR (1/2)</w:t>
      </w:r>
    </w:p>
    <w:p>
      <w:r>
        <w:t>ACTIVIDAD EQUIVALENTES PRODUCIDAS</w:t>
      </w:r>
    </w:p>
    <w:p>
      <w:r>
        <w:t>(2)</w:t>
      </w:r>
    </w:p>
    <w:p>
      <w:r>
        <w:t>3) INDICADOR DE ECONOMÍA</w:t>
      </w:r>
    </w:p>
    <w:p>
      <w:r>
        <w:t>DESCRIPCIÓN DE LA COSTE DE ADQUISICIÓN DEL PRECIO MEDIO DE VALOR INDICADOR (1/2)</w:t>
      </w:r>
    </w:p>
    <w:p>
      <w:r>
        <w:t>ACTIVIDAD FACTOR DE PRODUCCIÓN PRODUCCIÓN (2)</w:t>
      </w:r>
    </w:p>
    <w:p>
      <w:r>
        <w:t>"X" (1)</w:t>
      </w:r>
    </w:p>
    <w:p>
      <w:r>
        <w:t>4) INDICADOR DE MEDIOS DE PRODUCCIÓN</w:t>
      </w:r>
    </w:p>
    <w:p>
      <w:r>
        <w:t>DESCRIPCIÓN DE LA COSTE DE PERSONAL (1) NÚMERO DE PERSONAS VALOR INDICADOR (1/2)</w:t>
      </w:r>
    </w:p>
    <w:p>
      <w:r>
        <w:t>ACTIVIDAD EQUIVALENTES (2)</w:t>
      </w:r>
    </w:p>
    <w:p>
      <w:r>
        <w:t>Página 1de 2 18 de Junio del 2025</w:t>
      </w:r>
    </w:p>
    <w:p>
      <w:r>
        <w:t>179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281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Página 2de 2 18 de Junio del 2025</w:t>
      </w:r>
    </w:p>
    <w:p>
      <w:r>
        <w:t>180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381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30) Estado de conciliación bancaria</w:t>
      </w:r>
    </w:p>
    <w:p>
      <w:r>
        <w:t>181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481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LIQUIDACIÓN DEL PRESUPUESTO DE GASTOS</w:t>
      </w:r>
    </w:p>
    <w:p>
      <w:r>
        <w:t>ESTADO DE CONCILIACIÓN BANCARIA</w:t>
      </w:r>
    </w:p>
    <w:p>
      <w:r>
        <w:t>COBROS</w:t>
      </w:r>
    </w:p>
    <w:p>
      <w:r>
        <w:t>PAGOS COBROS PAGOS</w:t>
      </w:r>
    </w:p>
    <w:p>
      <w:r>
        <w:t>SALDO SEGÚN CONTABILIZADOS</w:t>
      </w:r>
    </w:p>
    <w:p>
      <w:r>
        <w:t>CONTABILIZADOS CONTABILIZADOS CONTABILIZADOS SALDO CONCILIADO SALDO SEGUN LA DIFERENCIA SALDOS</w:t>
      </w:r>
    </w:p>
    <w:p>
      <w:r>
        <w:t>ENTIDAD BANCARIA (IBAN/BIC) ENTIDAD POR LA ENTIDAD Y</w:t>
      </w:r>
    </w:p>
    <w:p>
      <w:r>
        <w:t>POR LA ENTIDAD Y POR EL BANCO Y NO POR EL BANCO Y NO (6)=(1+2+5)-(3+4) ENTIDAD (7) (8)=(6-7)</w:t>
      </w:r>
    </w:p>
    <w:p>
      <w:r>
        <w:t>BANCARIA (1) NO POR EL BANCO</w:t>
      </w:r>
    </w:p>
    <w:p>
      <w:r>
        <w:t>NO POR EL BANCO (3) POR LA ENTIDAD (4) POR LA ENTIDAD (5)</w:t>
      </w:r>
    </w:p>
    <w:p>
      <w:r>
        <w:t>(2)</w:t>
      </w:r>
    </w:p>
    <w:p>
      <w:r>
        <w:t>0,00 0,00 0,00 0,00 0,00 0,00 0,00 0,00</w:t>
      </w:r>
    </w:p>
    <w:p>
      <w:r>
        <w:t>0,00 0,00 0,00 0,00 0,00 0,00 0,00 0,00</w:t>
      </w:r>
    </w:p>
    <w:p>
      <w:r>
        <w:t>0,00 0,00 0,00 0,00 0,00 0,00 0,00 0,00</w:t>
      </w:r>
    </w:p>
    <w:p>
      <w:r>
        <w:t>21007837121300108781 0,00 0,00 0,00 0,00 0,00 0,00 9.049.268,85 -9.049.268,85</w:t>
      </w:r>
    </w:p>
    <w:p>
      <w:r>
        <w:t>21007837161300058797 0,00 0,00 0,00 0,00 0,00 0,00 15.041,66 -15.041,66</w:t>
      </w:r>
    </w:p>
    <w:p>
      <w:r>
        <w:t>21008987380200006131 0,00 0,00 0,00 0,00 0,00 0,00 532.041,43 -532.041,43</w:t>
      </w:r>
    </w:p>
    <w:p>
      <w:r>
        <w:t>0,00 0,00 0,00 0,00 0,00 0,00 17.201,68 -17.201,68</w:t>
      </w:r>
    </w:p>
    <w:p>
      <w:r>
        <w:t>21007837161300018882 0,00 0,00 0,00 0,00 0,00 0,00 0,00 0,00</w:t>
      </w:r>
    </w:p>
    <w:p>
      <w:r>
        <w:t>21007837161300018882 0,00 0,00 0,00 0,00 0,00 0,00 18.000,00 -18.000,00</w:t>
      </w:r>
    </w:p>
    <w:p>
      <w:r>
        <w:t>21007837141300058923 0,00 0,00 0,00 0,00 0,00 0,00 294,95 -294,95</w:t>
      </w:r>
    </w:p>
    <w:p>
      <w:r>
        <w:t>21007837141300058923 0,00 0,00 0,00 0,00 0,00 0,00 2.705,05 -2.705,05</w:t>
      </w:r>
    </w:p>
    <w:p>
      <w:r>
        <w:t>21007837181300060251 0,00 0,00 0,00 0,00 0,00 0,00 0,00 0,00</w:t>
      </w:r>
    </w:p>
    <w:p>
      <w:r>
        <w:t>21007837181300060251 0,00 0,00 0,00 0,00 0,00 0,00 3.000,00 -3.000,00</w:t>
      </w:r>
    </w:p>
    <w:p>
      <w:r>
        <w:t>21007837111300019441 0,00 0,00 0,00 0,00 0,00 0,00 3.000,00 -3.000,00</w:t>
      </w:r>
    </w:p>
    <w:p>
      <w:r>
        <w:t>21007837111300019441 0,00 0,00 0,00 0,00 0,00 0,00 0,00 0,00</w:t>
      </w:r>
    </w:p>
    <w:p>
      <w:r>
        <w:t>TOTAL 0,00 0,00 0,00 0,00 0,00 0,00 9.640.553,62 -9.640.553,62</w:t>
      </w:r>
    </w:p>
    <w:p>
      <w:r>
        <w:t>Página 1de 1 18 de Junio del 2025</w:t>
      </w:r>
    </w:p>
    <w:p>
      <w:r>
        <w:t>182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581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MEMORIA.</w:t>
      </w:r>
    </w:p>
    <w:p>
      <w:r>
        <w:t>31) Balance de comprobación</w:t>
      </w:r>
    </w:p>
    <w:p>
      <w:r>
        <w:t>183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681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INST. AT. SOCIAL Y SOC. SANITARIA</w:t>
      </w:r>
    </w:p>
    <w:p>
      <w:r>
        <w:t>BALANCE DE COMPROBACIÓN</w:t>
      </w:r>
    </w:p>
    <w:p>
      <w:r>
        <w:t>Periodo: 2024</w:t>
      </w:r>
    </w:p>
    <w:p>
      <w:r>
        <w:t>SALDO INICIAL SALDO INICIAL MOVIMIENTOS MOVIMIENTOS SALDO FINAL SALDO FINAL</w:t>
      </w:r>
    </w:p>
    <w:p>
      <w:r>
        <w:t>CUENTA DESCRIPCIÓN</w:t>
      </w:r>
    </w:p>
    <w:p>
      <w:r>
        <w:t>DEUDOR ACREEDOR DEBE HABER DEUDOR ACREEDOR</w:t>
      </w:r>
    </w:p>
    <w:p>
      <w:r>
        <w:t>000 Presupuesto ejercicio corriente. 0,00 0,00 267.393.994,48 267.393.994,48 0,00 0,00</w:t>
      </w:r>
    </w:p>
    <w:p>
      <w:r>
        <w:t>001 Presupuesto de gastos: créditos iniciales. 0,00 0,00 156.300.835,13 156.300.835,13 0,00 0,00</w:t>
      </w:r>
    </w:p>
    <w:p>
      <w:r>
        <w:t>0020 Créditos extraordinarios. 0,00 0,00 47.845.101,67 47.845.101,67 0,00 0,00</w:t>
      </w:r>
    </w:p>
    <w:p>
      <w:r>
        <w:t>0024 Incorporaciones de remanentes de crédito. 0,00 0,00 39.897.935,80 39.897.935,80 0,00 0,00</w:t>
      </w:r>
    </w:p>
    <w:p>
      <w:r>
        <w:t>0025 Créditos generados por ingresos. 0,00 0,00 23.350.121,88 23.350.121,88 0,00 0,00</w:t>
      </w:r>
    </w:p>
    <w:p>
      <w:r>
        <w:t>0030 Créditos disponibles. 0,00 0,00 231.929.027,88 267.393.994,48 0,00 35.464.966,60</w:t>
      </w:r>
    </w:p>
    <w:p>
      <w:r>
        <w:t>0031 Créditos retenidos para gastar. 0,00 0,00 39.633.520,70 87.473.427,89 0,00 47.839.907,19</w:t>
      </w:r>
    </w:p>
    <w:p>
      <w:r>
        <w:t>004 Presupuesto de gastos: gastos autorizados. 0,00 0,00 177.561.378,60 184.089.120,69 0,00 6.527.742,09</w:t>
      </w:r>
    </w:p>
    <w:p>
      <w:r>
        <w:t>005 Presupuesto de gastos: gastos comprometidos. 0,00 0,00 0,00 177.561.378,60 0,00 177.561.378,60</w:t>
      </w:r>
    </w:p>
    <w:p>
      <w:r>
        <w:t>006 Presupuesto de ingresos: previsiones iniciales. 0,00 0,00 156.300.835,13 156.300.835,13 0,00 0,00</w:t>
      </w:r>
    </w:p>
    <w:p>
      <w:r>
        <w:t>007 Presupuesto de ingresos: modificación de previsiones. 0,00 0,00 111.093.159,35 111.093.159,35 0,00 0,00</w:t>
      </w:r>
    </w:p>
    <w:p>
      <w:r>
        <w:t>008 Presupuesto de ingresos: previsiones definitivas. 0,00 0,00 267.393.994,48 0,00 267.393.994,48 0,00</w:t>
      </w:r>
    </w:p>
    <w:p>
      <w:r>
        <w:t>100 Patrimonio. 0,00 28.934.686,77 0,00 0,00 0,00 28.934.686,77</w:t>
      </w:r>
    </w:p>
    <w:p>
      <w:r>
        <w:t>120 Resultados de ejercicios anteriores. 0,00 92.118.191,62 0,00 17.063.903,50 0,00 109.182.095,12</w:t>
      </w:r>
    </w:p>
    <w:p>
      <w:r>
        <w:t>129 Resultados del ejercicio. 0,00 17.063.903,50 17.063.903,50 0,00 0,00 0,00</w:t>
      </w:r>
    </w:p>
    <w:p>
      <w:r>
        <w:t>17301 Geriatros, S.A. (C.S.Santa Brígida) 0,00 1.670.667,72 175.859,76 0,00 0,00 1.494.807,96</w:t>
      </w:r>
    </w:p>
    <w:p>
      <w:r>
        <w:t>17302 Aeromedica Canaria, S.L. (C.S.Arucas) 0,00 1.439.074,40 143.907,44 0,00 0,00 1.295.166,96</w:t>
      </w:r>
    </w:p>
    <w:p>
      <w:r>
        <w:t>17303 Aeromedica Canaria, S.L. (C.S.Vecindario) 0,00 2.670.138,40 267.013,84 0,00 0,00 2.403.124,56</w:t>
      </w:r>
    </w:p>
    <w:p>
      <w:r>
        <w:t>17304 Grupo Sergesa, S.A. (C.S.Agüimes) 0,00 2.353.342,64 213.940,24 0,00 0,00 2.139.402,40</w:t>
      </w:r>
    </w:p>
    <w:p>
      <w:r>
        <w:t>203 Propiedad industrial e intelectual. 1.793.497,01 0,00 0,00 0,00 1.793.497,01 0,00</w:t>
      </w:r>
    </w:p>
    <w:p>
      <w:r>
        <w:t>206 Aplicaciones informáticas. 212.931,76 0,00 43.456,88 0,00 256.388,64 0,00</w:t>
      </w:r>
    </w:p>
    <w:p>
      <w:r>
        <w:t>211 Construcciones. 77.006.842,34 0,00 903.445,21 0,00 77.910.287,55 0,00</w:t>
      </w:r>
    </w:p>
    <w:p>
      <w:r>
        <w:t>214 Maquinaria y utillaje. 7.440.554,40 0,00 601.962,55 0,00 8.042.516,95 0,00</w:t>
      </w:r>
    </w:p>
    <w:p>
      <w:r>
        <w:t>215 Instalaciones técnicas y otras instalaciones. 672.059,45 0,00 0,00 0,00 672.059,45 0,00</w:t>
      </w:r>
    </w:p>
    <w:p>
      <w:r>
        <w:t>216 Mobiliario. 13.781.945,61 0,00 316.960,41 0,00 14.098.906,02 0,00</w:t>
      </w:r>
    </w:p>
    <w:p>
      <w:r>
        <w:t>217 Equipos para procesos de información. 1.059.337,89 0,00 21.955,03 0,00 1.081.292,92 0,00</w:t>
      </w:r>
    </w:p>
    <w:p>
      <w:r>
        <w:t>218 Elementos de transporte. 132.909,43 0,00 0,00 0,00 132.909,43 0,00</w:t>
      </w:r>
    </w:p>
    <w:p>
      <w:r>
        <w:t>21901 Otro inmovilizado material 1.102,10 0,00 0,00 0,00 1.102,10 0,00</w:t>
      </w:r>
    </w:p>
    <w:p>
      <w:r>
        <w:t>21904 Otro inmov. mat.- Libros y Fondos Especializados 9.083,49 0,00 0,00 0,00 9.083,49 0,00</w:t>
      </w:r>
    </w:p>
    <w:p>
      <w:r>
        <w:t>2310 Construcciones en curso. Inmovilizado material. 25.761.471,44 0,00 24.862.829,08 894.771,79 49.729.528,73 0,00</w:t>
      </w:r>
    </w:p>
    <w:p>
      <w:r>
        <w:t>232 Infraestructuras en curso. 0,00 0,00 129.175,21 129.175,21 0,00 0,00</w:t>
      </w:r>
    </w:p>
    <w:p>
      <w:r>
        <w:t>270 Depósitos constituidos a largo plazo. 550,00 0,00 0,00 0,00 550,00 0,00</w:t>
      </w:r>
    </w:p>
    <w:p>
      <w:r>
        <w:t>2803 Amortización acumulada de propiedad industrial e intelectual. 0,00 1.122.533,65 0,00 115.614,04 0,00 1.238.147,69</w:t>
      </w:r>
    </w:p>
    <w:p>
      <w:r>
        <w:t>2806 Amortización acumulada de aplicaciones informáticas. 0,00 156.424,84 0,00 52.967,58 0,00 209.392,42</w:t>
      </w:r>
    </w:p>
    <w:p>
      <w:r>
        <w:t>2811 Amortización acumulada de construcciones. 0,00 54.601.046,71 0,00 3.318.195,42 0,00 57.919.242,13</w:t>
      </w:r>
    </w:p>
    <w:p>
      <w:r>
        <w:t>2814 Amortización acumulada de maquinaria y utillaje. 0,00 6.917.452,36 0,00 289.916,55 0,00 7.207.368,91</w:t>
      </w:r>
    </w:p>
    <w:p>
      <w:r>
        <w:t>2815 Amortización acumulada de instalaciones técnicas y otras 0,00 672.059,45 0,00 0,00 0,00 672.059,45</w:t>
      </w:r>
    </w:p>
    <w:p>
      <w:r>
        <w:t>2816 Amortización acumulada de mobiliario 0,00 13.290.317,70 0,00 288.573,62 0,00 13.578.891,32</w:t>
      </w:r>
    </w:p>
    <w:p>
      <w:r>
        <w:t>Página 1de 4 18 de Junio del 2025</w:t>
      </w:r>
    </w:p>
    <w:p>
      <w:r>
        <w:t>184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781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SALDO INICIAL SALDO INICIAL MOVIMIENTOS MOVIMIENTOS SALDO FINAL SALDO FINAL</w:t>
      </w:r>
    </w:p>
    <w:p>
      <w:r>
        <w:t>CUENTA DESCRIPCIÓN</w:t>
      </w:r>
    </w:p>
    <w:p>
      <w:r>
        <w:t>DEUDOR ACREEDOR DEBE HABER DEUDOR ACREEDOR</w:t>
      </w:r>
    </w:p>
    <w:p>
      <w:r>
        <w:t>2817 Amortización acumulada de equipos para procesos de información. 0,00 990.696,66 0,00 45.984,30 0,00 1.036.680,96</w:t>
      </w:r>
    </w:p>
    <w:p>
      <w:r>
        <w:t>2818 Amortización acumulada de elementos de transporte. 0,00 132.909,43 0,00 0,00 0,00 132.909,43</w:t>
      </w:r>
    </w:p>
    <w:p>
      <w:r>
        <w:t>2819 Amortización acumulada de otro inmovilizado material. 0,00 10.185,59 0,00 0,00 0,00 10.185,59</w:t>
      </w:r>
    </w:p>
    <w:p>
      <w:r>
        <w:t>4000 Operaciones de gestión. 0,00 0,00 113.122.275,88 129.100.634,21 0,00 15.978.358,33</w:t>
      </w:r>
    </w:p>
    <w:p>
      <w:r>
        <w:t>4001 Otras cuentas a pagar. 0,00 0,00 73.137,19 80.137,19 0,00 7.000,00</w:t>
      </w:r>
    </w:p>
    <w:p>
      <w:r>
        <w:t>4003 Otras deudas. 0,00 0,00 18.093.156,18 25.885.816,72 0,00 7.792.660,54</w:t>
      </w:r>
    </w:p>
    <w:p>
      <w:r>
        <w:t>4010 Operaciones de gestión. 0,00 13.490.857,58 13.103.256,41 0,00 0,00 387.601,17</w:t>
      </w:r>
    </w:p>
    <w:p>
      <w:r>
        <w:t>4013 Otras deudas. 0,00 5.483.197,73 5.481.456,55 0,00 0,00 1.741,18</w:t>
      </w:r>
    </w:p>
    <w:p>
      <w:r>
        <w:t>41310 Acree.Opers.Pdte.Apl.Operaciones de gestión 0,00 1.072.006,48 4.600.969,20 4.123.752,57 0,00 594.789,85</w:t>
      </w:r>
    </w:p>
    <w:p>
      <w:r>
        <w:t>41313 Acree.Opers.Pdte.Apl.Otras deudas 0,00 30.991,03 2.081.675,51 2.051.696,16 0,00 1.011,68</w:t>
      </w:r>
    </w:p>
    <w:p>
      <w:r>
        <w:t>4180 Operaciones de gestión. 0,00 0,00 6.757.779,10 6.757.779,10 0,00 0,00</w:t>
      </w:r>
    </w:p>
    <w:p>
      <w:r>
        <w:t>41900 Otros acreedores no presupuestarios 0,00 112.910,52 53.285,87 6.766,46 0,00 66.391,11</w:t>
      </w:r>
    </w:p>
    <w:p>
      <w:r>
        <w:t>41901 Acreedores por cuotas Sindicales 0,00 0,00 45.461,60 45.461,60 0,00 0,00</w:t>
      </w:r>
    </w:p>
    <w:p>
      <w:r>
        <w:t>41906 Provisión de fondos de tutelados 0,00 36.718,17 0,00 292,52 0,00 37.010,69</w:t>
      </w:r>
    </w:p>
    <w:p>
      <w:r>
        <w:t>41907 Provisión de fondos de pacientes 0,00 30.001,10 0,00 0,00 0,00 30.001,10</w:t>
      </w:r>
    </w:p>
    <w:p>
      <w:r>
        <w:t>41908 Acreedores varios. Instituto AS 0,00 11.165,34 0,00 0,00 0,00 11.165,34</w:t>
      </w:r>
    </w:p>
    <w:p>
      <w:r>
        <w:t>4300 Operaciones de gestión. 0,00 0,00 174.835.481,40 47.599.587,84 127.235.893,56 0,00</w:t>
      </w:r>
    </w:p>
    <w:p>
      <w:r>
        <w:t>4303 Otras inversiones financieras. 0,00 0,00 333.959,49 266.126,30 67.833,19 0,00</w:t>
      </w:r>
    </w:p>
    <w:p>
      <w:r>
        <w:t>4310 Operaciones de gestión. 116.956.011,93 0,00 0,00 113.949.910,70 3.006.101,23 0,00</w:t>
      </w:r>
    </w:p>
    <w:p>
      <w:r>
        <w:t>4313 Otras inversiones financieras. 110.063,81 0,00 0,00 45.077,99 64.985,82 0,00</w:t>
      </w:r>
    </w:p>
    <w:p>
      <w:r>
        <w:t>4339 Por devolución de ingresos. 0,00 0,00 0,00 6.757.779,10 0,00 6.757.779,10</w:t>
      </w:r>
    </w:p>
    <w:p>
      <w:r>
        <w:t>437 Devolución de ingresos. 0,00 0,00 6.757.779,10 0,00 6.757.779,10 0,00</w:t>
      </w:r>
    </w:p>
    <w:p>
      <w:r>
        <w:t>44900 Otros deudores no presupuestarios 14.931,74 0,00 0,00 0,00 14.931,74 0,00</w:t>
      </w:r>
    </w:p>
    <w:p>
      <w:r>
        <w:t>475100 H.P., Acreed. ret. trabajo personal 0,00 515.697,68 3.679.276,15 3.652.941,59 0,00 489.363,12</w:t>
      </w:r>
    </w:p>
    <w:p>
      <w:r>
        <w:t>475101 IRPF RET. ACTIV. EC. Y GP 0,00 2.835,38 14.220,71 12.105,33 0,00 720,00</w:t>
      </w:r>
    </w:p>
    <w:p>
      <w:r>
        <w:t>4757 Hacienda Pública, acreedor por IGIC. 0,00 53.061,57 0,00 7.412,43 0,00 60.474,00</w:t>
      </w:r>
    </w:p>
    <w:p>
      <w:r>
        <w:t>47600 Seguridad Social Acreedora. 0,00 129.800,33 1.453.974,38 1.446.029,82 0,00 121.855,77</w:t>
      </w:r>
    </w:p>
    <w:p>
      <w:r>
        <w:t>4900 Operaciones de gestión. 0,00 2.905.633,88 2.905.633,88 2.934.473,86 0,00 2.934.473,86</w:t>
      </w:r>
    </w:p>
    <w:p>
      <w:r>
        <w:t>544 Créditos a corto plazo al personal. 0,00 0,00 80.137,19 80.137,19 0,00 0,00</w:t>
      </w:r>
    </w:p>
    <w:p>
      <w:r>
        <w:t>55402 Cobros pdtes. aplic. - IASS 0,00 0,00 150.799.318,92 150.799.318,92 0,00 0,00</w:t>
      </w:r>
    </w:p>
    <w:p>
      <w:r>
        <w:t>55404 Cobros pdtes. aplic. - Formalizac. ret. judic. 0,00 0,00 16.540,78 16.540,78 0,00 0,00</w:t>
      </w:r>
    </w:p>
    <w:p>
      <w:r>
        <w:t>55406 Cobros pdtes. aplic. - Otras retenc. 0,00 0,00 4.927.489,19 4.927.489,19 0,00 0,00</w:t>
      </w:r>
    </w:p>
    <w:p>
      <w:r>
        <w:t>55407 Cobros pdtes. aplic. - Antic. Reintegrables 0,00 0,00 57.381,99 57.381,99 0,00 0,00</w:t>
      </w:r>
    </w:p>
    <w:p>
      <w:r>
        <w:t>55601 Movimientos Internos de Tesorería 0,00 0,00 2.000.000,00 2.000.000,00 0,00 0,00</w:t>
      </w:r>
    </w:p>
    <w:p>
      <w:r>
        <w:t>55602 Movimientos Internos de Tesorería (Nómina) 0,00 0,00 17.480.879,16 17.480.879,16 0,00 0,00</w:t>
      </w:r>
    </w:p>
    <w:p>
      <w:r>
        <w:t>55700 Formalización 0,00 0,00 9.679.305,96 9.679.305,96 0,00 0,00</w:t>
      </w:r>
    </w:p>
    <w:p>
      <w:r>
        <w:t>55704 Formalización pagos nómina 0,00 0,00 19.877.857,08 19.877.857,08 0,00 0,00</w:t>
      </w:r>
    </w:p>
    <w:p>
      <w:r>
        <w:t>558099 Provisiones de fondos para pagos a justif pdtes de justifica 0,00 0,00 15.765,09 15.765,09 0,00 0,00</w:t>
      </w:r>
    </w:p>
    <w:p>
      <w:r>
        <w:t>558101 Prov. fondos pdte. just. Caja Fija Farmacia 0,00 0,00 34.733,42 34.733,42 0,00 0,00</w:t>
      </w:r>
    </w:p>
    <w:p>
      <w:r>
        <w:t>558102 Prov. f. pdte. just. C. F. C.S.Sabinal y P. Asist. 0,00 0,00 1.285,96 1.285,96 0,00 0,00</w:t>
      </w:r>
    </w:p>
    <w:p>
      <w:r>
        <w:t>558103 Prov. f. pdte. just. Caja Fija R.M.Taliarte 0,00 0,00 1.904,53 1.904,53 0,00 0,00</w:t>
      </w:r>
    </w:p>
    <w:p>
      <w:r>
        <w:t>558104 Prov. f. pdte. just. Caja Fija Gerencia. 0,00 0,00 8.532,95 8.532,95 0,00 0,00</w:t>
      </w:r>
    </w:p>
    <w:p>
      <w:r>
        <w:t>558499 Libramientos para pagos a justificar 0,00 0,00 16.802,09 16.802,09 0,00 0,00</w:t>
      </w:r>
    </w:p>
    <w:p>
      <w:r>
        <w:t>558501 Libram. para prov. fondos C.F.Farmacia 0,00 0,00 34.733,42 34.733,42 0,00 0,00</w:t>
      </w:r>
    </w:p>
    <w:p>
      <w:r>
        <w:t>558502 Libram. para prov. fondos C.S.Sabinal y Pisos asis 0,00 0,00 1.285,96 1.285,96 0,00 0,00</w:t>
      </w:r>
    </w:p>
    <w:p>
      <w:r>
        <w:t>558503 Libram. para prov. fondos R.M.P.Taliarte 0,00 0,00 1.904,53 1.904,53 0,00 0,00</w:t>
      </w:r>
    </w:p>
    <w:p>
      <w:r>
        <w:t>558504 Libram. para prov. fondos Gerencia. 0,00 0,00 8.532,95 8.532,95 0,00 0,00</w:t>
      </w:r>
    </w:p>
    <w:p>
      <w:r>
        <w:t>Página 2de 4 18 de Junio del 2025</w:t>
      </w:r>
    </w:p>
    <w:p>
      <w:r>
        <w:t>185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881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SALDO INICIAL SALDO INICIAL MOVIMIENTOS MOVIMIENTOS SALDO FINAL SALDO FINAL</w:t>
      </w:r>
    </w:p>
    <w:p>
      <w:r>
        <w:t>CUENTA DESCRIPCIÓN</w:t>
      </w:r>
    </w:p>
    <w:p>
      <w:r>
        <w:t>DEUDOR ACREEDOR DEBE HABER DEUDOR ACREEDOR</w:t>
      </w:r>
    </w:p>
    <w:p>
      <w:r>
        <w:t>560 Fianzas recibidas a corto plazo. 0,00 445.120,39 282.717,18 90.473,20 0,00 252.876,41</w:t>
      </w:r>
    </w:p>
    <w:p>
      <w:r>
        <w:t>56102 Depósitos recibidos a c/p de pacientes 0,00 1.168.141,82 0,00 0,00 0,00 1.168.141,82</w:t>
      </w:r>
    </w:p>
    <w:p>
      <w:r>
        <w:t>565 Fianzas constituidas a corto plazo. 1.150,00 0,00 0,00 0,00 1.150,00 0,00</w:t>
      </w:r>
    </w:p>
    <w:p>
      <w:r>
        <w:t>57101 Caixabank cta. 108781 3.665.025,31 0,00 150.656.064,12 145.271.820,58 9.049.268,85 0,00</w:t>
      </w:r>
    </w:p>
    <w:p>
      <w:r>
        <w:t>57103 Bankia 10693 60.954,40 0,00 579.783,19 625.695,93 15.041,66 0,00</w:t>
      </w:r>
    </w:p>
    <w:p>
      <w:r>
        <w:t>57321 Caixa 06131 908.183,65 0,00 1.623.897,78 2.000.040,00 532.041,43 0,00</w:t>
      </w:r>
    </w:p>
    <w:p>
      <w:r>
        <w:t>5740 Caja. Pagos a justificar. 16.164,68 0,00 16.802,09 15.765,09 17.201,68 0,00</w:t>
      </w:r>
    </w:p>
    <w:p>
      <w:r>
        <w:t>575101 Bankia 11623 Caja Fija Farmacia 18.000,00 0,00 34.733,42 34.733,42 18.000,00 0,00</w:t>
      </w:r>
    </w:p>
    <w:p>
      <w:r>
        <w:t>575102 Bankia 12283 Caja Fija Sabinal y Pisos Asistidos 3.000,00 0,00 1.285,96 1.285,96 3.000,00 0,00</w:t>
      </w:r>
    </w:p>
    <w:p>
      <w:r>
        <w:t>575103 Bankia 17716 Caja Fija Taliarte 3.000,00 0,00 1.904,53 1.904,53 3.000,00 0,00</w:t>
      </w:r>
    </w:p>
    <w:p>
      <w:r>
        <w:t>575104 Bankia 17230 Caja Fija Gerencia 3.000,00 0,00 8.608,55 8.608,55 3.000,00 0,00</w:t>
      </w:r>
    </w:p>
    <w:p>
      <w:r>
        <w:t>621 Arrendamientos y cánones. 0,00 0,00 15.557,70 0,00 15.557,70 0,00</w:t>
      </w:r>
    </w:p>
    <w:p>
      <w:r>
        <w:t>622 Reparaciones y conservación. 0,00 0,00 651.052,82 0,00 651.052,82 0,00</w:t>
      </w:r>
    </w:p>
    <w:p>
      <w:r>
        <w:t>623 Servicios de profesionales independientes. 0,00 0,00 786.103,87 0,00 786.103,87 0,00</w:t>
      </w:r>
    </w:p>
    <w:p>
      <w:r>
        <w:t>624 Transportes. 0,00 0,00 228.786,00 0,00 228.786,00 0,00</w:t>
      </w:r>
    </w:p>
    <w:p>
      <w:r>
        <w:t>625 Primas de seguros. 0,00 0,00 3.706,34 0,00 3.706,34 0,00</w:t>
      </w:r>
    </w:p>
    <w:p>
      <w:r>
        <w:t>6270 Publicidad, propaganda y relaciones públicas 0,00 0,00 91.323,58 0,00 91.323,58 0,00</w:t>
      </w:r>
    </w:p>
    <w:p>
      <w:r>
        <w:t>6280 Suministros energéticos 0,00 0,00 587.297,89 0,00 587.297,89 0,00</w:t>
      </w:r>
    </w:p>
    <w:p>
      <w:r>
        <w:t>6281 Otros suministros varios 0,00 0,00 2.010.372,43 0,00 2.010.372,43 0,00</w:t>
      </w:r>
    </w:p>
    <w:p>
      <w:r>
        <w:t>6290 Comunicaciones y otros servicios 0,00 0,00 91.816.312,66 800.721,28 91.015.591,38 0,00</w:t>
      </w:r>
    </w:p>
    <w:p>
      <w:r>
        <w:t>6291 Gastos diversos 0,00 0,00 976.475,64 0,00 976.475,64 0,00</w:t>
      </w:r>
    </w:p>
    <w:p>
      <w:r>
        <w:t>6292 Reuniones, conferencias y cursos 0,00 0,00 138.032,69 0,00 138.032,69 0,00</w:t>
      </w:r>
    </w:p>
    <w:p>
      <w:r>
        <w:t>6295 Dietas, locomoción y otras indemnizaciones 0,00 0,00 35.202,95 0,00 35.202,95 0,00</w:t>
      </w:r>
    </w:p>
    <w:p>
      <w:r>
        <w:t>630 Tributos de carácter local. 0,00 0,00 377.221,76 0,00 377.221,76 0,00</w:t>
      </w:r>
    </w:p>
    <w:p>
      <w:r>
        <w:t>632 Tributos de carácter estatal. 0,00 0,00 2.602,45 0,00 2.602,45 0,00</w:t>
      </w:r>
    </w:p>
    <w:p>
      <w:r>
        <w:t>640 Sueldos y salarios. 0,00 0,00 20.414.056,46 0,00 20.414.056,46 0,00</w:t>
      </w:r>
    </w:p>
    <w:p>
      <w:r>
        <w:t>641 Indemnizaciones. 0,00 0,00 37.130,87 0,00 37.130,87 0,00</w:t>
      </w:r>
    </w:p>
    <w:p>
      <w:r>
        <w:t>642 Cotizaciones sociales a cargo del empleador. 0,00 0,00 7.190.532,45 0,00 7.190.532,45 0,00</w:t>
      </w:r>
    </w:p>
    <w:p>
      <w:r>
        <w:t>644 Otros gastos sociales. 0,00 0,00 415.303,24 0,00 415.303,24 0,00</w:t>
      </w:r>
    </w:p>
    <w:p>
      <w:r>
        <w:t>6511 Al resto de entidades. 0,00 0,00 2.845.308,78 0,00 2.845.308,78 0,00</w:t>
      </w:r>
    </w:p>
    <w:p>
      <w:r>
        <w:t>6803 Amortización de propiedad industrial e intelectual. 0,00 0,00 115.614,04 0,00 115.614,04 0,00</w:t>
      </w:r>
    </w:p>
    <w:p>
      <w:r>
        <w:t>6806 Amortización de aplicaciones informáticas. 0,00 0,00 52.967,58 0,00 52.967,58 0,00</w:t>
      </w:r>
    </w:p>
    <w:p>
      <w:r>
        <w:t>6811 Amortización de construcciones. 0,00 0,00 3.318.195,42 0,00 3.318.195,42 0,00</w:t>
      </w:r>
    </w:p>
    <w:p>
      <w:r>
        <w:t>6814 Amortización de maquinaria y utillaje. 0,00 0,00 289.916,55 0,00 289.916,55 0,00</w:t>
      </w:r>
    </w:p>
    <w:p>
      <w:r>
        <w:t>6816 Amortización de mobiliario. 0,00 0,00 288.573,62 0,00 288.573,62 0,00</w:t>
      </w:r>
    </w:p>
    <w:p>
      <w:r>
        <w:t>6817 Amortización de equipos para procesos de información. 0,00 0,00 45.984,30 0,00 45.984,30 0,00</w:t>
      </w:r>
    </w:p>
    <w:p>
      <w:r>
        <w:t>6983 Pérdidas por deterioro de créditos a otras entidades. 0,00 0,00 2.934.473,86 0,00 2.934.473,86 0,00</w:t>
      </w:r>
    </w:p>
    <w:p>
      <w:r>
        <w:t>700 Ventas de mercaderías. 0,00 0,00 0,00 33.614,92 0,00 33.614,92</w:t>
      </w:r>
    </w:p>
    <w:p>
      <w:r>
        <w:t>741 Precios públicos por prestación de servicios o realización de 0,00 0,00 0,00 7.220.092,78 0,00 7.220.092,78</w:t>
      </w:r>
    </w:p>
    <w:p>
      <w:r>
        <w:t>actividades.</w:t>
      </w:r>
    </w:p>
    <w:p>
      <w:r>
        <w:t>7500 De la entidad o entidades propietarias. 0,00 0,00 6.757.779,10 167.144.667,01 0,00 160.386.887,91</w:t>
      </w:r>
    </w:p>
    <w:p>
      <w:r>
        <w:t>750102 De Comunidad Autónoma 0,00 0,00 0,00 18.322,21 0,00 18.322,21</w:t>
      </w:r>
    </w:p>
    <w:p>
      <w:r>
        <w:t>769 Otros ingresos financieros. 0,00 0,00 0,00 253.822,30 0,00 253.822,30</w:t>
      </w:r>
    </w:p>
    <w:p>
      <w:r>
        <w:t>775 Reintegros. 0,00 0,00 0,00 306.217,57 0,00 306.217,57</w:t>
      </w:r>
    </w:p>
    <w:p>
      <w:r>
        <w:t>777 Otros ingresos. 0,00 0,00 0,00 112.566,91 0,00 112.566,91</w:t>
      </w:r>
    </w:p>
    <w:p>
      <w:r>
        <w:t>7983 Reversión del deterioro de créditos a otras entidades. 0,00 0,00 0,00 2.905.633,88 0,00 2.905.633,88</w:t>
      </w:r>
    </w:p>
    <w:p>
      <w:r>
        <w:t>Página 3de 4 18 de Junio del 2025</w:t>
      </w:r>
    </w:p>
    <w:p>
      <w:r>
        <w:t>186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981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p>
      <w:r>
        <w:br w:type="page"/>
      </w:r>
    </w:p>
    <w:p>
      <w:r>
        <w:t>SALDO INICIAL SALDO INICIAL MOVIMIENTOS MOVIMIENTOS SALDO FINAL SALDO FINAL</w:t>
      </w:r>
    </w:p>
    <w:p>
      <w:r>
        <w:t>CUENTA DESCRIPCIÓN</w:t>
      </w:r>
    </w:p>
    <w:p>
      <w:r>
        <w:t>DEUDOR ACREEDOR DEBE HABER DEUDOR ACREEDOR</w:t>
      </w:r>
    </w:p>
    <w:p>
      <w:r>
        <w:t>TOTAL 249.631.770,44 249.631.770,44 2.417.513.165,89 2.417.513.165,89 702.778.729,70 702.778.729,70</w:t>
      </w:r>
    </w:p>
    <w:p>
      <w:r>
        <w:t>Página 4de 4 18 de Junio del 2025</w:t>
      </w:r>
    </w:p>
    <w:p>
      <w:r>
        <w:t>187</w:t>
      </w:r>
    </w:p>
    <w:p>
      <w:r>
        <w:t>KCSWQE3QKAY6SGKQAA5HLJF39</w:t>
      </w:r>
    </w:p>
    <w:p>
      <w:r>
        <w:t>:nóicadilaV</w:t>
      </w:r>
    </w:p>
    <w:p>
      <w:r>
        <w:t>.dóC</w:t>
      </w:r>
    </w:p>
    <w:p>
      <w:r>
        <w:t>/se.acinortceledes.sai//:sptth</w:t>
      </w:r>
    </w:p>
    <w:p>
      <w:r>
        <w:t>:nóicacifireV</w:t>
      </w:r>
    </w:p>
    <w:p>
      <w:r>
        <w:t>091</w:t>
      </w:r>
    </w:p>
    <w:p>
      <w:r>
        <w:t>ed</w:t>
      </w:r>
    </w:p>
    <w:p>
      <w:r>
        <w:t>091</w:t>
      </w:r>
    </w:p>
    <w:p>
      <w:r>
        <w:t>anigáP</w:t>
      </w:r>
    </w:p>
    <w:p>
      <w:r>
        <w:t>|</w:t>
      </w:r>
    </w:p>
    <w:p>
      <w:r>
        <w:t>anoitseG</w:t>
      </w:r>
    </w:p>
    <w:p>
      <w:r>
        <w:t>ocilbuPse</w:t>
      </w:r>
    </w:p>
    <w:p>
      <w:r>
        <w:t>amrofatalp</w:t>
      </w:r>
    </w:p>
    <w:p>
      <w:r>
        <w:t>al</w:t>
      </w:r>
    </w:p>
    <w:p>
      <w:r>
        <w:t>edsed</w:t>
      </w:r>
    </w:p>
    <w:p>
      <w:r>
        <w:t>etnemacinórtcele</w:t>
      </w:r>
    </w:p>
    <w:p>
      <w:r>
        <w:t>odamrif</w:t>
      </w:r>
    </w:p>
    <w:p>
      <w:r>
        <w:t>otnemucoD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